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p w14:paraId="5107D855" w14:textId="77777777" w:rsidR="00A6013E" w:rsidRDefault="0000000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350306DA" w14:textId="77777777" w:rsidR="00A6013E" w:rsidRDefault="00000000">
      <w:pPr>
        <w:spacing w:after="40"/>
      </w:pPr>
      <w:r>
        <w:rPr>
          <w:color w:val="444444"/>
          <w:sz w:val="19"/>
        </w:rPr>
        <w:t>ASPIRE TO DO   |   Area 2 · Chemical Reactions &amp; Physical/Chemical Changes</w:t>
      </w:r>
    </w:p>
    <w:p w14:paraId="502AA818" w14:textId="37EAD4BC" w:rsidR="00A6013E" w:rsidRDefault="00106A4D">
      <w:pPr>
        <w:spacing w:after="40"/>
      </w:pPr>
      <w:r>
        <w:rPr>
          <w:b/>
          <w:color w:val="000000"/>
          <w:sz w:val="32"/>
        </w:rPr>
        <w:t>Option B: “Prove” It: Designing Evidence for a New Substance</w:t>
      </w:r>
    </w:p>
    <w:p w14:paraId="0F7F84D4" w14:textId="77777777" w:rsidR="00A6013E" w:rsidRDefault="00000000">
      <w:pPr>
        <w:spacing w:after="120"/>
      </w:pPr>
      <w:r>
        <w:rPr>
          <w:b/>
          <w:color w:val="000000"/>
          <w:sz w:val="19"/>
        </w:rPr>
        <w:t>Stretches Level 3.0 targets: SC.</w:t>
      </w:r>
      <w:proofErr w:type="gramStart"/>
      <w:r>
        <w:rPr>
          <w:b/>
          <w:color w:val="000000"/>
          <w:sz w:val="19"/>
        </w:rPr>
        <w:t>912.P.</w:t>
      </w:r>
      <w:proofErr w:type="gramEnd"/>
      <w:r>
        <w:rPr>
          <w:b/>
          <w:color w:val="000000"/>
          <w:sz w:val="19"/>
        </w:rPr>
        <w:t>8.2 T4</w:t>
      </w:r>
    </w:p>
    <w:p w14:paraId="2A175FE8" w14:textId="3C2BEB49" w:rsidR="00A6013E" w:rsidRDefault="00000000">
      <w:pPr>
        <w:spacing w:after="100"/>
      </w:pPr>
      <w:r>
        <w:rPr>
          <w:i/>
          <w:color w:val="444444"/>
          <w:sz w:val="21"/>
        </w:rPr>
        <w:t>Someone claims: “The mixture turned blue because a new substance formed.” The claim sounds scientific</w:t>
      </w:r>
      <w:r w:rsidR="00106A4D">
        <w:rPr>
          <w:i/>
          <w:color w:val="444444"/>
          <w:sz w:val="21"/>
        </w:rPr>
        <w:t>,</w:t>
      </w:r>
      <w:r>
        <w:rPr>
          <w:i/>
          <w:color w:val="444444"/>
          <w:sz w:val="21"/>
        </w:rPr>
        <w:t xml:space="preserve"> but how would you </w:t>
      </w:r>
      <w:proofErr w:type="gramStart"/>
      <w:r>
        <w:rPr>
          <w:i/>
          <w:color w:val="444444"/>
          <w:sz w:val="21"/>
        </w:rPr>
        <w:t>actually prove</w:t>
      </w:r>
      <w:proofErr w:type="gramEnd"/>
      <w:r>
        <w:rPr>
          <w:i/>
          <w:color w:val="444444"/>
          <w:sz w:val="21"/>
        </w:rPr>
        <w:t xml:space="preserve"> a NEW substance exists? Design the investigation that settles it.</w:t>
      </w:r>
    </w:p>
    <w:p w14:paraId="5DC7052C" w14:textId="77777777" w:rsidR="00A6013E" w:rsidRDefault="00000000">
      <w:pPr>
        <w:spacing w:before="200" w:after="80"/>
      </w:pPr>
      <w:r>
        <w:rPr>
          <w:b/>
          <w:color w:val="1E3A5F"/>
          <w:sz w:val="26"/>
        </w:rPr>
        <w:t>The Claim</w:t>
      </w:r>
    </w:p>
    <w:p w14:paraId="371E442C" w14:textId="2112F59A" w:rsidR="00A6013E" w:rsidRDefault="00000000">
      <w:pPr>
        <w:spacing w:after="80"/>
      </w:pPr>
      <w:r>
        <w:rPr>
          <w:b/>
          <w:color w:val="000000"/>
          <w:sz w:val="21"/>
        </w:rPr>
        <w:t>"The copper wire sitting in the clear silver nitrate solution turned blue and crystals appeared on the wire</w:t>
      </w:r>
      <w:r w:rsidR="00106A4D">
        <w:rPr>
          <w:b/>
          <w:color w:val="000000"/>
          <w:sz w:val="21"/>
        </w:rPr>
        <w:t xml:space="preserve">, so </w:t>
      </w:r>
      <w:r>
        <w:rPr>
          <w:b/>
          <w:color w:val="000000"/>
          <w:sz w:val="21"/>
        </w:rPr>
        <w:t>a new substance must have formed."</w:t>
      </w:r>
    </w:p>
    <w:p w14:paraId="1F2A2800" w14:textId="77777777" w:rsidR="00A6013E" w:rsidRDefault="00000000">
      <w:pPr>
        <w:spacing w:before="200" w:after="80"/>
      </w:pPr>
      <w:r>
        <w:rPr>
          <w:b/>
          <w:color w:val="1E3A5F"/>
          <w:sz w:val="26"/>
        </w:rPr>
        <w:t>Deliverable 1 — The Testable Question</w:t>
      </w:r>
    </w:p>
    <w:p w14:paraId="2F4D3D93" w14:textId="0CB1E35F" w:rsidR="00A6013E" w:rsidRDefault="00000000">
      <w:pPr>
        <w:spacing w:after="80"/>
      </w:pPr>
      <w:r>
        <w:rPr>
          <w:color w:val="000000"/>
          <w:sz w:val="21"/>
        </w:rPr>
        <w:t xml:space="preserve">Write a testable question this claim could answer, and state what evidence would count as </w:t>
      </w:r>
      <w:r w:rsidR="00106A4D">
        <w:rPr>
          <w:color w:val="000000"/>
          <w:sz w:val="21"/>
        </w:rPr>
        <w:t>supporting that</w:t>
      </w:r>
      <w:r>
        <w:rPr>
          <w:color w:val="000000"/>
          <w:sz w:val="21"/>
        </w:rPr>
        <w:t xml:space="preserve"> </w:t>
      </w:r>
      <w:proofErr w:type="gramStart"/>
      <w:r>
        <w:rPr>
          <w:color w:val="000000"/>
          <w:sz w:val="21"/>
        </w:rPr>
        <w:t>a new</w:t>
      </w:r>
      <w:proofErr w:type="gramEnd"/>
      <w:r>
        <w:rPr>
          <w:color w:val="000000"/>
          <w:sz w:val="21"/>
        </w:rPr>
        <w:t xml:space="preserve"> substance.</w:t>
      </w:r>
    </w:p>
    <w:p w14:paraId="272781A2" w14:textId="77777777" w:rsidR="00A6013E" w:rsidRDefault="00000000">
      <w:pPr>
        <w:spacing w:before="200" w:after="80"/>
      </w:pPr>
      <w:r>
        <w:rPr>
          <w:b/>
          <w:color w:val="1E3A5F"/>
          <w:sz w:val="26"/>
        </w:rPr>
        <w:t>Deliverable 2 — Design the Investigation</w:t>
      </w:r>
    </w:p>
    <w:p w14:paraId="31A4EE55" w14:textId="77777777" w:rsidR="00A6013E" w:rsidRDefault="00000000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Choose</w:t>
      </w:r>
      <w:proofErr w:type="gramEnd"/>
      <w:r>
        <w:rPr>
          <w:color w:val="000000"/>
          <w:sz w:val="21"/>
        </w:rPr>
        <w:t xml:space="preserve"> at least THREE independent lines of evidence you would collect for the copper + silver nitrate reaction. For each line, ask: does this property belong to the starting material or to a known product?   Example lines: (a) measure the density of the solution before and after; (b) test whether the crystals conduct electricity (silver does; copper nitrate solution does); (c) compare the melting point of the crystals to known silver (961 °C) and copper (1085 °C).</w:t>
      </w:r>
    </w:p>
    <w:p w14:paraId="1F57FB7D" w14:textId="77777777" w:rsidR="00A6013E" w:rsidRDefault="00000000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For</w:t>
      </w:r>
      <w:proofErr w:type="gramEnd"/>
      <w:r>
        <w:rPr>
          <w:color w:val="000000"/>
          <w:sz w:val="21"/>
        </w:rPr>
        <w:t xml:space="preserve"> each line of evidence, name the exact tool or test and what result would show a new substance.</w:t>
      </w:r>
    </w:p>
    <w:p w14:paraId="0D579E44" w14:textId="77777777" w:rsidR="00A6013E" w:rsidRDefault="00000000">
      <w:pPr>
        <w:spacing w:after="40"/>
        <w:ind w:left="360"/>
      </w:pPr>
      <w:r>
        <w:rPr>
          <w:color w:val="000000"/>
          <w:sz w:val="21"/>
        </w:rPr>
        <w:t>3</w:t>
      </w:r>
      <w:proofErr w:type="gramStart"/>
      <w:r>
        <w:rPr>
          <w:color w:val="000000"/>
          <w:sz w:val="21"/>
        </w:rPr>
        <w:t>.  Identify</w:t>
      </w:r>
      <w:proofErr w:type="gramEnd"/>
      <w:r>
        <w:rPr>
          <w:color w:val="000000"/>
          <w:sz w:val="21"/>
        </w:rPr>
        <w:t xml:space="preserve"> the controlled variables that would make your test a fair one.</w:t>
      </w:r>
    </w:p>
    <w:p w14:paraId="4941F678" w14:textId="77777777" w:rsidR="00A6013E" w:rsidRDefault="00000000">
      <w:pPr>
        <w:spacing w:before="200" w:after="80"/>
      </w:pPr>
      <w:r>
        <w:rPr>
          <w:b/>
          <w:color w:val="1E3A5F"/>
          <w:sz w:val="26"/>
        </w:rPr>
        <w:t>Deliverable 3 — The Verdict</w:t>
      </w:r>
    </w:p>
    <w:p w14:paraId="02994498" w14:textId="77777777" w:rsidR="00A6013E" w:rsidRDefault="00000000">
      <w:pPr>
        <w:spacing w:after="80"/>
      </w:pPr>
      <w:r>
        <w:rPr>
          <w:color w:val="000000"/>
          <w:sz w:val="21"/>
        </w:rPr>
        <w:t>Write a conclusion in claim–evidence–reasoning form: state whether a new substance formed, cite your three lines of evidence, and connect your reasoning to the physical vs. chemical change distinction.</w:t>
      </w:r>
    </w:p>
    <w:p w14:paraId="4CE93D61" w14:textId="77777777" w:rsidR="00A6013E" w:rsidRDefault="00A6013E">
      <w:pPr>
        <w:spacing w:after="160"/>
      </w:pPr>
    </w:p>
    <w:p w14:paraId="2AE49AFE" w14:textId="36CC5388" w:rsidR="00A6013E" w:rsidRDefault="00A6013E">
      <w:pPr>
        <w:spacing w:after="160"/>
      </w:pPr>
    </w:p>
    <w:p w14:paraId="1F1ACA35" w14:textId="77777777" w:rsidR="00A6013E" w:rsidRDefault="00A6013E">
      <w:pPr>
        <w:spacing w:after="160"/>
      </w:pPr>
    </w:p>
    <w:p w14:paraId="21524FB5" w14:textId="77777777" w:rsidR="00A6013E" w:rsidRDefault="00A6013E">
      <w:pPr>
        <w:spacing w:after="40"/>
      </w:pPr>
    </w:p>
    <w:p w14:paraId="441F7115" w14:textId="77777777" w:rsidR="00A6013E" w:rsidRDefault="00000000">
      <w:r>
        <w:br w:type="page"/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