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48F00CC8" w14:textId="77777777" w:rsidR="00265E4D" w:rsidRDefault="00000000">
      <w:pPr>
        <w:spacing w:after="40"/>
      </w:pPr>
      <w:r>
        <w:rPr>
          <w:b/>
          <w:color w:val="1E3A5F"/>
          <w:sz w:val="19"/>
        </w:rPr>
        <w:t>Honors Chemistry — Unit 1: Foundations of Chemistry &amp; the Nature of Science</w:t>
      </w:r>
    </w:p>
    <w:p w14:paraId="3C271ED6" w14:textId="77777777" w:rsidR="00265E4D" w:rsidRDefault="00000000">
      <w:pPr>
        <w:spacing w:after="40"/>
      </w:pPr>
      <w:r>
        <w:rPr>
          <w:color w:val="444444"/>
          <w:sz w:val="19"/>
        </w:rPr>
        <w:t>MUST DO   |   Area 1 · The Scientific Process &amp; What Constitutes Science</w:t>
      </w:r>
    </w:p>
    <w:p w14:paraId="43D6CAD6" w14:textId="1F82BE12" w:rsidR="00265E4D" w:rsidRPr="007839D8" w:rsidRDefault="007839D8">
      <w:pPr>
        <w:spacing w:after="40"/>
        <w:rPr>
          <w:lang w:val="fr-FR"/>
        </w:rPr>
      </w:pPr>
      <w:r w:rsidRPr="007839D8">
        <w:rPr>
          <w:b/>
          <w:color w:val="000000"/>
          <w:sz w:val="32"/>
          <w:lang w:val="fr-FR"/>
        </w:rPr>
        <w:t>O</w:t>
      </w:r>
      <w:r>
        <w:rPr>
          <w:b/>
          <w:color w:val="000000"/>
          <w:sz w:val="32"/>
          <w:lang w:val="fr-FR"/>
        </w:rPr>
        <w:t xml:space="preserve">ption C : </w:t>
      </w:r>
      <w:r w:rsidRPr="007839D8">
        <w:rPr>
          <w:b/>
          <w:color w:val="000000"/>
          <w:sz w:val="32"/>
          <w:lang w:val="fr-FR"/>
        </w:rPr>
        <w:t xml:space="preserve">Investigation </w:t>
      </w:r>
      <w:proofErr w:type="spellStart"/>
      <w:proofErr w:type="gramStart"/>
      <w:r w:rsidRPr="007839D8">
        <w:rPr>
          <w:b/>
          <w:color w:val="000000"/>
          <w:sz w:val="32"/>
          <w:lang w:val="fr-FR"/>
        </w:rPr>
        <w:t>Autopsy</w:t>
      </w:r>
      <w:proofErr w:type="spellEnd"/>
      <w:r w:rsidRPr="007839D8">
        <w:rPr>
          <w:b/>
          <w:color w:val="000000"/>
          <w:sz w:val="32"/>
          <w:lang w:val="fr-FR"/>
        </w:rPr>
        <w:t>:</w:t>
      </w:r>
      <w:proofErr w:type="gramEnd"/>
      <w:r w:rsidRPr="007839D8">
        <w:rPr>
          <w:b/>
          <w:color w:val="000000"/>
          <w:sz w:val="32"/>
          <w:lang w:val="fr-FR"/>
        </w:rPr>
        <w:t xml:space="preserve"> Observation vs. </w:t>
      </w:r>
      <w:proofErr w:type="spellStart"/>
      <w:r w:rsidRPr="007839D8">
        <w:rPr>
          <w:b/>
          <w:color w:val="000000"/>
          <w:sz w:val="32"/>
          <w:lang w:val="fr-FR"/>
        </w:rPr>
        <w:t>Inference</w:t>
      </w:r>
      <w:proofErr w:type="spellEnd"/>
    </w:p>
    <w:p w14:paraId="22305E71" w14:textId="77777777" w:rsidR="00265E4D" w:rsidRPr="007839D8" w:rsidRDefault="00000000">
      <w:pPr>
        <w:spacing w:after="120"/>
        <w:rPr>
          <w:lang w:val="fr-FR"/>
        </w:rPr>
      </w:pPr>
      <w:proofErr w:type="spellStart"/>
      <w:r w:rsidRPr="007839D8">
        <w:rPr>
          <w:b/>
          <w:color w:val="000000"/>
          <w:sz w:val="19"/>
          <w:lang w:val="fr-FR"/>
        </w:rPr>
        <w:t>Covers</w:t>
      </w:r>
      <w:proofErr w:type="spellEnd"/>
      <w:r w:rsidRPr="007839D8">
        <w:rPr>
          <w:b/>
          <w:color w:val="000000"/>
          <w:sz w:val="19"/>
          <w:lang w:val="fr-FR"/>
        </w:rPr>
        <w:t xml:space="preserve"> </w:t>
      </w:r>
      <w:proofErr w:type="spellStart"/>
      <w:r w:rsidRPr="007839D8">
        <w:rPr>
          <w:b/>
          <w:color w:val="000000"/>
          <w:sz w:val="19"/>
          <w:lang w:val="fr-FR"/>
        </w:rPr>
        <w:t>Level</w:t>
      </w:r>
      <w:proofErr w:type="spellEnd"/>
      <w:r w:rsidRPr="007839D8">
        <w:rPr>
          <w:b/>
          <w:color w:val="000000"/>
          <w:sz w:val="19"/>
          <w:lang w:val="fr-FR"/>
        </w:rPr>
        <w:t xml:space="preserve"> 3.0 </w:t>
      </w:r>
      <w:proofErr w:type="spellStart"/>
      <w:proofErr w:type="gramStart"/>
      <w:r w:rsidRPr="007839D8">
        <w:rPr>
          <w:b/>
          <w:color w:val="000000"/>
          <w:sz w:val="19"/>
          <w:lang w:val="fr-FR"/>
        </w:rPr>
        <w:t>targets</w:t>
      </w:r>
      <w:proofErr w:type="spellEnd"/>
      <w:r w:rsidRPr="007839D8">
        <w:rPr>
          <w:b/>
          <w:color w:val="000000"/>
          <w:sz w:val="19"/>
          <w:lang w:val="fr-FR"/>
        </w:rPr>
        <w:t>:</w:t>
      </w:r>
      <w:proofErr w:type="gramEnd"/>
      <w:r w:rsidRPr="007839D8">
        <w:rPr>
          <w:b/>
          <w:color w:val="000000"/>
          <w:sz w:val="19"/>
          <w:lang w:val="fr-FR"/>
        </w:rPr>
        <w:t xml:space="preserve"> SC.</w:t>
      </w:r>
      <w:proofErr w:type="gramStart"/>
      <w:r w:rsidRPr="007839D8">
        <w:rPr>
          <w:b/>
          <w:color w:val="000000"/>
          <w:sz w:val="19"/>
          <w:lang w:val="fr-FR"/>
        </w:rPr>
        <w:t>912.N.</w:t>
      </w:r>
      <w:proofErr w:type="gramEnd"/>
      <w:r w:rsidRPr="007839D8">
        <w:rPr>
          <w:b/>
          <w:color w:val="000000"/>
          <w:sz w:val="19"/>
          <w:lang w:val="fr-FR"/>
        </w:rPr>
        <w:t>1.1 T1, T2 · SC.</w:t>
      </w:r>
      <w:proofErr w:type="gramStart"/>
      <w:r w:rsidRPr="007839D8">
        <w:rPr>
          <w:b/>
          <w:color w:val="000000"/>
          <w:sz w:val="19"/>
          <w:lang w:val="fr-FR"/>
        </w:rPr>
        <w:t>912.N.</w:t>
      </w:r>
      <w:proofErr w:type="gramEnd"/>
      <w:r w:rsidRPr="007839D8">
        <w:rPr>
          <w:b/>
          <w:color w:val="000000"/>
          <w:sz w:val="19"/>
          <w:lang w:val="fr-FR"/>
        </w:rPr>
        <w:t>1.2 T1, T2 · SC.</w:t>
      </w:r>
      <w:proofErr w:type="gramStart"/>
      <w:r w:rsidRPr="007839D8">
        <w:rPr>
          <w:b/>
          <w:color w:val="000000"/>
          <w:sz w:val="19"/>
          <w:lang w:val="fr-FR"/>
        </w:rPr>
        <w:t>912.N.</w:t>
      </w:r>
      <w:proofErr w:type="gramEnd"/>
      <w:r w:rsidRPr="007839D8">
        <w:rPr>
          <w:b/>
          <w:color w:val="000000"/>
          <w:sz w:val="19"/>
          <w:lang w:val="fr-FR"/>
        </w:rPr>
        <w:t>1.6 T1</w:t>
      </w:r>
    </w:p>
    <w:p w14:paraId="34A3E1B4" w14:textId="362CBA4A" w:rsidR="00265E4D" w:rsidRDefault="00000000">
      <w:pPr>
        <w:spacing w:after="100"/>
      </w:pPr>
      <w:r>
        <w:rPr>
          <w:i/>
          <w:color w:val="444444"/>
          <w:sz w:val="21"/>
        </w:rPr>
        <w:t>A student's lab report is reproduced below</w:t>
      </w:r>
      <w:r w:rsidR="007839D8">
        <w:rPr>
          <w:i/>
          <w:color w:val="444444"/>
          <w:sz w:val="21"/>
        </w:rPr>
        <w:t>,</w:t>
      </w:r>
      <w:r>
        <w:rPr>
          <w:i/>
          <w:color w:val="444444"/>
          <w:sz w:val="21"/>
        </w:rPr>
        <w:t xml:space="preserve"> with </w:t>
      </w:r>
      <w:r w:rsidR="007839D8">
        <w:rPr>
          <w:i/>
          <w:color w:val="444444"/>
          <w:sz w:val="21"/>
        </w:rPr>
        <w:t>many areas of improvement</w:t>
      </w:r>
      <w:r>
        <w:rPr>
          <w:i/>
          <w:color w:val="444444"/>
          <w:sz w:val="21"/>
        </w:rPr>
        <w:t>. Your task is to perform an "autopsy" on it: separate observation from inference, judge whether it followed the scientific process, and rebuild the broken parts into a testable plan.</w:t>
      </w:r>
    </w:p>
    <w:p w14:paraId="0E168944" w14:textId="6CF37708" w:rsidR="00265E4D" w:rsidRDefault="00000000">
      <w:pPr>
        <w:spacing w:before="200" w:after="80"/>
      </w:pPr>
      <w:r>
        <w:rPr>
          <w:b/>
          <w:color w:val="1E3A5F"/>
          <w:sz w:val="26"/>
        </w:rPr>
        <w:t xml:space="preserve">The Lab Report </w:t>
      </w:r>
    </w:p>
    <w:p w14:paraId="119CA523" w14:textId="77777777" w:rsidR="00265E4D" w:rsidRDefault="00000000">
      <w:pPr>
        <w:spacing w:after="80"/>
      </w:pPr>
      <w:r>
        <w:rPr>
          <w:color w:val="000000"/>
          <w:sz w:val="21"/>
        </w:rPr>
        <w:t>"Today we did the reaction. We put salt solution and steel wool together. It fizzed a lot and the beaker felt colder, so the reaction was endothermic. I think the reaction worked because we used a lot of steel wool. The bubbles showed that iron oxide gas was being made. We only did it once because it took too long. My hypothesis was that it would make bubbles, and it did, so the experiment was a total success and my hypothesis is proven."</w:t>
      </w:r>
    </w:p>
    <w:p w14:paraId="4177E25E" w14:textId="77777777" w:rsidR="00265E4D" w:rsidRDefault="00000000">
      <w:pPr>
        <w:spacing w:before="200" w:after="80"/>
      </w:pPr>
      <w:r>
        <w:rPr>
          <w:b/>
          <w:color w:val="1E3A5F"/>
          <w:sz w:val="26"/>
        </w:rPr>
        <w:t>Part 1 — Dissect the Statements</w:t>
      </w:r>
    </w:p>
    <w:p w14:paraId="2F3401E6" w14:textId="77777777" w:rsidR="00265E4D" w:rsidRDefault="00000000">
      <w:pPr>
        <w:spacing w:after="40"/>
        <w:ind w:left="360"/>
      </w:pPr>
      <w:r>
        <w:rPr>
          <w:color w:val="000000"/>
          <w:sz w:val="21"/>
        </w:rPr>
        <w:t>1</w:t>
      </w:r>
      <w:proofErr w:type="gramStart"/>
      <w:r>
        <w:rPr>
          <w:color w:val="000000"/>
          <w:sz w:val="21"/>
        </w:rPr>
        <w:t>.  Copy</w:t>
      </w:r>
      <w:proofErr w:type="gramEnd"/>
      <w:r>
        <w:rPr>
          <w:color w:val="000000"/>
          <w:sz w:val="21"/>
        </w:rPr>
        <w:t xml:space="preserve"> each statement from the report into one of two lists: OBSERVATIONS (directly measured or seen) or INFERENCES (conclusions drawn from observations). You should find statements that look like observations but are </w:t>
      </w:r>
      <w:proofErr w:type="gramStart"/>
      <w:r>
        <w:rPr>
          <w:color w:val="000000"/>
          <w:sz w:val="21"/>
        </w:rPr>
        <w:t>actually inferences</w:t>
      </w:r>
      <w:proofErr w:type="gramEnd"/>
      <w:r>
        <w:rPr>
          <w:color w:val="000000"/>
          <w:sz w:val="21"/>
        </w:rPr>
        <w:t xml:space="preserve"> — flag those with a note.</w:t>
      </w:r>
    </w:p>
    <w:p w14:paraId="79398E8C" w14:textId="77777777" w:rsidR="00265E4D" w:rsidRDefault="00000000">
      <w:pPr>
        <w:spacing w:after="40"/>
        <w:ind w:left="360"/>
      </w:pPr>
      <w:r>
        <w:rPr>
          <w:color w:val="000000"/>
          <w:sz w:val="21"/>
        </w:rPr>
        <w:t>2</w:t>
      </w:r>
      <w:proofErr w:type="gramStart"/>
      <w:r>
        <w:rPr>
          <w:color w:val="000000"/>
          <w:sz w:val="21"/>
        </w:rPr>
        <w:t>.  For</w:t>
      </w:r>
      <w:proofErr w:type="gramEnd"/>
      <w:r>
        <w:rPr>
          <w:color w:val="000000"/>
          <w:sz w:val="21"/>
        </w:rPr>
        <w:t xml:space="preserve"> each inference, state the observation(s) it rests on.</w:t>
      </w:r>
    </w:p>
    <w:p w14:paraId="7301D179" w14:textId="77777777" w:rsidR="00265E4D" w:rsidRDefault="00000000">
      <w:pPr>
        <w:spacing w:before="200" w:after="80"/>
      </w:pPr>
      <w:r>
        <w:rPr>
          <w:b/>
          <w:color w:val="1E3A5F"/>
          <w:sz w:val="26"/>
        </w:rPr>
        <w:t>Part 2 — Evaluate the Process</w:t>
      </w:r>
    </w:p>
    <w:p w14:paraId="27CDF5D6" w14:textId="77777777" w:rsidR="00265E4D" w:rsidRDefault="00000000">
      <w:pPr>
        <w:spacing w:after="40"/>
        <w:ind w:left="360"/>
      </w:pPr>
      <w:r>
        <w:rPr>
          <w:color w:val="000000"/>
          <w:sz w:val="21"/>
        </w:rPr>
        <w:t>1</w:t>
      </w:r>
      <w:proofErr w:type="gramStart"/>
      <w:r>
        <w:rPr>
          <w:color w:val="000000"/>
          <w:sz w:val="21"/>
        </w:rPr>
        <w:t>.  The</w:t>
      </w:r>
      <w:proofErr w:type="gramEnd"/>
      <w:r>
        <w:rPr>
          <w:color w:val="000000"/>
          <w:sz w:val="21"/>
        </w:rPr>
        <w:t xml:space="preserve"> scientific process includes: </w:t>
      </w:r>
      <w:proofErr w:type="gramStart"/>
      <w:r>
        <w:rPr>
          <w:color w:val="000000"/>
          <w:sz w:val="21"/>
        </w:rPr>
        <w:t>make</w:t>
      </w:r>
      <w:proofErr w:type="gramEnd"/>
      <w:r>
        <w:rPr>
          <w:color w:val="000000"/>
          <w:sz w:val="21"/>
        </w:rPr>
        <w:t xml:space="preserve"> observations, </w:t>
      </w:r>
      <w:proofErr w:type="gramStart"/>
      <w:r>
        <w:rPr>
          <w:color w:val="000000"/>
          <w:sz w:val="21"/>
        </w:rPr>
        <w:t>develop</w:t>
      </w:r>
      <w:proofErr w:type="gramEnd"/>
      <w:r>
        <w:rPr>
          <w:color w:val="000000"/>
          <w:sz w:val="21"/>
        </w:rPr>
        <w:t xml:space="preserve"> questions, </w:t>
      </w:r>
      <w:proofErr w:type="gramStart"/>
      <w:r>
        <w:rPr>
          <w:color w:val="000000"/>
          <w:sz w:val="21"/>
        </w:rPr>
        <w:t>research</w:t>
      </w:r>
      <w:proofErr w:type="gramEnd"/>
      <w:r>
        <w:rPr>
          <w:color w:val="000000"/>
          <w:sz w:val="21"/>
        </w:rPr>
        <w:t xml:space="preserve">, </w:t>
      </w:r>
      <w:proofErr w:type="gramStart"/>
      <w:r>
        <w:rPr>
          <w:color w:val="000000"/>
          <w:sz w:val="21"/>
        </w:rPr>
        <w:t>formulate</w:t>
      </w:r>
      <w:proofErr w:type="gramEnd"/>
      <w:r>
        <w:rPr>
          <w:color w:val="000000"/>
          <w:sz w:val="21"/>
        </w:rPr>
        <w:t xml:space="preserve"> hypotheses, test predictions</w:t>
      </w:r>
      <w:proofErr w:type="gramStart"/>
      <w:r>
        <w:rPr>
          <w:color w:val="000000"/>
          <w:sz w:val="21"/>
        </w:rPr>
        <w:t>, refine</w:t>
      </w:r>
      <w:proofErr w:type="gramEnd"/>
      <w:r>
        <w:rPr>
          <w:color w:val="000000"/>
          <w:sz w:val="21"/>
        </w:rPr>
        <w:t>. Identify which steps this report skipped or did poorly.</w:t>
      </w:r>
    </w:p>
    <w:p w14:paraId="235CD55B" w14:textId="5BE1125A" w:rsidR="00265E4D" w:rsidRDefault="00000000">
      <w:pPr>
        <w:spacing w:after="40"/>
        <w:ind w:left="360"/>
      </w:pPr>
      <w:r>
        <w:rPr>
          <w:color w:val="000000"/>
          <w:sz w:val="21"/>
        </w:rPr>
        <w:t>2</w:t>
      </w:r>
      <w:proofErr w:type="gramStart"/>
      <w:r>
        <w:rPr>
          <w:color w:val="000000"/>
          <w:sz w:val="21"/>
        </w:rPr>
        <w:t>.  The</w:t>
      </w:r>
      <w:proofErr w:type="gramEnd"/>
      <w:r>
        <w:rPr>
          <w:color w:val="000000"/>
          <w:sz w:val="21"/>
        </w:rPr>
        <w:t xml:space="preserve"> student says the hypothesis was "proven." Evaluate that claim </w:t>
      </w:r>
      <w:r w:rsidR="007839D8">
        <w:rPr>
          <w:color w:val="000000"/>
          <w:sz w:val="21"/>
        </w:rPr>
        <w:t>and e</w:t>
      </w:r>
      <w:r>
        <w:rPr>
          <w:color w:val="000000"/>
          <w:sz w:val="21"/>
        </w:rPr>
        <w:t>xplain why "proven" is the wrong word.</w:t>
      </w:r>
    </w:p>
    <w:p w14:paraId="3B71C9E4" w14:textId="77777777" w:rsidR="00265E4D" w:rsidRDefault="00000000">
      <w:pPr>
        <w:spacing w:after="40"/>
        <w:ind w:left="360"/>
      </w:pPr>
      <w:r>
        <w:rPr>
          <w:color w:val="000000"/>
          <w:sz w:val="21"/>
        </w:rPr>
        <w:t>3</w:t>
      </w:r>
      <w:proofErr w:type="gramStart"/>
      <w:r>
        <w:rPr>
          <w:color w:val="000000"/>
          <w:sz w:val="21"/>
        </w:rPr>
        <w:t>.  The</w:t>
      </w:r>
      <w:proofErr w:type="gramEnd"/>
      <w:r>
        <w:rPr>
          <w:color w:val="000000"/>
          <w:sz w:val="21"/>
        </w:rPr>
        <w:t xml:space="preserve"> student ran only one trial. Explain why this undermines reliability and what the student should have done.</w:t>
      </w:r>
    </w:p>
    <w:p w14:paraId="3A6782EA" w14:textId="77777777" w:rsidR="00265E4D" w:rsidRDefault="00000000">
      <w:pPr>
        <w:spacing w:before="200" w:after="80"/>
      </w:pPr>
      <w:r>
        <w:rPr>
          <w:b/>
          <w:color w:val="1E3A5F"/>
          <w:sz w:val="26"/>
        </w:rPr>
        <w:t>Part 3 — Rebuild One Step</w:t>
      </w:r>
    </w:p>
    <w:p w14:paraId="30162A78" w14:textId="77777777" w:rsidR="00265E4D" w:rsidRDefault="00000000">
      <w:pPr>
        <w:spacing w:after="80"/>
      </w:pPr>
      <w:r>
        <w:rPr>
          <w:color w:val="000000"/>
          <w:sz w:val="21"/>
        </w:rPr>
        <w:t xml:space="preserve">The report claims "we used a lot of steel wool" as if it were controlled. Rewrite this as a properly designed step: identify the independent variable, the dependent variable, at least two controlled variables, and the specific tools you would use to collect the data. State exactly what you </w:t>
      </w:r>
      <w:proofErr w:type="gramStart"/>
      <w:r>
        <w:rPr>
          <w:color w:val="000000"/>
          <w:sz w:val="21"/>
        </w:rPr>
        <w:t>would measure</w:t>
      </w:r>
      <w:proofErr w:type="gramEnd"/>
      <w:r>
        <w:rPr>
          <w:color w:val="000000"/>
          <w:sz w:val="21"/>
        </w:rPr>
        <w:t xml:space="preserve"> and with what instrument.</w:t>
      </w:r>
    </w:p>
    <w:p w14:paraId="1BFACB9C" w14:textId="77777777" w:rsidR="00265E4D" w:rsidRDefault="00000000">
      <w:pPr>
        <w:spacing w:before="200" w:after="80"/>
      </w:pPr>
      <w:r>
        <w:rPr>
          <w:b/>
          <w:color w:val="1E3A5F"/>
          <w:sz w:val="26"/>
        </w:rPr>
        <w:t>Part 4 — The Science Check</w:t>
      </w:r>
    </w:p>
    <w:p w14:paraId="7F61E7C0" w14:textId="7AB64F56" w:rsidR="00265E4D" w:rsidRDefault="00000000">
      <w:pPr>
        <w:spacing w:after="40"/>
        <w:ind w:left="360"/>
      </w:pPr>
      <w:r>
        <w:rPr>
          <w:color w:val="000000"/>
          <w:sz w:val="21"/>
        </w:rPr>
        <w:t>1</w:t>
      </w:r>
      <w:proofErr w:type="gramStart"/>
      <w:r>
        <w:rPr>
          <w:color w:val="000000"/>
          <w:sz w:val="21"/>
        </w:rPr>
        <w:t>.  Test</w:t>
      </w:r>
      <w:proofErr w:type="gramEnd"/>
      <w:r>
        <w:rPr>
          <w:color w:val="000000"/>
          <w:sz w:val="21"/>
        </w:rPr>
        <w:t xml:space="preserve"> this report against the characteristics of science </w:t>
      </w:r>
      <w:r w:rsidR="007839D8">
        <w:rPr>
          <w:color w:val="000000"/>
          <w:sz w:val="21"/>
        </w:rPr>
        <w:t>(</w:t>
      </w:r>
      <w:r>
        <w:rPr>
          <w:color w:val="000000"/>
          <w:sz w:val="21"/>
        </w:rPr>
        <w:t>empirical, testable, replicable, logical reasoning</w:t>
      </w:r>
      <w:r w:rsidR="007839D8">
        <w:rPr>
          <w:color w:val="000000"/>
          <w:sz w:val="21"/>
        </w:rPr>
        <w:t>)</w:t>
      </w:r>
      <w:r>
        <w:rPr>
          <w:color w:val="000000"/>
          <w:sz w:val="21"/>
        </w:rPr>
        <w:t xml:space="preserve"> and state which ones it satisfies and which it fails.</w:t>
      </w:r>
    </w:p>
    <w:p w14:paraId="6A04A6E9" w14:textId="77777777" w:rsidR="00265E4D" w:rsidRDefault="00000000">
      <w:pPr>
        <w:spacing w:after="40"/>
        <w:ind w:left="360"/>
      </w:pPr>
      <w:r>
        <w:rPr>
          <w:color w:val="000000"/>
          <w:sz w:val="21"/>
        </w:rPr>
        <w:t>2</w:t>
      </w:r>
      <w:proofErr w:type="gramStart"/>
      <w:r>
        <w:rPr>
          <w:color w:val="000000"/>
          <w:sz w:val="21"/>
        </w:rPr>
        <w:t>.  In</w:t>
      </w:r>
      <w:proofErr w:type="gramEnd"/>
      <w:r>
        <w:rPr>
          <w:color w:val="000000"/>
          <w:sz w:val="21"/>
        </w:rPr>
        <w:t xml:space="preserve"> one sentence, explain why this report is not yet a convincing scientific conclusion.</w:t>
      </w:r>
    </w:p>
    <w:p w14:paraId="4F8423B7" w14:textId="77777777" w:rsidR="00265E4D" w:rsidRDefault="00265E4D">
      <w:pPr>
        <w:spacing w:after="160"/>
      </w:pPr>
    </w:p>
    <w:p w14:paraId="1B5B12FA" w14:textId="77777777" w:rsidR="00265E4D" w:rsidRDefault="00265E4D">
      <w:pPr>
        <w:spacing w:after="160"/>
      </w:pPr>
    </w:p>
    <w:p w14:paraId="0FF3BF17" w14:textId="77777777" w:rsidR="00265E4D" w:rsidRDefault="00265E4D">
      <w:pPr>
        <w:spacing w:after="160"/>
      </w:pPr>
    </w:p>
    <w:p w14:paraId="3DCE39E1" w14:textId="77777777" w:rsidR="00265E4D" w:rsidRDefault="00000000">
      <w:r>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