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675EE3A8" w14:textId="77777777" w:rsidR="00F920ED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3E50812B" w14:textId="77777777" w:rsidR="00F920ED" w:rsidRDefault="00000000">
      <w:pPr>
        <w:spacing w:after="40"/>
      </w:pPr>
      <w:r>
        <w:rPr>
          <w:color w:val="444444"/>
          <w:sz w:val="19"/>
        </w:rPr>
        <w:t>MUST DO   |   Area 2 · Chemical Reactions &amp; Physical/Chemical Changes</w:t>
      </w:r>
    </w:p>
    <w:p w14:paraId="31781FFF" w14:textId="3D6C1582" w:rsidR="00F920ED" w:rsidRDefault="00C823BB">
      <w:pPr>
        <w:spacing w:after="40"/>
      </w:pPr>
      <w:r>
        <w:rPr>
          <w:b/>
          <w:color w:val="000000"/>
          <w:sz w:val="32"/>
        </w:rPr>
        <w:t>Option B: Reactants &amp; Products Forensics</w:t>
      </w:r>
    </w:p>
    <w:p w14:paraId="68703727" w14:textId="77777777" w:rsidR="00F920ED" w:rsidRDefault="00000000">
      <w:pPr>
        <w:spacing w:after="120"/>
      </w:pPr>
      <w:r>
        <w:rPr>
          <w:b/>
          <w:color w:val="000000"/>
          <w:sz w:val="19"/>
        </w:rPr>
        <w:t>Covers Level 3.0 targets: SC.</w:t>
      </w:r>
      <w:proofErr w:type="gramStart"/>
      <w:r>
        <w:rPr>
          <w:b/>
          <w:color w:val="000000"/>
          <w:sz w:val="19"/>
        </w:rPr>
        <w:t>912.P.</w:t>
      </w:r>
      <w:proofErr w:type="gramEnd"/>
      <w:r>
        <w:rPr>
          <w:b/>
          <w:color w:val="000000"/>
          <w:sz w:val="19"/>
        </w:rPr>
        <w:t>8.2 T4</w:t>
      </w:r>
    </w:p>
    <w:p w14:paraId="3400B1E1" w14:textId="77777777" w:rsidR="00F920ED" w:rsidRDefault="00000000">
      <w:pPr>
        <w:spacing w:after="100"/>
      </w:pPr>
      <w:r>
        <w:rPr>
          <w:i/>
          <w:color w:val="444444"/>
          <w:sz w:val="21"/>
        </w:rPr>
        <w:t>Every chemical reaction has a cast of characters: the reactants (what you start with) and the products (what you end with). Your job: dissect three reactions from the unit and prove, with evidence, that a NEW substance was produced in each.</w:t>
      </w:r>
    </w:p>
    <w:p w14:paraId="19B4CEFF" w14:textId="24CFB725" w:rsidR="00F920ED" w:rsidRDefault="00000000">
      <w:pPr>
        <w:spacing w:before="200" w:after="80"/>
      </w:pPr>
      <w:r>
        <w:rPr>
          <w:b/>
          <w:color w:val="1E3A5F"/>
          <w:sz w:val="26"/>
        </w:rPr>
        <w:t xml:space="preserve">Reaction 1 — </w:t>
      </w:r>
      <w:r w:rsidR="004E7E69">
        <w:rPr>
          <w:b/>
          <w:color w:val="1E3A5F"/>
          <w:sz w:val="26"/>
        </w:rPr>
        <w:t>Thermite</w:t>
      </w:r>
    </w:p>
    <w:p w14:paraId="4875C056" w14:textId="25C8C9E0" w:rsidR="00F920ED" w:rsidRPr="004E7E69" w:rsidRDefault="004E7E69">
      <w:pPr>
        <w:spacing w:after="80"/>
      </w:pPr>
      <w:r w:rsidRPr="004E7E69">
        <w:rPr>
          <w:color w:val="000000"/>
          <w:sz w:val="21"/>
        </w:rPr>
        <w:t>Iron oxide (Fe</w:t>
      </w:r>
      <w:r w:rsidRPr="004E7E69">
        <w:rPr>
          <w:color w:val="000000"/>
          <w:sz w:val="21"/>
          <w:vertAlign w:val="subscript"/>
        </w:rPr>
        <w:t>2</w:t>
      </w:r>
      <w:r w:rsidRPr="004E7E69">
        <w:rPr>
          <w:color w:val="000000"/>
          <w:sz w:val="21"/>
        </w:rPr>
        <w:t>O</w:t>
      </w:r>
      <w:r w:rsidRPr="004E7E69">
        <w:rPr>
          <w:color w:val="000000"/>
          <w:sz w:val="21"/>
          <w:vertAlign w:val="subscript"/>
        </w:rPr>
        <w:t>3</w:t>
      </w:r>
      <w:r w:rsidRPr="004E7E69">
        <w:rPr>
          <w:color w:val="000000"/>
          <w:sz w:val="21"/>
        </w:rPr>
        <w:t>) is mixed</w:t>
      </w:r>
      <w:r>
        <w:rPr>
          <w:color w:val="000000"/>
          <w:sz w:val="21"/>
        </w:rPr>
        <w:t xml:space="preserve"> with aluminum and ignited, producing iron metal, aluminum oxide (Al</w:t>
      </w:r>
      <w:r w:rsidRPr="004E7E69">
        <w:rPr>
          <w:color w:val="000000"/>
          <w:sz w:val="21"/>
          <w:vertAlign w:val="subscript"/>
        </w:rPr>
        <w:t>2</w:t>
      </w:r>
      <w:r>
        <w:rPr>
          <w:color w:val="000000"/>
          <w:sz w:val="21"/>
        </w:rPr>
        <w:t>O</w:t>
      </w:r>
      <w:r w:rsidRPr="004E7E69">
        <w:rPr>
          <w:color w:val="000000"/>
          <w:sz w:val="21"/>
          <w:vertAlign w:val="subscript"/>
        </w:rPr>
        <w:t>3</w:t>
      </w:r>
      <w:r>
        <w:rPr>
          <w:color w:val="000000"/>
          <w:sz w:val="21"/>
        </w:rPr>
        <w:t xml:space="preserve">), and heat. </w:t>
      </w:r>
    </w:p>
    <w:p w14:paraId="686089D1" w14:textId="77777777" w:rsidR="00F920ED" w:rsidRDefault="00000000">
      <w:pPr>
        <w:spacing w:before="200" w:after="80"/>
      </w:pPr>
      <w:r>
        <w:rPr>
          <w:b/>
          <w:color w:val="1E3A5F"/>
          <w:sz w:val="26"/>
        </w:rPr>
        <w:t>Reaction 2 — Baking Soda &amp; Vinegar</w:t>
      </w:r>
    </w:p>
    <w:p w14:paraId="5A940A50" w14:textId="77777777" w:rsidR="00F920ED" w:rsidRDefault="00000000">
      <w:pPr>
        <w:spacing w:after="80"/>
      </w:pPr>
      <w:r>
        <w:rPr>
          <w:color w:val="000000"/>
          <w:sz w:val="21"/>
        </w:rPr>
        <w:t>Baking soda (NaHCO₃) reacts with vinegar (acetic acid, CH₃COOH) to produce carbon dioxide gas, water, and sodium acetate.</w:t>
      </w:r>
    </w:p>
    <w:p w14:paraId="7C5C94C6" w14:textId="25DFD576" w:rsidR="00F920ED" w:rsidRDefault="00000000">
      <w:pPr>
        <w:spacing w:before="200" w:after="80"/>
      </w:pPr>
      <w:r>
        <w:rPr>
          <w:b/>
          <w:color w:val="1E3A5F"/>
          <w:sz w:val="26"/>
        </w:rPr>
        <w:t xml:space="preserve">Reaction 3 — </w:t>
      </w:r>
      <w:r w:rsidR="004E7E69">
        <w:rPr>
          <w:b/>
          <w:color w:val="1E3A5F"/>
          <w:sz w:val="26"/>
        </w:rPr>
        <w:t>Salt Printing</w:t>
      </w:r>
    </w:p>
    <w:p w14:paraId="06C4577C" w14:textId="4C18ED86" w:rsidR="00F920ED" w:rsidRDefault="004E7E69">
      <w:pPr>
        <w:spacing w:after="80"/>
      </w:pPr>
      <w:r>
        <w:rPr>
          <w:color w:val="000000"/>
          <w:sz w:val="21"/>
        </w:rPr>
        <w:t xml:space="preserve">A solution of silver nitrate (AgNO3) is combined with a salt (NaCl) solution to create light-sensitive silver chloride (AgCl) crystals. </w:t>
      </w:r>
    </w:p>
    <w:p w14:paraId="355CE4B9" w14:textId="77777777" w:rsidR="00F920ED" w:rsidRDefault="00000000">
      <w:pPr>
        <w:spacing w:before="200" w:after="80"/>
      </w:pPr>
      <w:r>
        <w:rPr>
          <w:b/>
          <w:color w:val="1E3A5F"/>
          <w:sz w:val="26"/>
        </w:rPr>
        <w:t>For EACH reaction, complete the following (do this three times):</w:t>
      </w:r>
    </w:p>
    <w:p w14:paraId="131DBD57" w14:textId="213167F7" w:rsidR="00F920ED" w:rsidRDefault="00000000" w:rsidP="004E7E69">
      <w:pPr>
        <w:spacing w:before="120" w:after="60"/>
      </w:pPr>
      <w:r>
        <w:rPr>
          <w:b/>
          <w:color w:val="000000"/>
          <w:sz w:val="21"/>
        </w:rPr>
        <w:t>A. Name the reactants and the products.</w:t>
      </w:r>
    </w:p>
    <w:p w14:paraId="3E826F00" w14:textId="3ED5806B" w:rsidR="00F920ED" w:rsidRDefault="00000000" w:rsidP="004E7E69">
      <w:pPr>
        <w:spacing w:before="120" w:after="60"/>
      </w:pPr>
      <w:r>
        <w:rPr>
          <w:b/>
          <w:color w:val="000000"/>
          <w:sz w:val="21"/>
        </w:rPr>
        <w:t>B. List ONE piece of visible evidence that a NEW substance was produced.</w:t>
      </w:r>
    </w:p>
    <w:p w14:paraId="2CE92EA4" w14:textId="446DDA24" w:rsidR="00F920ED" w:rsidRDefault="00000000">
      <w:pPr>
        <w:spacing w:before="120" w:after="60"/>
      </w:pPr>
      <w:r>
        <w:rPr>
          <w:b/>
          <w:color w:val="000000"/>
          <w:sz w:val="21"/>
        </w:rPr>
        <w:t xml:space="preserve">C. Classify the change as physical or chemical, and state why your evidence </w:t>
      </w:r>
      <w:r w:rsidR="004E7E69">
        <w:rPr>
          <w:b/>
          <w:color w:val="000000"/>
          <w:sz w:val="21"/>
        </w:rPr>
        <w:t xml:space="preserve">supports that </w:t>
      </w:r>
      <w:r>
        <w:rPr>
          <w:b/>
          <w:color w:val="000000"/>
          <w:sz w:val="21"/>
        </w:rPr>
        <w:t>it is that kind of change.</w:t>
      </w:r>
    </w:p>
    <w:p w14:paraId="3D066A0F" w14:textId="77777777" w:rsidR="00F920ED" w:rsidRDefault="00000000">
      <w:pPr>
        <w:spacing w:before="200" w:after="80"/>
      </w:pPr>
      <w:r>
        <w:rPr>
          <w:b/>
          <w:color w:val="1E3A5F"/>
          <w:sz w:val="26"/>
        </w:rPr>
        <w:t>Part 4 — The Deciding Clue</w:t>
      </w:r>
    </w:p>
    <w:p w14:paraId="3A1F98AB" w14:textId="77777777" w:rsidR="00F920ED" w:rsidRDefault="00000000">
      <w:pPr>
        <w:spacing w:after="80"/>
      </w:pPr>
      <w:r>
        <w:rPr>
          <w:color w:val="000000"/>
          <w:sz w:val="21"/>
        </w:rPr>
        <w:t>In your own words, explain why “a new substance forms” is the key clue that separates a chemical change from a physical one, using one of the reactions above as your example.</w:t>
      </w:r>
    </w:p>
    <w:p w14:paraId="113C658A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64DA7A04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6FF91C4B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442073D1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49606AB5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4BCD42C6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16264FC4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572902DF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0DE315CF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30F12A57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16E76261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6CA49485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11E4E124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07559768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45729C19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6E9F6706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62792E9B" w14:textId="77777777" w:rsidR="00627181" w:rsidRDefault="00627181" w:rsidP="00A92984">
      <w:pPr>
        <w:spacing w:after="40"/>
        <w:rPr>
          <w:b/>
          <w:color w:val="1E3A5F"/>
          <w:sz w:val="19"/>
        </w:rPr>
      </w:pPr>
    </w:p>
    <w:p w14:paraId="4C38E297" w14:textId="7440513B" w:rsidR="00A92984" w:rsidRDefault="00A92984" w:rsidP="00A92984">
      <w:pPr>
        <w:spacing w:after="40"/>
      </w:pPr>
      <w:r>
        <w:rPr>
          <w:b/>
          <w:color w:val="1E3A5F"/>
          <w:sz w:val="19"/>
        </w:rPr>
        <w:lastRenderedPageBreak/>
        <w:t>Honors Chemistry — Unit 1: Foundations of Chemistry &amp; the Nature of Science</w:t>
      </w:r>
    </w:p>
    <w:p w14:paraId="3D599E49" w14:textId="77777777" w:rsidR="00A92984" w:rsidRDefault="00A92984" w:rsidP="00A92984">
      <w:pPr>
        <w:spacing w:after="40"/>
      </w:pPr>
      <w:r>
        <w:rPr>
          <w:color w:val="444444"/>
          <w:sz w:val="19"/>
        </w:rPr>
        <w:t>MUST DO   |   Area 2 · Chemical Reactions &amp; Physical/Chemical Changes</w:t>
      </w:r>
    </w:p>
    <w:p w14:paraId="321A31C9" w14:textId="77777777" w:rsidR="00A92984" w:rsidRDefault="00A92984" w:rsidP="00A92984">
      <w:pPr>
        <w:spacing w:after="40"/>
      </w:pPr>
      <w:r>
        <w:rPr>
          <w:b/>
          <w:color w:val="000000"/>
          <w:sz w:val="32"/>
        </w:rPr>
        <w:t>Option B: Reactants &amp; Products Forensics</w:t>
      </w:r>
    </w:p>
    <w:p w14:paraId="31F4A8A3" w14:textId="77777777" w:rsidR="00A92984" w:rsidRDefault="00A92984" w:rsidP="00A92984">
      <w:pPr>
        <w:spacing w:after="120"/>
      </w:pPr>
      <w:r>
        <w:rPr>
          <w:b/>
          <w:color w:val="000000"/>
          <w:sz w:val="19"/>
        </w:rPr>
        <w:t>Covers Level 3.0 targets: SC.</w:t>
      </w:r>
      <w:proofErr w:type="gramStart"/>
      <w:r>
        <w:rPr>
          <w:b/>
          <w:color w:val="000000"/>
          <w:sz w:val="19"/>
        </w:rPr>
        <w:t>912.P.</w:t>
      </w:r>
      <w:proofErr w:type="gramEnd"/>
      <w:r>
        <w:rPr>
          <w:b/>
          <w:color w:val="000000"/>
          <w:sz w:val="19"/>
        </w:rPr>
        <w:t>8.2 T4</w:t>
      </w:r>
    </w:p>
    <w:p w14:paraId="11F64D09" w14:textId="77777777" w:rsidR="00A92984" w:rsidRDefault="00A92984" w:rsidP="00A92984">
      <w:pPr>
        <w:spacing w:after="100"/>
      </w:pPr>
      <w:r>
        <w:rPr>
          <w:i/>
          <w:color w:val="444444"/>
          <w:sz w:val="21"/>
        </w:rPr>
        <w:t>Every chemical reaction has a cast of characters: the reactants (what you start with) and the products (what you end with). Your job: dissect three reactions from the unit and prove, with evidence, that a NEW substance was produced in each.</w:t>
      </w:r>
    </w:p>
    <w:p w14:paraId="30F60140" w14:textId="77777777" w:rsidR="00A92984" w:rsidRDefault="00A92984" w:rsidP="00A92984">
      <w:pPr>
        <w:spacing w:before="200" w:after="80"/>
      </w:pPr>
      <w:r>
        <w:rPr>
          <w:b/>
          <w:color w:val="1E3A5F"/>
          <w:sz w:val="26"/>
        </w:rPr>
        <w:t>Reaction 1 — Thermite</w:t>
      </w:r>
    </w:p>
    <w:p w14:paraId="689AC9D1" w14:textId="77777777" w:rsidR="00A92984" w:rsidRPr="004E7E69" w:rsidRDefault="00A92984" w:rsidP="00A92984">
      <w:pPr>
        <w:spacing w:after="80"/>
      </w:pPr>
      <w:r w:rsidRPr="004E7E69">
        <w:rPr>
          <w:color w:val="000000"/>
          <w:sz w:val="21"/>
        </w:rPr>
        <w:t>Iron oxide (Fe</w:t>
      </w:r>
      <w:r w:rsidRPr="004E7E69">
        <w:rPr>
          <w:color w:val="000000"/>
          <w:sz w:val="21"/>
          <w:vertAlign w:val="subscript"/>
        </w:rPr>
        <w:t>2</w:t>
      </w:r>
      <w:r w:rsidRPr="004E7E69">
        <w:rPr>
          <w:color w:val="000000"/>
          <w:sz w:val="21"/>
        </w:rPr>
        <w:t>O</w:t>
      </w:r>
      <w:r w:rsidRPr="004E7E69">
        <w:rPr>
          <w:color w:val="000000"/>
          <w:sz w:val="21"/>
          <w:vertAlign w:val="subscript"/>
        </w:rPr>
        <w:t>3</w:t>
      </w:r>
      <w:r w:rsidRPr="004E7E69">
        <w:rPr>
          <w:color w:val="000000"/>
          <w:sz w:val="21"/>
        </w:rPr>
        <w:t>) is mixed</w:t>
      </w:r>
      <w:r>
        <w:rPr>
          <w:color w:val="000000"/>
          <w:sz w:val="21"/>
        </w:rPr>
        <w:t xml:space="preserve"> with aluminum and ignited, producing iron metal, aluminum oxide (Al</w:t>
      </w:r>
      <w:r w:rsidRPr="004E7E69">
        <w:rPr>
          <w:color w:val="000000"/>
          <w:sz w:val="21"/>
          <w:vertAlign w:val="subscript"/>
        </w:rPr>
        <w:t>2</w:t>
      </w:r>
      <w:r>
        <w:rPr>
          <w:color w:val="000000"/>
          <w:sz w:val="21"/>
        </w:rPr>
        <w:t>O</w:t>
      </w:r>
      <w:r w:rsidRPr="004E7E69">
        <w:rPr>
          <w:color w:val="000000"/>
          <w:sz w:val="21"/>
          <w:vertAlign w:val="subscript"/>
        </w:rPr>
        <w:t>3</w:t>
      </w:r>
      <w:r>
        <w:rPr>
          <w:color w:val="000000"/>
          <w:sz w:val="21"/>
        </w:rPr>
        <w:t xml:space="preserve">), and heat. </w:t>
      </w:r>
    </w:p>
    <w:p w14:paraId="153D4167" w14:textId="77777777" w:rsidR="00A92984" w:rsidRDefault="00A92984" w:rsidP="00A92984">
      <w:pPr>
        <w:spacing w:before="200" w:after="80"/>
      </w:pPr>
      <w:r>
        <w:rPr>
          <w:b/>
          <w:color w:val="1E3A5F"/>
          <w:sz w:val="26"/>
        </w:rPr>
        <w:t>Reaction 2 — Baking Soda &amp; Vinegar</w:t>
      </w:r>
    </w:p>
    <w:p w14:paraId="6A02C42A" w14:textId="77777777" w:rsidR="00A92984" w:rsidRDefault="00A92984" w:rsidP="00A92984">
      <w:pPr>
        <w:spacing w:after="80"/>
      </w:pPr>
      <w:r>
        <w:rPr>
          <w:color w:val="000000"/>
          <w:sz w:val="21"/>
        </w:rPr>
        <w:t>Baking soda (</w:t>
      </w:r>
      <w:proofErr w:type="spellStart"/>
      <w:r>
        <w:rPr>
          <w:color w:val="000000"/>
          <w:sz w:val="21"/>
        </w:rPr>
        <w:t>NaHCO</w:t>
      </w:r>
      <w:proofErr w:type="spellEnd"/>
      <w:r>
        <w:rPr>
          <w:color w:val="000000"/>
          <w:sz w:val="21"/>
        </w:rPr>
        <w:t>₃) reacts with vinegar (acetic acid, CH₃COOH) to produce carbon dioxide gas, water, and sodium acetate.</w:t>
      </w:r>
    </w:p>
    <w:p w14:paraId="072C5E7F" w14:textId="77777777" w:rsidR="00A92984" w:rsidRDefault="00A92984" w:rsidP="00A92984">
      <w:pPr>
        <w:spacing w:before="200" w:after="80"/>
      </w:pPr>
      <w:r>
        <w:rPr>
          <w:b/>
          <w:color w:val="1E3A5F"/>
          <w:sz w:val="26"/>
        </w:rPr>
        <w:t>Reaction 3 — Salt Printing</w:t>
      </w:r>
    </w:p>
    <w:p w14:paraId="4C31DC71" w14:textId="77777777" w:rsidR="00A92984" w:rsidRDefault="00A92984" w:rsidP="00A92984">
      <w:pPr>
        <w:spacing w:after="80"/>
      </w:pPr>
      <w:r>
        <w:rPr>
          <w:color w:val="000000"/>
          <w:sz w:val="21"/>
        </w:rPr>
        <w:t>A solution of silver nitrate (AgNO</w:t>
      </w:r>
      <w:r w:rsidRPr="00A92984">
        <w:rPr>
          <w:color w:val="000000"/>
          <w:sz w:val="21"/>
          <w:vertAlign w:val="subscript"/>
        </w:rPr>
        <w:t>3</w:t>
      </w:r>
      <w:r>
        <w:rPr>
          <w:color w:val="000000"/>
          <w:sz w:val="21"/>
        </w:rPr>
        <w:t xml:space="preserve">) is combined with a salt (NaCl) solution to create light-sensitive silver chloride (AgCl) crystals. </w:t>
      </w:r>
    </w:p>
    <w:p w14:paraId="2FE2BEA2" w14:textId="77777777" w:rsidR="00A92984" w:rsidRDefault="00A92984" w:rsidP="00A92984">
      <w:pPr>
        <w:spacing w:before="200" w:after="80"/>
      </w:pPr>
      <w:r>
        <w:rPr>
          <w:b/>
          <w:color w:val="1E3A5F"/>
          <w:sz w:val="26"/>
        </w:rPr>
        <w:t>For EACH reaction, complete the following (do this three times):</w:t>
      </w:r>
    </w:p>
    <w:p w14:paraId="28B80FB0" w14:textId="77777777" w:rsidR="00A92984" w:rsidRDefault="00A92984" w:rsidP="00A92984">
      <w:pPr>
        <w:spacing w:before="120" w:after="60"/>
      </w:pPr>
      <w:r>
        <w:rPr>
          <w:b/>
          <w:color w:val="000000"/>
          <w:sz w:val="21"/>
        </w:rPr>
        <w:t>A. Name the reactants and the products.</w:t>
      </w:r>
    </w:p>
    <w:p w14:paraId="383EADAD" w14:textId="77777777" w:rsidR="00A92984" w:rsidRDefault="00A92984" w:rsidP="00A92984">
      <w:pPr>
        <w:spacing w:before="120" w:after="60"/>
      </w:pPr>
      <w:r>
        <w:rPr>
          <w:b/>
          <w:color w:val="000000"/>
          <w:sz w:val="21"/>
        </w:rPr>
        <w:t>B. List ONE piece of visible evidence that a NEW substance was produced.</w:t>
      </w:r>
    </w:p>
    <w:p w14:paraId="57999E69" w14:textId="77777777" w:rsidR="00A92984" w:rsidRDefault="00A92984" w:rsidP="00A92984">
      <w:pPr>
        <w:spacing w:before="120" w:after="60"/>
      </w:pPr>
      <w:r>
        <w:rPr>
          <w:b/>
          <w:color w:val="000000"/>
          <w:sz w:val="21"/>
        </w:rPr>
        <w:t>C. Classify the change as physical or chemical, and state why your evidence supports that it is that kind of change.</w:t>
      </w:r>
    </w:p>
    <w:p w14:paraId="3B5F16CF" w14:textId="77777777" w:rsidR="00A92984" w:rsidRDefault="00A92984" w:rsidP="00A92984">
      <w:pPr>
        <w:spacing w:before="200" w:after="80"/>
      </w:pPr>
      <w:r>
        <w:rPr>
          <w:b/>
          <w:color w:val="1E3A5F"/>
          <w:sz w:val="26"/>
        </w:rPr>
        <w:t>Part 4 — The Deciding Clue</w:t>
      </w:r>
    </w:p>
    <w:p w14:paraId="49FAD5EB" w14:textId="77777777" w:rsidR="00A92984" w:rsidRDefault="00A92984" w:rsidP="00A92984">
      <w:pPr>
        <w:spacing w:after="80"/>
      </w:pPr>
      <w:r>
        <w:rPr>
          <w:color w:val="000000"/>
          <w:sz w:val="21"/>
        </w:rPr>
        <w:t>In your own words, explain why “a new substance forms” is the key clue that separates a chemical change from a physical one, using one of the reactions above as your example.</w:t>
      </w:r>
    </w:p>
    <w:p w14:paraId="69309C14" w14:textId="77777777" w:rsidR="00F920ED" w:rsidRDefault="00F920ED">
      <w:pPr>
        <w:spacing w:after="160"/>
      </w:pPr>
    </w:p>
    <w:p w14:paraId="08E0A1CE" w14:textId="77777777" w:rsidR="00F920ED" w:rsidRDefault="00F920ED">
      <w:pPr>
        <w:spacing w:after="160"/>
      </w:pPr>
    </w:p>
    <w:p w14:paraId="2CAC1CF3" w14:textId="77777777" w:rsidR="00F920ED" w:rsidRDefault="00F920ED">
      <w:pPr>
        <w:spacing w:after="160"/>
      </w:pPr>
    </w:p>
    <w:p w14:paraId="61DF6A32" w14:textId="77777777" w:rsidR="00F920ED" w:rsidRDefault="00F920ED">
      <w:pPr>
        <w:spacing w:after="160"/>
      </w:pPr>
    </w:p>
    <w:p w14:paraId="44F8730A" w14:textId="77777777" w:rsidR="00F920ED" w:rsidRDefault="00000000"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