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23B2F" w14:textId="77777777" w:rsidR="008D50E6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03F54322" w14:textId="77777777" w:rsidR="008D50E6" w:rsidRDefault="00000000">
      <w:pPr>
        <w:spacing w:after="40"/>
      </w:pPr>
      <w:r>
        <w:rPr>
          <w:color w:val="444444"/>
          <w:sz w:val="19"/>
        </w:rPr>
        <w:t>SHOULD DO   |   Area 2 · Chemical Reactions &amp; Physical/Chemical Changes</w:t>
      </w:r>
    </w:p>
    <w:p w14:paraId="731D26A5" w14:textId="067A5C2B" w:rsidR="008D50E6" w:rsidRDefault="00881F2F">
      <w:pPr>
        <w:spacing w:after="40"/>
      </w:pPr>
      <w:r>
        <w:rPr>
          <w:b/>
          <w:color w:val="000000"/>
          <w:sz w:val="32"/>
        </w:rPr>
        <w:t xml:space="preserve">Option A: </w:t>
      </w:r>
      <w:r w:rsidR="00000000">
        <w:rPr>
          <w:b/>
          <w:color w:val="000000"/>
          <w:sz w:val="32"/>
        </w:rPr>
        <w:t>Physical vs. Chemical Changes Match-Up</w:t>
      </w:r>
    </w:p>
    <w:p w14:paraId="40608A18" w14:textId="77777777" w:rsidR="008D50E6" w:rsidRDefault="00000000">
      <w:pPr>
        <w:spacing w:after="120"/>
      </w:pPr>
      <w:r>
        <w:rPr>
          <w:b/>
          <w:color w:val="000000"/>
          <w:sz w:val="19"/>
        </w:rPr>
        <w:t>Supports Level 3.0 targets: SC.912.P.8.2 T4</w:t>
      </w:r>
    </w:p>
    <w:p w14:paraId="529E81D3" w14:textId="77777777" w:rsidR="008D50E6" w:rsidRDefault="00000000">
      <w:pPr>
        <w:spacing w:after="100"/>
      </w:pPr>
      <w:r>
        <w:rPr>
          <w:i/>
          <w:color w:val="444444"/>
          <w:sz w:val="21"/>
        </w:rPr>
        <w:t>Match each term to its definition, then put the vocabulary to work by sorting ten everyday changes.</w:t>
      </w:r>
    </w:p>
    <w:p w14:paraId="25E763F4" w14:textId="77777777" w:rsidR="008D50E6" w:rsidRDefault="00000000">
      <w:pPr>
        <w:spacing w:before="200" w:after="80"/>
      </w:pPr>
      <w:r>
        <w:rPr>
          <w:b/>
          <w:color w:val="1E3A5F"/>
          <w:sz w:val="26"/>
        </w:rPr>
        <w:t>Part 1 — Match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8D50E6" w14:paraId="29DECE32" w14:textId="77777777">
        <w:tc>
          <w:tcPr>
            <w:tcW w:w="5220" w:type="dxa"/>
            <w:shd w:val="clear" w:color="auto" w:fill="1E3A5F"/>
          </w:tcPr>
          <w:p w14:paraId="38F25B7C" w14:textId="77777777" w:rsidR="008D50E6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w="5220" w:type="dxa"/>
            <w:shd w:val="clear" w:color="auto" w:fill="1E3A5F"/>
          </w:tcPr>
          <w:p w14:paraId="44AC87B4" w14:textId="77777777" w:rsidR="008D50E6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Letter of definition</w:t>
            </w:r>
          </w:p>
        </w:tc>
      </w:tr>
      <w:tr w:rsidR="008D50E6" w14:paraId="71FB9F5C" w14:textId="77777777">
        <w:tc>
          <w:tcPr>
            <w:tcW w:w="5220" w:type="dxa"/>
          </w:tcPr>
          <w:p w14:paraId="63992AC8" w14:textId="77777777" w:rsidR="008D50E6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Physical change</w:t>
            </w:r>
          </w:p>
        </w:tc>
        <w:tc>
          <w:tcPr>
            <w:tcW w:w="5220" w:type="dxa"/>
          </w:tcPr>
          <w:p w14:paraId="060B139A" w14:textId="77777777" w:rsidR="008D50E6" w:rsidRDefault="008D50E6">
            <w:pPr>
              <w:spacing w:before="20" w:after="20"/>
            </w:pPr>
          </w:p>
        </w:tc>
      </w:tr>
      <w:tr w:rsidR="008D50E6" w14:paraId="6C77EAD2" w14:textId="77777777">
        <w:tc>
          <w:tcPr>
            <w:tcW w:w="5220" w:type="dxa"/>
          </w:tcPr>
          <w:p w14:paraId="5D1D70E6" w14:textId="77777777" w:rsidR="008D50E6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Chemical change</w:t>
            </w:r>
          </w:p>
        </w:tc>
        <w:tc>
          <w:tcPr>
            <w:tcW w:w="5220" w:type="dxa"/>
          </w:tcPr>
          <w:p w14:paraId="4D8117B9" w14:textId="77777777" w:rsidR="008D50E6" w:rsidRDefault="008D50E6">
            <w:pPr>
              <w:spacing w:before="20" w:after="20"/>
            </w:pPr>
          </w:p>
        </w:tc>
      </w:tr>
      <w:tr w:rsidR="008D50E6" w14:paraId="5C93A8FC" w14:textId="77777777">
        <w:tc>
          <w:tcPr>
            <w:tcW w:w="5220" w:type="dxa"/>
          </w:tcPr>
          <w:p w14:paraId="4F787997" w14:textId="77777777" w:rsidR="008D50E6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Reactant</w:t>
            </w:r>
          </w:p>
        </w:tc>
        <w:tc>
          <w:tcPr>
            <w:tcW w:w="5220" w:type="dxa"/>
          </w:tcPr>
          <w:p w14:paraId="5BDD8712" w14:textId="77777777" w:rsidR="008D50E6" w:rsidRDefault="008D50E6">
            <w:pPr>
              <w:spacing w:before="20" w:after="20"/>
            </w:pPr>
          </w:p>
        </w:tc>
      </w:tr>
      <w:tr w:rsidR="008D50E6" w14:paraId="4B539825" w14:textId="77777777">
        <w:tc>
          <w:tcPr>
            <w:tcW w:w="5220" w:type="dxa"/>
          </w:tcPr>
          <w:p w14:paraId="27C6B785" w14:textId="77777777" w:rsidR="008D50E6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Product</w:t>
            </w:r>
          </w:p>
        </w:tc>
        <w:tc>
          <w:tcPr>
            <w:tcW w:w="5220" w:type="dxa"/>
          </w:tcPr>
          <w:p w14:paraId="0D7B3958" w14:textId="77777777" w:rsidR="008D50E6" w:rsidRDefault="008D50E6">
            <w:pPr>
              <w:spacing w:before="20" w:after="20"/>
            </w:pPr>
          </w:p>
        </w:tc>
      </w:tr>
    </w:tbl>
    <w:p w14:paraId="61009F9A" w14:textId="77777777" w:rsidR="008D50E6" w:rsidRDefault="00000000">
      <w:pPr>
        <w:spacing w:before="200" w:after="80"/>
      </w:pPr>
      <w:r>
        <w:rPr>
          <w:b/>
          <w:color w:val="1E3A5F"/>
          <w:sz w:val="26"/>
        </w:rPr>
        <w:t>Definitions (A–D)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8D50E6" w14:paraId="1EA6444B" w14:textId="77777777">
        <w:tc>
          <w:tcPr>
            <w:tcW w:w="5220" w:type="dxa"/>
            <w:shd w:val="clear" w:color="auto" w:fill="1E3A5F"/>
          </w:tcPr>
          <w:p w14:paraId="6FF7C0D1" w14:textId="77777777" w:rsidR="008D50E6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Letter</w:t>
            </w:r>
          </w:p>
        </w:tc>
        <w:tc>
          <w:tcPr>
            <w:tcW w:w="5220" w:type="dxa"/>
            <w:shd w:val="clear" w:color="auto" w:fill="1E3A5F"/>
          </w:tcPr>
          <w:p w14:paraId="0EAD0505" w14:textId="77777777" w:rsidR="008D50E6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Definition</w:t>
            </w:r>
          </w:p>
        </w:tc>
      </w:tr>
      <w:tr w:rsidR="008D50E6" w14:paraId="22982924" w14:textId="77777777">
        <w:tc>
          <w:tcPr>
            <w:tcW w:w="5220" w:type="dxa"/>
          </w:tcPr>
          <w:p w14:paraId="6B96C2EA" w14:textId="77777777" w:rsidR="008D50E6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</w:t>
            </w:r>
          </w:p>
        </w:tc>
        <w:tc>
          <w:tcPr>
            <w:tcW w:w="5220" w:type="dxa"/>
          </w:tcPr>
          <w:p w14:paraId="11C08AC4" w14:textId="77777777" w:rsidR="008D50E6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change that produces one or more new substances with different properties</w:t>
            </w:r>
          </w:p>
        </w:tc>
      </w:tr>
      <w:tr w:rsidR="008D50E6" w14:paraId="03CFF3C7" w14:textId="77777777">
        <w:tc>
          <w:tcPr>
            <w:tcW w:w="5220" w:type="dxa"/>
          </w:tcPr>
          <w:p w14:paraId="426F1CCD" w14:textId="77777777" w:rsidR="008D50E6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B</w:t>
            </w:r>
          </w:p>
        </w:tc>
        <w:tc>
          <w:tcPr>
            <w:tcW w:w="5220" w:type="dxa"/>
          </w:tcPr>
          <w:p w14:paraId="3BB0AC54" w14:textId="77777777" w:rsidR="008D50E6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starting substance that is used up during a chemical reaction</w:t>
            </w:r>
          </w:p>
        </w:tc>
      </w:tr>
      <w:tr w:rsidR="008D50E6" w14:paraId="3367F574" w14:textId="77777777">
        <w:tc>
          <w:tcPr>
            <w:tcW w:w="5220" w:type="dxa"/>
          </w:tcPr>
          <w:p w14:paraId="5BC7C3ED" w14:textId="77777777" w:rsidR="008D50E6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C</w:t>
            </w:r>
          </w:p>
        </w:tc>
        <w:tc>
          <w:tcPr>
            <w:tcW w:w="5220" w:type="dxa"/>
          </w:tcPr>
          <w:p w14:paraId="19B44280" w14:textId="77777777" w:rsidR="008D50E6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change in state, shape, or appearance in which the substance stays the same</w:t>
            </w:r>
          </w:p>
        </w:tc>
      </w:tr>
      <w:tr w:rsidR="008D50E6" w14:paraId="63785C6C" w14:textId="77777777">
        <w:tc>
          <w:tcPr>
            <w:tcW w:w="5220" w:type="dxa"/>
          </w:tcPr>
          <w:p w14:paraId="36402B86" w14:textId="77777777" w:rsidR="008D50E6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D</w:t>
            </w:r>
          </w:p>
        </w:tc>
        <w:tc>
          <w:tcPr>
            <w:tcW w:w="5220" w:type="dxa"/>
          </w:tcPr>
          <w:p w14:paraId="56D278FD" w14:textId="77777777" w:rsidR="008D50E6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new substance formed during a chemical reaction</w:t>
            </w:r>
          </w:p>
        </w:tc>
      </w:tr>
    </w:tbl>
    <w:p w14:paraId="1B7E8543" w14:textId="77777777" w:rsidR="008D50E6" w:rsidRDefault="00000000">
      <w:pPr>
        <w:spacing w:before="200" w:after="80"/>
      </w:pPr>
      <w:r>
        <w:rPr>
          <w:b/>
          <w:color w:val="1E3A5F"/>
          <w:sz w:val="26"/>
        </w:rPr>
        <w:t>Part 2 — Sort</w:t>
      </w:r>
    </w:p>
    <w:p w14:paraId="5FCB0FA3" w14:textId="77777777" w:rsidR="008D50E6" w:rsidRDefault="00000000">
      <w:pPr>
        <w:spacing w:after="80"/>
      </w:pPr>
      <w:r>
        <w:rPr>
          <w:color w:val="000000"/>
          <w:sz w:val="21"/>
        </w:rPr>
        <w:t>Label each change P (physical) or C (chemical).</w:t>
      </w:r>
    </w:p>
    <w:p w14:paraId="0C23D82E" w14:textId="77777777" w:rsidR="008D50E6" w:rsidRDefault="00000000">
      <w:pPr>
        <w:spacing w:after="40"/>
        <w:ind w:left="360"/>
      </w:pPr>
      <w:r>
        <w:rPr>
          <w:color w:val="000000"/>
          <w:sz w:val="21"/>
        </w:rPr>
        <w:t>1.  Melting chocolate in a warm hand</w:t>
      </w:r>
    </w:p>
    <w:p w14:paraId="562908C5" w14:textId="77777777" w:rsidR="008D50E6" w:rsidRDefault="00000000">
      <w:pPr>
        <w:spacing w:after="40"/>
        <w:ind w:left="360"/>
      </w:pPr>
      <w:r>
        <w:rPr>
          <w:color w:val="000000"/>
          <w:sz w:val="21"/>
        </w:rPr>
        <w:t>2.  Toast browning in the toaster</w:t>
      </w:r>
    </w:p>
    <w:p w14:paraId="7F423FE9" w14:textId="77777777" w:rsidR="008D50E6" w:rsidRDefault="00000000">
      <w:pPr>
        <w:spacing w:after="40"/>
        <w:ind w:left="360"/>
      </w:pPr>
      <w:r>
        <w:rPr>
          <w:color w:val="000000"/>
          <w:sz w:val="21"/>
        </w:rPr>
        <w:t>3.  Tearing a sheet of foil</w:t>
      </w:r>
    </w:p>
    <w:p w14:paraId="2B9ABF63" w14:textId="77777777" w:rsidR="008D50E6" w:rsidRDefault="00000000">
      <w:pPr>
        <w:spacing w:after="40"/>
        <w:ind w:left="360"/>
      </w:pPr>
      <w:r>
        <w:rPr>
          <w:color w:val="000000"/>
          <w:sz w:val="21"/>
        </w:rPr>
        <w:t>4.  A cut apple turning brown</w:t>
      </w:r>
    </w:p>
    <w:p w14:paraId="6AAD089D" w14:textId="77777777" w:rsidR="008D50E6" w:rsidRDefault="00000000">
      <w:pPr>
        <w:spacing w:after="40"/>
        <w:ind w:left="360"/>
      </w:pPr>
      <w:r>
        <w:rPr>
          <w:color w:val="000000"/>
          <w:sz w:val="21"/>
        </w:rPr>
        <w:t>5.  Boiling water for pasta</w:t>
      </w:r>
    </w:p>
    <w:p w14:paraId="0B304C1A" w14:textId="77777777" w:rsidR="008D50E6" w:rsidRDefault="00000000">
      <w:pPr>
        <w:spacing w:after="40"/>
        <w:ind w:left="360"/>
      </w:pPr>
      <w:r>
        <w:rPr>
          <w:color w:val="000000"/>
          <w:sz w:val="21"/>
        </w:rPr>
        <w:t>6.  A nail rusting in damp air</w:t>
      </w:r>
    </w:p>
    <w:p w14:paraId="56E4257C" w14:textId="77777777" w:rsidR="008D50E6" w:rsidRDefault="00000000">
      <w:pPr>
        <w:spacing w:after="40"/>
        <w:ind w:left="360"/>
      </w:pPr>
      <w:r>
        <w:rPr>
          <w:color w:val="000000"/>
          <w:sz w:val="21"/>
        </w:rPr>
        <w:t>7.  Folding paper into an airplane</w:t>
      </w:r>
    </w:p>
    <w:p w14:paraId="097EEE0D" w14:textId="77777777" w:rsidR="008D50E6" w:rsidRDefault="00000000">
      <w:pPr>
        <w:spacing w:after="40"/>
        <w:ind w:left="360"/>
      </w:pPr>
      <w:r>
        <w:rPr>
          <w:color w:val="000000"/>
          <w:sz w:val="21"/>
        </w:rPr>
        <w:t>8.  A firecracker exploding</w:t>
      </w:r>
    </w:p>
    <w:p w14:paraId="657F20B1" w14:textId="77777777" w:rsidR="008D50E6" w:rsidRDefault="00000000">
      <w:pPr>
        <w:spacing w:after="40"/>
        <w:ind w:left="360"/>
      </w:pPr>
      <w:r>
        <w:rPr>
          <w:color w:val="000000"/>
          <w:sz w:val="21"/>
        </w:rPr>
        <w:t>9.  Salt dissolving in soup</w:t>
      </w:r>
    </w:p>
    <w:p w14:paraId="59161A70" w14:textId="77777777" w:rsidR="008D50E6" w:rsidRDefault="00000000">
      <w:pPr>
        <w:spacing w:after="40"/>
        <w:ind w:left="360"/>
      </w:pPr>
      <w:r>
        <w:rPr>
          <w:color w:val="000000"/>
          <w:sz w:val="21"/>
        </w:rPr>
        <w:t>10.  An egg frying in a pan</w:t>
      </w:r>
    </w:p>
    <w:p w14:paraId="4001295B" w14:textId="77777777" w:rsidR="008D50E6" w:rsidRDefault="00000000">
      <w:pPr>
        <w:spacing w:before="200" w:after="80"/>
      </w:pPr>
      <w:r>
        <w:rPr>
          <w:b/>
          <w:color w:val="1E3A5F"/>
          <w:sz w:val="26"/>
        </w:rPr>
        <w:t>Part 3 — Explain</w:t>
      </w:r>
    </w:p>
    <w:p w14:paraId="079C6CC4" w14:textId="77777777" w:rsidR="008D50E6" w:rsidRDefault="00000000">
      <w:pPr>
        <w:spacing w:after="80"/>
      </w:pPr>
      <w:r>
        <w:rPr>
          <w:color w:val="000000"/>
          <w:sz w:val="21"/>
        </w:rPr>
        <w:t>Choose any two changes you sorted as chemical and explain, in one sentence each, what new substance (or evidence of a new substance) you would expect to see.</w:t>
      </w:r>
    </w:p>
    <w:p w14:paraId="1705537A" w14:textId="77777777" w:rsidR="008D50E6" w:rsidRDefault="008D50E6">
      <w:pPr>
        <w:spacing w:after="160"/>
      </w:pPr>
    </w:p>
    <w:p w14:paraId="4260329B" w14:textId="77777777" w:rsidR="008D50E6" w:rsidRDefault="008D50E6">
      <w:pPr>
        <w:spacing w:after="160"/>
      </w:pPr>
    </w:p>
    <w:p w14:paraId="7F82427D" w14:textId="77777777" w:rsidR="008D50E6" w:rsidRDefault="008D50E6">
      <w:pPr>
        <w:spacing w:after="160"/>
      </w:pPr>
    </w:p>
    <w:p w14:paraId="433DC1FA" w14:textId="77777777" w:rsidR="008D50E6" w:rsidRDefault="008D50E6">
      <w:pPr>
        <w:spacing w:after="40"/>
      </w:pPr>
    </w:p>
    <w:p w14:paraId="54E24E1A" w14:textId="77777777" w:rsidR="008D50E6" w:rsidRDefault="00000000">
      <w:r>
        <w:br w:type="page"/>
      </w:r>
    </w:p>
    <w:p w14:paraId="08DB2120" w14:textId="77777777" w:rsidR="008D50E6" w:rsidRDefault="00000000">
      <w:pPr>
        <w:spacing w:after="120"/>
      </w:pPr>
      <w:r>
        <w:rPr>
          <w:b/>
          <w:color w:val="1E3A5F"/>
          <w:sz w:val="28"/>
        </w:rPr>
        <w:lastRenderedPageBreak/>
        <w:t>TEACHER KEY — Physical vs. Chemical Changes Match-Up</w:t>
      </w:r>
    </w:p>
    <w:p w14:paraId="59928EC2" w14:textId="77777777" w:rsidR="008D50E6" w:rsidRDefault="00000000">
      <w:pPr>
        <w:spacing w:before="200" w:after="80"/>
      </w:pPr>
      <w:r>
        <w:rPr>
          <w:b/>
          <w:color w:val="1E3A5F"/>
          <w:sz w:val="26"/>
        </w:rPr>
        <w:t>Part 1 — Matches</w:t>
      </w:r>
    </w:p>
    <w:p w14:paraId="667B82EA" w14:textId="77777777" w:rsidR="008D50E6" w:rsidRDefault="00000000">
      <w:pPr>
        <w:spacing w:after="80"/>
      </w:pPr>
      <w:r>
        <w:rPr>
          <w:color w:val="000000"/>
          <w:sz w:val="21"/>
        </w:rPr>
        <w:t>Physical change: C · Chemical change: A · Reactant: B · Product: D</w:t>
      </w:r>
    </w:p>
    <w:p w14:paraId="2B5A2E11" w14:textId="77777777" w:rsidR="008D50E6" w:rsidRDefault="00000000">
      <w:pPr>
        <w:spacing w:before="200" w:after="80"/>
      </w:pPr>
      <w:r>
        <w:rPr>
          <w:b/>
          <w:color w:val="1E3A5F"/>
          <w:sz w:val="26"/>
        </w:rPr>
        <w:t>Part 2 — Sort</w:t>
      </w:r>
    </w:p>
    <w:p w14:paraId="3DA5FA99" w14:textId="77777777" w:rsidR="008D50E6" w:rsidRDefault="00000000">
      <w:pPr>
        <w:spacing w:after="80"/>
      </w:pPr>
      <w:r>
        <w:rPr>
          <w:color w:val="000000"/>
          <w:sz w:val="21"/>
        </w:rPr>
        <w:t>1: P · 2: C · 3: P · 4: C (oxidation browning) · 5: P · 6: C (rust = iron oxide) · 7: P · 8: C (rapid burning) · 9: P (dissolving) · 10: C (cooking denatures/changes the egg)</w:t>
      </w:r>
    </w:p>
    <w:p w14:paraId="238B90CE" w14:textId="77777777" w:rsidR="008D50E6" w:rsidRDefault="00000000">
      <w:pPr>
        <w:spacing w:before="200" w:after="80"/>
      </w:pPr>
      <w:r>
        <w:rPr>
          <w:b/>
          <w:color w:val="1E3A5F"/>
          <w:sz w:val="26"/>
        </w:rPr>
        <w:t>Part 3 — Examples (model)</w:t>
      </w:r>
    </w:p>
    <w:p w14:paraId="3C3F04C7" w14:textId="77777777" w:rsidR="008D50E6" w:rsidRDefault="00000000">
      <w:pPr>
        <w:spacing w:after="40"/>
        <w:ind w:left="360"/>
      </w:pPr>
      <w:r>
        <w:rPr>
          <w:color w:val="000000"/>
          <w:sz w:val="21"/>
        </w:rPr>
        <w:t>1.  Toast: sugars caramelize — a browned crust with a new smell forms.</w:t>
      </w:r>
    </w:p>
    <w:p w14:paraId="58A72D3E" w14:textId="77777777" w:rsidR="008D50E6" w:rsidRDefault="00000000">
      <w:pPr>
        <w:spacing w:after="40"/>
        <w:ind w:left="360"/>
      </w:pPr>
      <w:r>
        <w:rPr>
          <w:color w:val="000000"/>
          <w:sz w:val="21"/>
        </w:rPr>
        <w:t>2.  Cut apple: the exposed surface turns brown as it reacts with oxygen in the air.</w:t>
      </w:r>
    </w:p>
    <w:p w14:paraId="207F9365" w14:textId="77777777" w:rsidR="008D50E6" w:rsidRDefault="00000000">
      <w:pPr>
        <w:spacing w:after="40"/>
        <w:ind w:left="360"/>
      </w:pPr>
      <w:r>
        <w:rPr>
          <w:color w:val="000000"/>
          <w:sz w:val="21"/>
        </w:rPr>
        <w:t>3.  Rusty nail: reddish-brown iron oxide appears.</w:t>
      </w:r>
    </w:p>
    <w:p w14:paraId="5946446F" w14:textId="77777777" w:rsidR="008D50E6" w:rsidRDefault="00000000">
      <w:pPr>
        <w:spacing w:after="40"/>
        <w:ind w:left="360"/>
      </w:pPr>
      <w:r>
        <w:rPr>
          <w:color w:val="000000"/>
          <w:sz w:val="21"/>
        </w:rPr>
        <w:t>4.  Egg: the clear white turns solid and opaque when cooked.</w:t>
      </w:r>
    </w:p>
    <w:p w14:paraId="77BC3FBF" w14:textId="77777777" w:rsidR="008D50E6" w:rsidRDefault="00000000">
      <w:pPr>
        <w:spacing w:after="80"/>
      </w:pPr>
      <w:r>
        <w:rPr>
          <w:color w:val="000000"/>
          <w:sz w:val="21"/>
        </w:rPr>
        <w:t>Scoring: 1 pt per match (4) + 1 pt per sort (10) + 2 pts per explanation (4).</w:t>
      </w:r>
    </w:p>
    <w:sectPr w:rsidR="008D50E6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9500330">
    <w:abstractNumId w:val="8"/>
  </w:num>
  <w:num w:numId="2" w16cid:durableId="987562262">
    <w:abstractNumId w:val="6"/>
  </w:num>
  <w:num w:numId="3" w16cid:durableId="460265055">
    <w:abstractNumId w:val="5"/>
  </w:num>
  <w:num w:numId="4" w16cid:durableId="949162483">
    <w:abstractNumId w:val="4"/>
  </w:num>
  <w:num w:numId="5" w16cid:durableId="1953896357">
    <w:abstractNumId w:val="7"/>
  </w:num>
  <w:num w:numId="6" w16cid:durableId="199825453">
    <w:abstractNumId w:val="3"/>
  </w:num>
  <w:num w:numId="7" w16cid:durableId="767776824">
    <w:abstractNumId w:val="2"/>
  </w:num>
  <w:num w:numId="8" w16cid:durableId="984238590">
    <w:abstractNumId w:val="1"/>
  </w:num>
  <w:num w:numId="9" w16cid:durableId="1090351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81F2F"/>
    <w:rsid w:val="008D50E6"/>
    <w:rsid w:val="00AA1D8D"/>
    <w:rsid w:val="00B47730"/>
    <w:rsid w:val="00CB0664"/>
    <w:rsid w:val="00E178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D45784"/>
  <w14:defaultImageDpi w14:val="300"/>
  <w15:docId w15:val="{BEDD7753-BAC1-4AA8-A508-CC4A65D76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2</cp:revision>
  <dcterms:created xsi:type="dcterms:W3CDTF">2013-12-23T23:15:00Z</dcterms:created>
  <dcterms:modified xsi:type="dcterms:W3CDTF">2026-08-13T10:28:00Z</dcterms:modified>
  <cp:category/>
</cp:coreProperties>
</file>