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D1B5" w14:textId="77777777" w:rsidR="009211F7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5580BFB" w14:textId="77777777" w:rsidR="009211F7" w:rsidRDefault="00000000">
      <w:pPr>
        <w:spacing w:after="40"/>
      </w:pPr>
      <w:r>
        <w:rPr>
          <w:color w:val="444444"/>
          <w:sz w:val="19"/>
        </w:rPr>
        <w:t>SHOULD DO   |   Area 2 · Chemical Reactions &amp; Physical/Chemical Changes</w:t>
      </w:r>
    </w:p>
    <w:p w14:paraId="4DD08682" w14:textId="672F218E" w:rsidR="009211F7" w:rsidRDefault="00C70D1E">
      <w:pPr>
        <w:spacing w:after="40"/>
      </w:pPr>
      <w:r>
        <w:rPr>
          <w:b/>
          <w:color w:val="000000"/>
          <w:sz w:val="32"/>
        </w:rPr>
        <w:t xml:space="preserve">Option B: </w:t>
      </w:r>
      <w:r w:rsidR="00000000">
        <w:rPr>
          <w:b/>
          <w:color w:val="000000"/>
          <w:sz w:val="32"/>
        </w:rPr>
        <w:t>Reactants &amp; Products Match-Up</w:t>
      </w:r>
    </w:p>
    <w:p w14:paraId="53C4F979" w14:textId="77777777" w:rsidR="009211F7" w:rsidRDefault="00000000">
      <w:pPr>
        <w:spacing w:after="120"/>
      </w:pPr>
      <w:r>
        <w:rPr>
          <w:b/>
          <w:color w:val="000000"/>
          <w:sz w:val="19"/>
        </w:rPr>
        <w:t>Supports Level 3.0 targets: SC.912.P.8.2 T4</w:t>
      </w:r>
    </w:p>
    <w:p w14:paraId="46A38567" w14:textId="77777777" w:rsidR="009211F7" w:rsidRDefault="00000000">
      <w:pPr>
        <w:spacing w:after="100"/>
      </w:pPr>
      <w:r>
        <w:rPr>
          <w:i/>
          <w:color w:val="444444"/>
          <w:sz w:val="21"/>
        </w:rPr>
        <w:t>Match each term to its definition, then put the vocabulary to work by labeling three reactions.</w:t>
      </w:r>
    </w:p>
    <w:p w14:paraId="0A419038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9211F7" w14:paraId="4C6CD3B8" w14:textId="77777777">
        <w:tc>
          <w:tcPr>
            <w:tcW w:w="5220" w:type="dxa"/>
            <w:shd w:val="clear" w:color="auto" w:fill="1E3A5F"/>
          </w:tcPr>
          <w:p w14:paraId="104678FB" w14:textId="77777777" w:rsidR="009211F7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7A9BF758" w14:textId="77777777" w:rsidR="009211F7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9211F7" w14:paraId="258AF7C7" w14:textId="77777777">
        <w:tc>
          <w:tcPr>
            <w:tcW w:w="5220" w:type="dxa"/>
          </w:tcPr>
          <w:p w14:paraId="0603114A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Reactant</w:t>
            </w:r>
          </w:p>
        </w:tc>
        <w:tc>
          <w:tcPr>
            <w:tcW w:w="5220" w:type="dxa"/>
          </w:tcPr>
          <w:p w14:paraId="3EBAF663" w14:textId="77777777" w:rsidR="009211F7" w:rsidRDefault="009211F7">
            <w:pPr>
              <w:spacing w:before="20" w:after="20"/>
            </w:pPr>
          </w:p>
        </w:tc>
      </w:tr>
      <w:tr w:rsidR="009211F7" w14:paraId="73D35502" w14:textId="77777777">
        <w:tc>
          <w:tcPr>
            <w:tcW w:w="5220" w:type="dxa"/>
          </w:tcPr>
          <w:p w14:paraId="5F504F87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Product</w:t>
            </w:r>
          </w:p>
        </w:tc>
        <w:tc>
          <w:tcPr>
            <w:tcW w:w="5220" w:type="dxa"/>
          </w:tcPr>
          <w:p w14:paraId="2707DDC3" w14:textId="77777777" w:rsidR="009211F7" w:rsidRDefault="009211F7">
            <w:pPr>
              <w:spacing w:before="20" w:after="20"/>
            </w:pPr>
          </w:p>
        </w:tc>
      </w:tr>
      <w:tr w:rsidR="009211F7" w14:paraId="4BD2F3D3" w14:textId="77777777">
        <w:tc>
          <w:tcPr>
            <w:tcW w:w="5220" w:type="dxa"/>
          </w:tcPr>
          <w:p w14:paraId="0D711F65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Physical change</w:t>
            </w:r>
          </w:p>
        </w:tc>
        <w:tc>
          <w:tcPr>
            <w:tcW w:w="5220" w:type="dxa"/>
          </w:tcPr>
          <w:p w14:paraId="47CE2E4C" w14:textId="77777777" w:rsidR="009211F7" w:rsidRDefault="009211F7">
            <w:pPr>
              <w:spacing w:before="20" w:after="20"/>
            </w:pPr>
          </w:p>
        </w:tc>
      </w:tr>
      <w:tr w:rsidR="009211F7" w14:paraId="3BC46603" w14:textId="77777777">
        <w:tc>
          <w:tcPr>
            <w:tcW w:w="5220" w:type="dxa"/>
          </w:tcPr>
          <w:p w14:paraId="76E0B3CD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Chemical change</w:t>
            </w:r>
          </w:p>
        </w:tc>
        <w:tc>
          <w:tcPr>
            <w:tcW w:w="5220" w:type="dxa"/>
          </w:tcPr>
          <w:p w14:paraId="255EAA9F" w14:textId="77777777" w:rsidR="009211F7" w:rsidRDefault="009211F7">
            <w:pPr>
              <w:spacing w:before="20" w:after="20"/>
            </w:pPr>
          </w:p>
        </w:tc>
      </w:tr>
    </w:tbl>
    <w:p w14:paraId="788A492B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Definitions (A–D)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9211F7" w14:paraId="54719223" w14:textId="77777777">
        <w:tc>
          <w:tcPr>
            <w:tcW w:w="5220" w:type="dxa"/>
            <w:shd w:val="clear" w:color="auto" w:fill="1E3A5F"/>
          </w:tcPr>
          <w:p w14:paraId="6C25ECC8" w14:textId="77777777" w:rsidR="009211F7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05F99FBC" w14:textId="77777777" w:rsidR="009211F7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9211F7" w14:paraId="58948C74" w14:textId="77777777">
        <w:tc>
          <w:tcPr>
            <w:tcW w:w="5220" w:type="dxa"/>
          </w:tcPr>
          <w:p w14:paraId="24003450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36E3B49C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starting substance that is used up during a chemical reaction</w:t>
            </w:r>
          </w:p>
        </w:tc>
      </w:tr>
      <w:tr w:rsidR="009211F7" w14:paraId="5C0C2B4A" w14:textId="77777777">
        <w:tc>
          <w:tcPr>
            <w:tcW w:w="5220" w:type="dxa"/>
          </w:tcPr>
          <w:p w14:paraId="55DD186E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1DFF0915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change in state, shape, or appearance in which the substance stays the same</w:t>
            </w:r>
          </w:p>
        </w:tc>
      </w:tr>
      <w:tr w:rsidR="009211F7" w14:paraId="72A70DD0" w14:textId="77777777">
        <w:tc>
          <w:tcPr>
            <w:tcW w:w="5220" w:type="dxa"/>
          </w:tcPr>
          <w:p w14:paraId="59E5ACB8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5B1FEBD4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new substance formed during a chemical reaction</w:t>
            </w:r>
          </w:p>
        </w:tc>
      </w:tr>
      <w:tr w:rsidR="009211F7" w14:paraId="47C5E3F0" w14:textId="77777777">
        <w:tc>
          <w:tcPr>
            <w:tcW w:w="5220" w:type="dxa"/>
          </w:tcPr>
          <w:p w14:paraId="0DC9D0B0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1257A79D" w14:textId="77777777" w:rsidR="009211F7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change that produces one or more new substances with different properties</w:t>
            </w:r>
          </w:p>
        </w:tc>
      </w:tr>
    </w:tbl>
    <w:p w14:paraId="0DC646FB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2 — Label the Reactions</w:t>
      </w:r>
    </w:p>
    <w:p w14:paraId="0A9DC807" w14:textId="77777777" w:rsidR="009211F7" w:rsidRDefault="00000000">
      <w:pPr>
        <w:spacing w:after="80"/>
      </w:pPr>
      <w:r>
        <w:rPr>
          <w:color w:val="000000"/>
          <w:sz w:val="21"/>
        </w:rPr>
        <w:t>For each reaction, write R above the reactants and P above the products.</w:t>
      </w:r>
    </w:p>
    <w:p w14:paraId="620F7AE6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1.  2H₂O₂ → 2H₂O + O₂   (Elephant Toothpaste)</w:t>
      </w:r>
    </w:p>
    <w:p w14:paraId="06EAB8E7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2.  NaHCO₃ + CH₃COOH → CO₂ + H₂O + sodium acetate   (baking soda + vinegar)</w:t>
      </w:r>
    </w:p>
    <w:p w14:paraId="75C4263E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3.  Ice → water   (melting)</w:t>
      </w:r>
    </w:p>
    <w:p w14:paraId="00FC1ECD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3 — Which Kind of Change?</w:t>
      </w:r>
    </w:p>
    <w:p w14:paraId="63363EC4" w14:textId="77777777" w:rsidR="009211F7" w:rsidRDefault="00000000">
      <w:pPr>
        <w:spacing w:after="80"/>
      </w:pPr>
      <w:r>
        <w:rPr>
          <w:color w:val="000000"/>
          <w:sz w:val="21"/>
        </w:rPr>
        <w:t>Reactions 1 and 2 are chemical changes; melting ice is a physical change. Explain in ONE sentence what makes the first two chemical: what is the key clue?</w:t>
      </w:r>
    </w:p>
    <w:p w14:paraId="3312CA0F" w14:textId="77777777" w:rsidR="009211F7" w:rsidRDefault="009211F7">
      <w:pPr>
        <w:spacing w:after="160"/>
      </w:pPr>
    </w:p>
    <w:p w14:paraId="72DE731E" w14:textId="77777777" w:rsidR="009211F7" w:rsidRDefault="009211F7">
      <w:pPr>
        <w:spacing w:after="160"/>
      </w:pPr>
    </w:p>
    <w:p w14:paraId="5AF345A6" w14:textId="77777777" w:rsidR="009211F7" w:rsidRDefault="009211F7">
      <w:pPr>
        <w:spacing w:after="160"/>
      </w:pPr>
    </w:p>
    <w:p w14:paraId="41C3E5F8" w14:textId="77777777" w:rsidR="009211F7" w:rsidRDefault="009211F7">
      <w:pPr>
        <w:spacing w:after="40"/>
      </w:pPr>
    </w:p>
    <w:p w14:paraId="059C72C9" w14:textId="77777777" w:rsidR="009211F7" w:rsidRDefault="00000000">
      <w:r>
        <w:br w:type="page"/>
      </w:r>
    </w:p>
    <w:p w14:paraId="5DEC43E9" w14:textId="77777777" w:rsidR="009211F7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Reactants &amp; Products Match-Up</w:t>
      </w:r>
    </w:p>
    <w:p w14:paraId="4BF63901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1 — Matches</w:t>
      </w:r>
    </w:p>
    <w:p w14:paraId="3FF5C2C4" w14:textId="77777777" w:rsidR="009211F7" w:rsidRDefault="00000000">
      <w:pPr>
        <w:spacing w:after="80"/>
      </w:pPr>
      <w:r>
        <w:rPr>
          <w:color w:val="000000"/>
          <w:sz w:val="21"/>
        </w:rPr>
        <w:t>Reactant: A · Product: C · Physical change: B · Chemical change: D</w:t>
      </w:r>
    </w:p>
    <w:p w14:paraId="523DA627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2 — Labels</w:t>
      </w:r>
    </w:p>
    <w:p w14:paraId="221C14EA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1.  R: H₂O₂; P: H₂O and O₂.</w:t>
      </w:r>
    </w:p>
    <w:p w14:paraId="2A5B1A51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2.  R: NaHCO₃ and CH₃COOH; P: CO₂, H₂O, sodium acetate.</w:t>
      </w:r>
    </w:p>
    <w:p w14:paraId="040D6FF1" w14:textId="77777777" w:rsidR="009211F7" w:rsidRDefault="00000000">
      <w:pPr>
        <w:spacing w:after="40"/>
        <w:ind w:left="360"/>
      </w:pPr>
      <w:r>
        <w:rPr>
          <w:color w:val="000000"/>
          <w:sz w:val="21"/>
        </w:rPr>
        <w:t>3.  R: ice; P: water (a physical change — same substance, new state).</w:t>
      </w:r>
    </w:p>
    <w:p w14:paraId="128C3437" w14:textId="77777777" w:rsidR="009211F7" w:rsidRDefault="00000000">
      <w:pPr>
        <w:spacing w:before="200" w:after="80"/>
      </w:pPr>
      <w:r>
        <w:rPr>
          <w:b/>
          <w:color w:val="1E3A5F"/>
          <w:sz w:val="26"/>
        </w:rPr>
        <w:t>Part 3 — Key clue (model)</w:t>
      </w:r>
    </w:p>
    <w:p w14:paraId="27BBD648" w14:textId="77777777" w:rsidR="009211F7" w:rsidRDefault="00000000">
      <w:pPr>
        <w:spacing w:after="80"/>
      </w:pPr>
      <w:r>
        <w:rPr>
          <w:color w:val="000000"/>
          <w:sz w:val="21"/>
        </w:rPr>
        <w:t>Reactions 1 and 2 are chemical because a NEW substance forms — the oxygen gas and carbon dioxide gas are not present before the reaction. Melting only changes state, so no new substance forms.</w:t>
      </w:r>
    </w:p>
    <w:p w14:paraId="6C1859C0" w14:textId="77777777" w:rsidR="009211F7" w:rsidRDefault="00000000">
      <w:pPr>
        <w:spacing w:after="80"/>
      </w:pPr>
      <w:r>
        <w:rPr>
          <w:color w:val="000000"/>
          <w:sz w:val="21"/>
        </w:rPr>
        <w:t>Scoring: 1 pt per match (4) + 2 pts per labeled reaction (6) + 4 pts for the key clue.</w:t>
      </w:r>
    </w:p>
    <w:sectPr w:rsidR="009211F7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3480795">
    <w:abstractNumId w:val="8"/>
  </w:num>
  <w:num w:numId="2" w16cid:durableId="1363550426">
    <w:abstractNumId w:val="6"/>
  </w:num>
  <w:num w:numId="3" w16cid:durableId="685987145">
    <w:abstractNumId w:val="5"/>
  </w:num>
  <w:num w:numId="4" w16cid:durableId="463888454">
    <w:abstractNumId w:val="4"/>
  </w:num>
  <w:num w:numId="5" w16cid:durableId="1543398409">
    <w:abstractNumId w:val="7"/>
  </w:num>
  <w:num w:numId="6" w16cid:durableId="221866858">
    <w:abstractNumId w:val="3"/>
  </w:num>
  <w:num w:numId="7" w16cid:durableId="1503008411">
    <w:abstractNumId w:val="2"/>
  </w:num>
  <w:num w:numId="8" w16cid:durableId="1864317906">
    <w:abstractNumId w:val="1"/>
  </w:num>
  <w:num w:numId="9" w16cid:durableId="1547790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11F7"/>
    <w:rsid w:val="00AA1D8D"/>
    <w:rsid w:val="00B47730"/>
    <w:rsid w:val="00C70D1E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03E3C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2026-08-13T10:29:00Z</dcterms:modified>
  <cp:category/>
</cp:coreProperties>
</file>