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1: The Scientific Process &amp; What Constitutes Science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Testable Questions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Is "Plants given more sunlight grow taller than plants kept in the shade" a testable question? Why or why not?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2.  Rewrite "Rainbows are the most beautiful natural phenomenon" as a testable question.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pPr>
        <w:spacing w:before="40" w:after="40"/>
        <w:jc w:val="center"/>
        <w:pBdr>
          <w:top w:val="dashed" w:sz="8" w:space="1" w:color="AAAAAA"/>
        </w:pBdr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1: The Scientific Process &amp; What Constitutes Science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Testable Questions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Is "Plants given more sunlight grow taller than plants kept in the shade" a testable question? Why or why not?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2.  Rewrite "Rainbows are the most beautiful natural phenomenon" as a testable question.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1: The Scientific Process &amp; What Constitutes Science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Variables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A student folds paper airplanes with different masses and measures the distance they fly. Identify: IV, DV, and ONE controlled variable.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pPr>
        <w:spacing w:before="40" w:after="40"/>
        <w:jc w:val="center"/>
        <w:pBdr>
          <w:top w:val="dashed" w:sz="8" w:space="1" w:color="AAAAAA"/>
        </w:pBdr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1: The Scientific Process &amp; What Constitutes Science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Variables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A student folds paper airplanes with different masses and measures the distance they fly. Identify: IV, DV, and ONE controlled variable.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1: The Scientific Process &amp; What Constitutes Science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Observation vs. Inference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Label each statement O (observation) or I (inference):  (a) The balloon expanded to 15 cm diameter.  (b) The reaction produces a gas.  (c) The beaker felt colder.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pPr>
        <w:spacing w:before="40" w:after="40"/>
        <w:jc w:val="center"/>
        <w:pBdr>
          <w:top w:val="dashed" w:sz="8" w:space="1" w:color="AAAAAA"/>
        </w:pBdr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1: The Scientific Process &amp; What Constitutes Science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Observation vs. Inference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Label each statement O (observation) or I (inference):  (a) The balloon expanded to 15 cm diameter.  (b) The reaction produces a gas.  (c) The beaker felt colder.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1: The Scientific Process &amp; What Constitutes Science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Characteristics of Science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Name TWO characteristics of science.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2.  Explain in one sentence why evidence beats opinion in science.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>
      <w:pPr>
        <w:spacing w:before="40" w:after="40"/>
        <w:jc w:val="center"/>
        <w:pBdr>
          <w:top w:val="dashed" w:sz="8" w:space="1" w:color="AAAAAA"/>
        </w:pBdr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40"/>
      </w:tblGrid>
      <w:tr>
        <w:trPr>
          <w:trHeight w:val="6192" w:hRule="atLeast"/>
        </w:trPr>
        <w:tc>
          <w:tcPr>
            <w:tcW w:type="dxa" w:w="1044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17"/>
              </w:rPr>
              <w:t>Honors Chemistry — Unit 1</w:t>
            </w:r>
          </w:p>
          <w:p>
            <w:pPr>
              <w:spacing w:before="20" w:after="20"/>
            </w:pPr>
            <w:r>
              <w:rPr>
                <w:b/>
                <w:i w:val="0"/>
                <w:color w:val="000000"/>
                <w:sz w:val="22"/>
              </w:rPr>
              <w:t>EXIT TICKET — Section 1: The Scientific Process &amp; What Constitutes Science</w:t>
            </w:r>
          </w:p>
          <w:p>
            <w:pPr>
              <w:spacing w:before="20" w:after="40"/>
            </w:pPr>
            <w:r>
              <w:rPr>
                <w:b w:val="0"/>
                <w:i/>
                <w:color w:val="444444"/>
                <w:sz w:val="19"/>
              </w:rPr>
              <w:t>Topic: Characteristics of Science</w:t>
            </w:r>
          </w:p>
          <w:p>
            <w:pPr>
              <w:spacing w:after="80"/>
            </w:pPr>
            <w:r>
              <w:rPr>
                <w:b w:val="0"/>
                <w:i w:val="0"/>
                <w:color w:val="000000"/>
                <w:sz w:val="18"/>
              </w:rPr>
              <w:t>Name: ______________________________    Date: ________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1.  Name TWO characteristics of science.</w:t>
            </w:r>
          </w:p>
          <w:p>
            <w:pPr>
              <w:spacing w:after="20"/>
              <w:ind w:left="360"/>
            </w:pPr>
            <w:r>
              <w:rPr>
                <w:b w:val="0"/>
                <w:i w:val="0"/>
                <w:color w:val="000000"/>
                <w:sz w:val="19"/>
              </w:rPr>
              <w:t>2.  Explain in one sentence why evidence beats opinion in science.</w:t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  <w:p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