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7A9F762F" w14:textId="77777777">
        <w:trPr>
          <w:trHeight w:val="6192"/>
        </w:trPr>
        <w:tc>
          <w:tcPr>
            <w:tcW w:w="10440" w:type="dxa"/>
          </w:tcPr>
          <w:p w14:paraId="6B2E75B6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7066B69C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2F78634D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Physical or Chemical?</w:t>
            </w:r>
          </w:p>
          <w:p w14:paraId="388658B7" w14:textId="77777777" w:rsidR="00BD3847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150632DC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Label each P or C:  (a) cutting paper into strips  (b) toast browning in the toaster  (c) water boiling.</w:t>
            </w:r>
          </w:p>
          <w:p w14:paraId="29D9D540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2.  State ONE piece of evidence for your answer to (b).</w:t>
            </w:r>
          </w:p>
          <w:p w14:paraId="24D6BBFD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 w14:paraId="5CF6942D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5285E23C" w14:textId="77777777" w:rsidR="00BD3847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7C5E785B" w14:textId="77777777">
        <w:trPr>
          <w:trHeight w:val="6192"/>
        </w:trPr>
        <w:tc>
          <w:tcPr>
            <w:tcW w:w="10440" w:type="dxa"/>
          </w:tcPr>
          <w:p w14:paraId="7544E6B2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6F531EC4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62D038D1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Physical or Chemical?</w:t>
            </w:r>
          </w:p>
          <w:p w14:paraId="69208E41" w14:textId="77777777" w:rsidR="00BD3847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20FE35C6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Label each P or C:  (a) cutting paper into strips  (b) toast browning in the toaster  (c) water boiling.</w:t>
            </w:r>
          </w:p>
          <w:p w14:paraId="53619E75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2.  State ONE piece of evidence for your answer to (b).</w:t>
            </w:r>
          </w:p>
          <w:p w14:paraId="6308CAD0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  <w:p w14:paraId="6359855F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4F3C3C02" w14:textId="77777777" w:rsidR="00BD3847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12E90C12" w14:textId="77777777">
        <w:trPr>
          <w:trHeight w:val="6192"/>
        </w:trPr>
        <w:tc>
          <w:tcPr>
            <w:tcW w:w="10440" w:type="dxa"/>
          </w:tcPr>
          <w:p w14:paraId="54D709CB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lastRenderedPageBreak/>
              <w:t>Honors Chemistry — Unit 1</w:t>
            </w:r>
          </w:p>
          <w:p w14:paraId="589F8E41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7C2147D3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Reactants &amp; Products</w:t>
            </w:r>
          </w:p>
          <w:p w14:paraId="23CD5F4B" w14:textId="77777777" w:rsidR="00BD3847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18CD7A9E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In 6CO₂ + 6H₂O → C₆H₁₂O₆ + 6O₂, list the REACTANTS and the PRODUCTS.</w:t>
            </w:r>
          </w:p>
          <w:p w14:paraId="1DE5C5FC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1180D8DF" w14:textId="77777777" w:rsidR="00BD3847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190C5948" w14:textId="77777777">
        <w:trPr>
          <w:trHeight w:val="6192"/>
        </w:trPr>
        <w:tc>
          <w:tcPr>
            <w:tcW w:w="10440" w:type="dxa"/>
          </w:tcPr>
          <w:p w14:paraId="170C9DAF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5A09FEAA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4C7BB386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Reactants &amp; Products</w:t>
            </w:r>
          </w:p>
          <w:p w14:paraId="40A2E782" w14:textId="77777777" w:rsidR="00BD3847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4498392C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In 6CO₂ + 6H₂O → C₆H₁₂O₆ + 6O₂, list the REACTANTS and the PRODUCTS.</w:t>
            </w:r>
          </w:p>
          <w:p w14:paraId="1ED629BF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09C9F148" w14:textId="77777777" w:rsidR="00BD3847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1E89B83F" w14:textId="77777777">
        <w:trPr>
          <w:trHeight w:val="6192"/>
        </w:trPr>
        <w:tc>
          <w:tcPr>
            <w:tcW w:w="10440" w:type="dxa"/>
          </w:tcPr>
          <w:p w14:paraId="233A0DA2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lastRenderedPageBreak/>
              <w:t>Honors Chemistry — Unit 1</w:t>
            </w:r>
          </w:p>
          <w:p w14:paraId="0529B55B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2C1F0BB2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Evidence of a New Substance</w:t>
            </w:r>
          </w:p>
          <w:p w14:paraId="3E1088E0" w14:textId="4E0CDFBD" w:rsidR="00BD3847" w:rsidRDefault="00000000">
            <w:pPr>
              <w:spacing w:after="80"/>
            </w:pPr>
            <w:r>
              <w:rPr>
                <w:color w:val="000000"/>
                <w:sz w:val="18"/>
              </w:rPr>
              <w:t>Name: _</w:t>
            </w:r>
            <w:r w:rsidR="00892AEC">
              <w:rPr>
                <w:color w:val="000000"/>
                <w:sz w:val="18"/>
              </w:rPr>
              <w:t>_______________</w:t>
            </w:r>
            <w:r>
              <w:rPr>
                <w:color w:val="000000"/>
                <w:sz w:val="18"/>
              </w:rPr>
              <w:t>_____________________________    Date: ________</w:t>
            </w:r>
            <w:r w:rsidR="00892AEC">
              <w:rPr>
                <w:color w:val="000000"/>
                <w:sz w:val="18"/>
              </w:rPr>
              <w:t xml:space="preserve">  Pd ____</w:t>
            </w:r>
          </w:p>
          <w:p w14:paraId="1B5FD1B8" w14:textId="096DDDB6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 xml:space="preserve">1.  What </w:t>
            </w:r>
            <w:r w:rsidR="00892AEC">
              <w:rPr>
                <w:color w:val="000000"/>
                <w:sz w:val="19"/>
              </w:rPr>
              <w:t>evidence</w:t>
            </w:r>
            <w:r>
              <w:rPr>
                <w:color w:val="000000"/>
                <w:sz w:val="19"/>
              </w:rPr>
              <w:t xml:space="preserve"> could show mixing zinc and acid is a </w:t>
            </w:r>
            <w:r w:rsidR="00892AEC">
              <w:rPr>
                <w:color w:val="000000"/>
                <w:sz w:val="19"/>
              </w:rPr>
              <w:t>chemical change</w:t>
            </w:r>
            <w:r>
              <w:rPr>
                <w:color w:val="000000"/>
                <w:sz w:val="19"/>
              </w:rPr>
              <w:t xml:space="preserve">? </w:t>
            </w:r>
            <w:r w:rsidR="00892AEC">
              <w:rPr>
                <w:color w:val="000000"/>
                <w:sz w:val="19"/>
              </w:rPr>
              <w:t>How could this be tested</w:t>
            </w:r>
            <w:r>
              <w:rPr>
                <w:color w:val="000000"/>
                <w:sz w:val="19"/>
              </w:rPr>
              <w:t>?</w:t>
            </w:r>
          </w:p>
          <w:p w14:paraId="45FD393D" w14:textId="1B058A11" w:rsidR="00BD3847" w:rsidRDefault="00000000">
            <w:pPr>
              <w:spacing w:after="40"/>
            </w:pPr>
            <w:r>
              <w:rPr>
                <w:sz w:val="18"/>
              </w:rPr>
              <w:br/>
            </w:r>
          </w:p>
        </w:tc>
      </w:tr>
    </w:tbl>
    <w:p w14:paraId="246E0F9F" w14:textId="77777777" w:rsidR="00BD3847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395F7D7A" w14:textId="77777777">
        <w:trPr>
          <w:trHeight w:val="6192"/>
        </w:trPr>
        <w:tc>
          <w:tcPr>
            <w:tcW w:w="10440" w:type="dxa"/>
          </w:tcPr>
          <w:p w14:paraId="2D5A0C39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7293A8CB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25BF5588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Evidence of a New Substance</w:t>
            </w:r>
          </w:p>
          <w:p w14:paraId="7C4EF06F" w14:textId="77777777" w:rsidR="00892AEC" w:rsidRDefault="00892AEC" w:rsidP="00892AEC">
            <w:pPr>
              <w:spacing w:after="80"/>
            </w:pPr>
            <w:r>
              <w:rPr>
                <w:color w:val="000000"/>
                <w:sz w:val="18"/>
              </w:rPr>
              <w:t>Name: _____________________________________________    Date: ________  Pd ____</w:t>
            </w:r>
          </w:p>
          <w:p w14:paraId="7B6ACBC8" w14:textId="77777777" w:rsidR="00892AEC" w:rsidRDefault="00892AEC" w:rsidP="00892AEC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What evidence could show mixing zinc and acid is a chemical change? How could this be tested?</w:t>
            </w:r>
          </w:p>
          <w:p w14:paraId="4E088EEA" w14:textId="3E8E7B5A" w:rsidR="00BD3847" w:rsidRDefault="00000000">
            <w:pPr>
              <w:spacing w:after="40"/>
            </w:pPr>
            <w:r>
              <w:rPr>
                <w:sz w:val="18"/>
              </w:rPr>
              <w:br/>
            </w:r>
          </w:p>
        </w:tc>
      </w:tr>
    </w:tbl>
    <w:p w14:paraId="1F5D7C53" w14:textId="77777777" w:rsidR="00BD3847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61EE7FFE" w14:textId="77777777">
        <w:trPr>
          <w:trHeight w:val="6192"/>
        </w:trPr>
        <w:tc>
          <w:tcPr>
            <w:tcW w:w="10440" w:type="dxa"/>
          </w:tcPr>
          <w:p w14:paraId="60774F2C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lastRenderedPageBreak/>
              <w:t>Honors Chemistry — Unit 1</w:t>
            </w:r>
          </w:p>
          <w:p w14:paraId="5C252EB6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197DF341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Conservation of Mass</w:t>
            </w:r>
          </w:p>
          <w:p w14:paraId="0FE9D71D" w14:textId="77777777" w:rsidR="00BD3847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18EE267D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An open flask loses mass when its reaction releases a gas. Does the Law of Conservation of Mass still hold? Explain where the mass went.</w:t>
            </w:r>
          </w:p>
          <w:p w14:paraId="034750AC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15B1253F" w14:textId="77777777" w:rsidR="00BD3847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BD3847" w14:paraId="7B9C2470" w14:textId="77777777">
        <w:trPr>
          <w:trHeight w:val="6192"/>
        </w:trPr>
        <w:tc>
          <w:tcPr>
            <w:tcW w:w="10440" w:type="dxa"/>
          </w:tcPr>
          <w:p w14:paraId="47EE9091" w14:textId="77777777" w:rsidR="00BD3847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262CEABC" w14:textId="77777777" w:rsidR="00BD3847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2: Chemical Reactions &amp; Physical vs. Chemical Changes</w:t>
            </w:r>
          </w:p>
          <w:p w14:paraId="243602E5" w14:textId="77777777" w:rsidR="00BD3847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Conservation of Mass</w:t>
            </w:r>
          </w:p>
          <w:p w14:paraId="4719C170" w14:textId="77777777" w:rsidR="00BD3847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421ED302" w14:textId="77777777" w:rsidR="00BD3847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An open flask loses mass when its reaction releases a gas. Does the Law of Conservation of Mass still hold? Explain where the mass went.</w:t>
            </w:r>
          </w:p>
          <w:p w14:paraId="3391CE17" w14:textId="77777777" w:rsidR="00BD3847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302EE5F5" w14:textId="77777777" w:rsidR="003B1A32" w:rsidRDefault="003B1A32"/>
    <w:sectPr w:rsidR="003B1A32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4238312">
    <w:abstractNumId w:val="8"/>
  </w:num>
  <w:num w:numId="2" w16cid:durableId="1715306286">
    <w:abstractNumId w:val="6"/>
  </w:num>
  <w:num w:numId="3" w16cid:durableId="762147411">
    <w:abstractNumId w:val="5"/>
  </w:num>
  <w:num w:numId="4" w16cid:durableId="1148668623">
    <w:abstractNumId w:val="4"/>
  </w:num>
  <w:num w:numId="5" w16cid:durableId="1701281177">
    <w:abstractNumId w:val="7"/>
  </w:num>
  <w:num w:numId="6" w16cid:durableId="457644465">
    <w:abstractNumId w:val="3"/>
  </w:num>
  <w:num w:numId="7" w16cid:durableId="1381904102">
    <w:abstractNumId w:val="2"/>
  </w:num>
  <w:num w:numId="8" w16cid:durableId="859899375">
    <w:abstractNumId w:val="1"/>
  </w:num>
  <w:num w:numId="9" w16cid:durableId="595358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1A32"/>
    <w:rsid w:val="00892AEC"/>
    <w:rsid w:val="008C5EA6"/>
    <w:rsid w:val="00AA1D8D"/>
    <w:rsid w:val="00B47730"/>
    <w:rsid w:val="00BD3847"/>
    <w:rsid w:val="00CB0664"/>
    <w:rsid w:val="00E178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FC2C7C"/>
  <w14:defaultImageDpi w14:val="300"/>
  <w15:docId w15:val="{872F81BF-C716-4760-ACBA-5451DFF1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Toni Green</cp:lastModifiedBy>
  <cp:revision>1</cp:revision>
  <cp:lastPrinted>2026-08-14T13:45:00Z</cp:lastPrinted>
  <dcterms:created xsi:type="dcterms:W3CDTF">2013-12-23T23:15:00Z</dcterms:created>
  <dcterms:modified xsi:type="dcterms:W3CDTF">2026-08-16T14:54:00Z</dcterms:modified>
  <cp:category/>
</cp:coreProperties>
</file>