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40"/>
      </w:tblGrid>
      <w:tr w:rsidR="00660EFA" w14:paraId="0D142B10" w14:textId="77777777">
        <w:trPr>
          <w:trHeight w:val="6192"/>
        </w:trPr>
        <w:tc>
          <w:tcPr>
            <w:tcW w:w="10440" w:type="dxa"/>
          </w:tcPr>
          <w:p w14:paraId="60539B53" w14:textId="77777777" w:rsidR="00660EFA" w:rsidRDefault="00000000">
            <w:pPr>
              <w:spacing w:before="40" w:after="40"/>
            </w:pPr>
            <w:r>
              <w:rPr>
                <w:b/>
                <w:color w:val="1E3A5F"/>
                <w:sz w:val="17"/>
              </w:rPr>
              <w:t>Honors Chemistry — Unit 1</w:t>
            </w:r>
          </w:p>
          <w:p w14:paraId="027A9B05" w14:textId="77777777" w:rsidR="00660EFA" w:rsidRDefault="00000000">
            <w:pPr>
              <w:spacing w:before="20" w:after="20"/>
            </w:pPr>
            <w:r>
              <w:rPr>
                <w:b/>
                <w:color w:val="000000"/>
              </w:rPr>
              <w:t>EXIT TICKET — Section 3: Data, Graphs &amp; Evidence</w:t>
            </w:r>
          </w:p>
          <w:p w14:paraId="3499B674" w14:textId="77777777" w:rsidR="00660EFA" w:rsidRDefault="00000000">
            <w:pPr>
              <w:spacing w:before="20" w:after="40"/>
            </w:pPr>
            <w:r>
              <w:rPr>
                <w:i/>
                <w:color w:val="444444"/>
                <w:sz w:val="19"/>
              </w:rPr>
              <w:t>Topic: Correlation</w:t>
            </w:r>
          </w:p>
          <w:p w14:paraId="07F95D5C" w14:textId="77777777" w:rsidR="00660EFA" w:rsidRDefault="00000000">
            <w:pPr>
              <w:spacing w:after="80"/>
            </w:pPr>
            <w:r>
              <w:rPr>
                <w:color w:val="000000"/>
                <w:sz w:val="18"/>
              </w:rPr>
              <w:t>Name: ______________________________    Date: ________</w:t>
            </w:r>
          </w:p>
          <w:p w14:paraId="047F350B" w14:textId="77777777" w:rsidR="00660EFA" w:rsidRDefault="00000000">
            <w:pPr>
              <w:spacing w:after="20"/>
              <w:ind w:left="360"/>
            </w:pPr>
            <w:r>
              <w:rPr>
                <w:color w:val="000000"/>
                <w:sz w:val="19"/>
              </w:rPr>
              <w:t>1.  What does r = 0.99 tell you about the relationship between two variables?</w:t>
            </w:r>
          </w:p>
          <w:p w14:paraId="1F229754" w14:textId="77777777" w:rsidR="00660EFA" w:rsidRDefault="00000000"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</w:tc>
      </w:tr>
    </w:tbl>
    <w:p w14:paraId="59C4CB78" w14:textId="77777777" w:rsidR="00660EFA" w:rsidRDefault="00000000">
      <w:pPr>
        <w:pBdr>
          <w:top w:val="dashed" w:sz="8" w:space="1" w:color="AAAAAA"/>
        </w:pBdr>
        <w:spacing w:before="40" w:after="40"/>
        <w:jc w:val="center"/>
      </w:pPr>
      <w:r>
        <w:rPr>
          <w:color w:val="999999"/>
          <w:sz w:val="16"/>
        </w:rPr>
        <w:t>— — — — — —  CUT HERE  — — — — — —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40"/>
      </w:tblGrid>
      <w:tr w:rsidR="00660EFA" w14:paraId="013FE52A" w14:textId="77777777">
        <w:trPr>
          <w:trHeight w:val="6192"/>
        </w:trPr>
        <w:tc>
          <w:tcPr>
            <w:tcW w:w="10440" w:type="dxa"/>
          </w:tcPr>
          <w:p w14:paraId="6DBE9F72" w14:textId="77777777" w:rsidR="00660EFA" w:rsidRDefault="00000000">
            <w:pPr>
              <w:spacing w:before="40" w:after="40"/>
            </w:pPr>
            <w:r>
              <w:rPr>
                <w:b/>
                <w:color w:val="1E3A5F"/>
                <w:sz w:val="17"/>
              </w:rPr>
              <w:t>Honors Chemistry — Unit 1</w:t>
            </w:r>
          </w:p>
          <w:p w14:paraId="44F7C4FC" w14:textId="77777777" w:rsidR="00660EFA" w:rsidRDefault="00000000">
            <w:pPr>
              <w:spacing w:before="20" w:after="20"/>
            </w:pPr>
            <w:r>
              <w:rPr>
                <w:b/>
                <w:color w:val="000000"/>
              </w:rPr>
              <w:t>EXIT TICKET — Section 3: Data, Graphs &amp; Evidence</w:t>
            </w:r>
          </w:p>
          <w:p w14:paraId="704CD907" w14:textId="77777777" w:rsidR="00660EFA" w:rsidRDefault="00000000">
            <w:pPr>
              <w:spacing w:before="20" w:after="40"/>
            </w:pPr>
            <w:r>
              <w:rPr>
                <w:i/>
                <w:color w:val="444444"/>
                <w:sz w:val="19"/>
              </w:rPr>
              <w:t>Topic: Correlation</w:t>
            </w:r>
          </w:p>
          <w:p w14:paraId="4F2EC772" w14:textId="77777777" w:rsidR="00660EFA" w:rsidRDefault="00000000">
            <w:pPr>
              <w:spacing w:after="80"/>
            </w:pPr>
            <w:r>
              <w:rPr>
                <w:color w:val="000000"/>
                <w:sz w:val="18"/>
              </w:rPr>
              <w:t>Name: ______________________________    Date: ________</w:t>
            </w:r>
          </w:p>
          <w:p w14:paraId="50A63B74" w14:textId="77777777" w:rsidR="00660EFA" w:rsidRDefault="00000000">
            <w:pPr>
              <w:spacing w:after="20"/>
              <w:ind w:left="360"/>
            </w:pPr>
            <w:r>
              <w:rPr>
                <w:color w:val="000000"/>
                <w:sz w:val="19"/>
              </w:rPr>
              <w:t>1.  What does r = 0.99 tell you about the relationship between two variables?</w:t>
            </w:r>
          </w:p>
          <w:p w14:paraId="14439F38" w14:textId="77777777" w:rsidR="00660EFA" w:rsidRDefault="00000000"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</w:tc>
      </w:tr>
    </w:tbl>
    <w:p w14:paraId="0B472A1E" w14:textId="77777777" w:rsidR="00660EFA" w:rsidRDefault="00000000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40"/>
      </w:tblGrid>
      <w:tr w:rsidR="00660EFA" w14:paraId="20EB250D" w14:textId="77777777">
        <w:trPr>
          <w:trHeight w:val="6192"/>
        </w:trPr>
        <w:tc>
          <w:tcPr>
            <w:tcW w:w="10440" w:type="dxa"/>
          </w:tcPr>
          <w:p w14:paraId="44277AAB" w14:textId="77777777" w:rsidR="00660EFA" w:rsidRDefault="00000000">
            <w:pPr>
              <w:spacing w:before="40" w:after="40"/>
            </w:pPr>
            <w:r>
              <w:rPr>
                <w:b/>
                <w:color w:val="1E3A5F"/>
                <w:sz w:val="17"/>
              </w:rPr>
              <w:lastRenderedPageBreak/>
              <w:t>Honors Chemistry — Unit 1</w:t>
            </w:r>
          </w:p>
          <w:p w14:paraId="3999D930" w14:textId="77777777" w:rsidR="00660EFA" w:rsidRDefault="00000000">
            <w:pPr>
              <w:spacing w:before="20" w:after="20"/>
            </w:pPr>
            <w:r>
              <w:rPr>
                <w:b/>
                <w:color w:val="000000"/>
              </w:rPr>
              <w:t>EXIT TICKET — Section 3: Data, Graphs &amp; Evidence</w:t>
            </w:r>
          </w:p>
          <w:p w14:paraId="5E2DC72D" w14:textId="77777777" w:rsidR="00660EFA" w:rsidRDefault="00000000">
            <w:pPr>
              <w:spacing w:before="20" w:after="40"/>
            </w:pPr>
            <w:r>
              <w:rPr>
                <w:i/>
                <w:color w:val="444444"/>
                <w:sz w:val="19"/>
              </w:rPr>
              <w:t>Topic: Observation vs. Inference</w:t>
            </w:r>
          </w:p>
          <w:p w14:paraId="1D3EE0CB" w14:textId="77777777" w:rsidR="00660EFA" w:rsidRDefault="00000000">
            <w:pPr>
              <w:spacing w:after="80"/>
            </w:pPr>
            <w:r>
              <w:rPr>
                <w:color w:val="000000"/>
                <w:sz w:val="18"/>
              </w:rPr>
              <w:t>Name: ______________________________    Date: ________</w:t>
            </w:r>
          </w:p>
          <w:p w14:paraId="10427E40" w14:textId="77777777" w:rsidR="00660EFA" w:rsidRDefault="00000000">
            <w:pPr>
              <w:spacing w:after="20"/>
              <w:ind w:left="360"/>
            </w:pPr>
            <w:r>
              <w:rPr>
                <w:color w:val="000000"/>
                <w:sz w:val="19"/>
              </w:rPr>
              <w:t>1.  Label each O or I:  (a) The temperature rose 3 °C.  (b) The reaction released heat.</w:t>
            </w:r>
          </w:p>
          <w:p w14:paraId="61F2210F" w14:textId="77777777" w:rsidR="00660EFA" w:rsidRDefault="00000000"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</w:tc>
      </w:tr>
    </w:tbl>
    <w:p w14:paraId="77F92D13" w14:textId="77777777" w:rsidR="00660EFA" w:rsidRDefault="00000000">
      <w:pPr>
        <w:pBdr>
          <w:top w:val="dashed" w:sz="8" w:space="1" w:color="AAAAAA"/>
        </w:pBdr>
        <w:spacing w:before="40" w:after="40"/>
        <w:jc w:val="center"/>
      </w:pPr>
      <w:r>
        <w:rPr>
          <w:color w:val="999999"/>
          <w:sz w:val="16"/>
        </w:rPr>
        <w:t>— — — — — —  CUT HERE  — — — — — —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40"/>
      </w:tblGrid>
      <w:tr w:rsidR="00660EFA" w14:paraId="02B594F4" w14:textId="77777777">
        <w:trPr>
          <w:trHeight w:val="6192"/>
        </w:trPr>
        <w:tc>
          <w:tcPr>
            <w:tcW w:w="10440" w:type="dxa"/>
          </w:tcPr>
          <w:p w14:paraId="2D432B70" w14:textId="77777777" w:rsidR="00660EFA" w:rsidRDefault="00000000">
            <w:pPr>
              <w:spacing w:before="40" w:after="40"/>
            </w:pPr>
            <w:r>
              <w:rPr>
                <w:b/>
                <w:color w:val="1E3A5F"/>
                <w:sz w:val="17"/>
              </w:rPr>
              <w:t>Honors Chemistry — Unit 1</w:t>
            </w:r>
          </w:p>
          <w:p w14:paraId="04E63325" w14:textId="77777777" w:rsidR="00660EFA" w:rsidRDefault="00000000">
            <w:pPr>
              <w:spacing w:before="20" w:after="20"/>
            </w:pPr>
            <w:r>
              <w:rPr>
                <w:b/>
                <w:color w:val="000000"/>
              </w:rPr>
              <w:t>EXIT TICKET — Section 3: Data, Graphs &amp; Evidence</w:t>
            </w:r>
          </w:p>
          <w:p w14:paraId="0E44C28C" w14:textId="77777777" w:rsidR="00660EFA" w:rsidRDefault="00000000">
            <w:pPr>
              <w:spacing w:before="20" w:after="40"/>
            </w:pPr>
            <w:r>
              <w:rPr>
                <w:i/>
                <w:color w:val="444444"/>
                <w:sz w:val="19"/>
              </w:rPr>
              <w:t>Topic: Observation vs. Inference</w:t>
            </w:r>
          </w:p>
          <w:p w14:paraId="7EE83FDC" w14:textId="77777777" w:rsidR="00660EFA" w:rsidRDefault="00000000">
            <w:pPr>
              <w:spacing w:after="80"/>
            </w:pPr>
            <w:r>
              <w:rPr>
                <w:color w:val="000000"/>
                <w:sz w:val="18"/>
              </w:rPr>
              <w:t>Name: ______________________________    Date: ________</w:t>
            </w:r>
          </w:p>
          <w:p w14:paraId="2EE6D44F" w14:textId="77777777" w:rsidR="00660EFA" w:rsidRDefault="00000000">
            <w:pPr>
              <w:spacing w:after="20"/>
              <w:ind w:left="360"/>
            </w:pPr>
            <w:r>
              <w:rPr>
                <w:color w:val="000000"/>
                <w:sz w:val="19"/>
              </w:rPr>
              <w:t>1.  Label each O or I:  (a) The temperature rose 3 °C.  (b) The reaction released heat.</w:t>
            </w:r>
          </w:p>
          <w:p w14:paraId="686B9810" w14:textId="77777777" w:rsidR="00660EFA" w:rsidRDefault="00000000"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</w:tc>
      </w:tr>
    </w:tbl>
    <w:p w14:paraId="0B2000C7" w14:textId="77777777" w:rsidR="00660EFA" w:rsidRDefault="00000000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40"/>
      </w:tblGrid>
      <w:tr w:rsidR="00660EFA" w14:paraId="4E2B0A8E" w14:textId="77777777">
        <w:trPr>
          <w:trHeight w:val="6192"/>
        </w:trPr>
        <w:tc>
          <w:tcPr>
            <w:tcW w:w="10440" w:type="dxa"/>
          </w:tcPr>
          <w:p w14:paraId="65CA853F" w14:textId="77777777" w:rsidR="00660EFA" w:rsidRDefault="00000000">
            <w:pPr>
              <w:spacing w:before="40" w:after="40"/>
            </w:pPr>
            <w:r>
              <w:rPr>
                <w:b/>
                <w:color w:val="1E3A5F"/>
                <w:sz w:val="17"/>
              </w:rPr>
              <w:lastRenderedPageBreak/>
              <w:t>Honors Chemistry — Unit 1</w:t>
            </w:r>
          </w:p>
          <w:p w14:paraId="2566A024" w14:textId="77777777" w:rsidR="00660EFA" w:rsidRDefault="00000000">
            <w:pPr>
              <w:spacing w:before="20" w:after="20"/>
            </w:pPr>
            <w:r>
              <w:rPr>
                <w:b/>
                <w:color w:val="000000"/>
              </w:rPr>
              <w:t>EXIT TICKET — Section 3: Data, Graphs &amp; Evidence</w:t>
            </w:r>
          </w:p>
          <w:p w14:paraId="6D1A3C99" w14:textId="77777777" w:rsidR="00660EFA" w:rsidRDefault="00000000">
            <w:pPr>
              <w:spacing w:before="20" w:after="40"/>
            </w:pPr>
            <w:r>
              <w:rPr>
                <w:i/>
                <w:color w:val="444444"/>
                <w:sz w:val="19"/>
              </w:rPr>
              <w:t>Topic: Correlation vs. Causation</w:t>
            </w:r>
          </w:p>
          <w:p w14:paraId="2293AA47" w14:textId="77777777" w:rsidR="00660EFA" w:rsidRDefault="00000000">
            <w:pPr>
              <w:spacing w:after="80"/>
            </w:pPr>
            <w:r>
              <w:rPr>
                <w:color w:val="000000"/>
                <w:sz w:val="18"/>
              </w:rPr>
              <w:t>Name: ______________________________    Date: ________</w:t>
            </w:r>
          </w:p>
          <w:p w14:paraId="15F82077" w14:textId="77777777" w:rsidR="00660EFA" w:rsidRDefault="00000000">
            <w:pPr>
              <w:spacing w:after="20"/>
              <w:ind w:left="360"/>
            </w:pPr>
            <w:r>
              <w:rPr>
                <w:color w:val="000000"/>
                <w:sz w:val="19"/>
              </w:rPr>
              <w:t>1.  Ice-cream sales and drowning deaths both rise in summer. Does one cause the other? Explain.</w:t>
            </w:r>
          </w:p>
          <w:p w14:paraId="6B023152" w14:textId="77777777" w:rsidR="00660EFA" w:rsidRDefault="00000000"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</w:tc>
      </w:tr>
    </w:tbl>
    <w:p w14:paraId="6440B57D" w14:textId="77777777" w:rsidR="00660EFA" w:rsidRDefault="00000000">
      <w:pPr>
        <w:pBdr>
          <w:top w:val="dashed" w:sz="8" w:space="1" w:color="AAAAAA"/>
        </w:pBdr>
        <w:spacing w:before="40" w:after="40"/>
        <w:jc w:val="center"/>
      </w:pPr>
      <w:r>
        <w:rPr>
          <w:color w:val="999999"/>
          <w:sz w:val="16"/>
        </w:rPr>
        <w:t>— — — — — —  CUT HERE  — — — — — —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40"/>
      </w:tblGrid>
      <w:tr w:rsidR="00660EFA" w14:paraId="31AB34A7" w14:textId="77777777">
        <w:trPr>
          <w:trHeight w:val="6192"/>
        </w:trPr>
        <w:tc>
          <w:tcPr>
            <w:tcW w:w="10440" w:type="dxa"/>
          </w:tcPr>
          <w:p w14:paraId="217F5654" w14:textId="77777777" w:rsidR="00660EFA" w:rsidRDefault="00000000">
            <w:pPr>
              <w:spacing w:before="40" w:after="40"/>
            </w:pPr>
            <w:r>
              <w:rPr>
                <w:b/>
                <w:color w:val="1E3A5F"/>
                <w:sz w:val="17"/>
              </w:rPr>
              <w:t>Honors Chemistry — Unit 1</w:t>
            </w:r>
          </w:p>
          <w:p w14:paraId="2D1F86CB" w14:textId="77777777" w:rsidR="00660EFA" w:rsidRDefault="00000000">
            <w:pPr>
              <w:spacing w:before="20" w:after="20"/>
            </w:pPr>
            <w:r>
              <w:rPr>
                <w:b/>
                <w:color w:val="000000"/>
              </w:rPr>
              <w:t>EXIT TICKET — Section 3: Data, Graphs &amp; Evidence</w:t>
            </w:r>
          </w:p>
          <w:p w14:paraId="2D82EF04" w14:textId="77777777" w:rsidR="00660EFA" w:rsidRDefault="00000000">
            <w:pPr>
              <w:spacing w:before="20" w:after="40"/>
            </w:pPr>
            <w:r>
              <w:rPr>
                <w:i/>
                <w:color w:val="444444"/>
                <w:sz w:val="19"/>
              </w:rPr>
              <w:t>Topic: Correlation vs. Causation</w:t>
            </w:r>
          </w:p>
          <w:p w14:paraId="13183B0E" w14:textId="77777777" w:rsidR="00660EFA" w:rsidRDefault="00000000">
            <w:pPr>
              <w:spacing w:after="80"/>
            </w:pPr>
            <w:r>
              <w:rPr>
                <w:color w:val="000000"/>
                <w:sz w:val="18"/>
              </w:rPr>
              <w:t>Name: ______________________________    Date: ________</w:t>
            </w:r>
          </w:p>
          <w:p w14:paraId="239E5052" w14:textId="77777777" w:rsidR="00660EFA" w:rsidRDefault="00000000">
            <w:pPr>
              <w:spacing w:after="20"/>
              <w:ind w:left="360"/>
            </w:pPr>
            <w:r>
              <w:rPr>
                <w:color w:val="000000"/>
                <w:sz w:val="19"/>
              </w:rPr>
              <w:t>1.  Ice-cream sales and drowning deaths both rise in summer. Does one cause the other? Explain.</w:t>
            </w:r>
          </w:p>
          <w:p w14:paraId="0B7C112A" w14:textId="77777777" w:rsidR="00660EFA" w:rsidRDefault="00000000">
            <w:pPr>
              <w:spacing w:after="40"/>
            </w:pP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  <w:r>
              <w:rPr>
                <w:color w:val="999999"/>
                <w:sz w:val="18"/>
              </w:rPr>
              <w:t>—————————————————————————————————————————</w:t>
            </w:r>
            <w:r>
              <w:rPr>
                <w:sz w:val="18"/>
              </w:rPr>
              <w:br/>
            </w:r>
          </w:p>
        </w:tc>
      </w:tr>
    </w:tbl>
    <w:p w14:paraId="100FAD95" w14:textId="77777777" w:rsidR="00660EFA" w:rsidRDefault="00000000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40"/>
      </w:tblGrid>
      <w:tr w:rsidR="00660EFA" w14:paraId="69BB5801" w14:textId="77777777">
        <w:trPr>
          <w:trHeight w:val="6192"/>
        </w:trPr>
        <w:tc>
          <w:tcPr>
            <w:tcW w:w="10440" w:type="dxa"/>
          </w:tcPr>
          <w:p w14:paraId="4482E879" w14:textId="77777777" w:rsidR="00660EFA" w:rsidRDefault="00000000">
            <w:pPr>
              <w:spacing w:before="40" w:after="40"/>
            </w:pPr>
            <w:r>
              <w:rPr>
                <w:b/>
                <w:color w:val="1E3A5F"/>
                <w:sz w:val="17"/>
              </w:rPr>
              <w:lastRenderedPageBreak/>
              <w:t>Honors Chemistry — Unit 1</w:t>
            </w:r>
          </w:p>
          <w:p w14:paraId="6D1D3E66" w14:textId="77777777" w:rsidR="00660EFA" w:rsidRDefault="00000000">
            <w:pPr>
              <w:spacing w:before="20" w:after="20"/>
            </w:pPr>
            <w:r>
              <w:rPr>
                <w:b/>
                <w:color w:val="000000"/>
              </w:rPr>
              <w:t>EXIT TICKET — Section 3: Data, Graphs &amp; Evidence</w:t>
            </w:r>
          </w:p>
          <w:p w14:paraId="15EFC418" w14:textId="77777777" w:rsidR="00660EFA" w:rsidRDefault="00000000">
            <w:pPr>
              <w:spacing w:before="20" w:after="40"/>
            </w:pPr>
            <w:r>
              <w:rPr>
                <w:i/>
                <w:color w:val="444444"/>
                <w:sz w:val="19"/>
              </w:rPr>
              <w:t>Topic: Pattern &amp; Claim</w:t>
            </w:r>
          </w:p>
          <w:p w14:paraId="2A429C12" w14:textId="401382C6" w:rsidR="00660EFA" w:rsidRDefault="00000000">
            <w:pPr>
              <w:spacing w:after="80"/>
            </w:pPr>
            <w:r>
              <w:rPr>
                <w:color w:val="000000"/>
                <w:sz w:val="18"/>
              </w:rPr>
              <w:t>Name: ______________________________</w:t>
            </w:r>
            <w:r w:rsidR="00D35202">
              <w:rPr>
                <w:color w:val="000000"/>
                <w:sz w:val="18"/>
              </w:rPr>
              <w:t>_______________</w:t>
            </w:r>
            <w:r>
              <w:rPr>
                <w:color w:val="000000"/>
                <w:sz w:val="18"/>
              </w:rPr>
              <w:t xml:space="preserve">   </w:t>
            </w:r>
            <w:r w:rsidR="00D35202">
              <w:rPr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 xml:space="preserve"> Date: ______</w:t>
            </w:r>
            <w:r w:rsidR="00D35202">
              <w:rPr>
                <w:color w:val="000000"/>
                <w:sz w:val="18"/>
              </w:rPr>
              <w:t>____</w:t>
            </w:r>
            <w:r>
              <w:rPr>
                <w:color w:val="000000"/>
                <w:sz w:val="18"/>
              </w:rPr>
              <w:t>__</w:t>
            </w:r>
            <w:r w:rsidR="00D35202">
              <w:rPr>
                <w:color w:val="000000"/>
                <w:sz w:val="18"/>
              </w:rPr>
              <w:t xml:space="preserve">                                                                                              Pd ________</w:t>
            </w:r>
          </w:p>
          <w:p w14:paraId="586A1FBA" w14:textId="111ADA12" w:rsidR="00660EFA" w:rsidRDefault="00000000">
            <w:pPr>
              <w:spacing w:after="20"/>
              <w:ind w:left="360"/>
            </w:pPr>
            <w:r>
              <w:rPr>
                <w:color w:val="000000"/>
                <w:sz w:val="19"/>
              </w:rPr>
              <w:t>1</w:t>
            </w:r>
            <w:proofErr w:type="gramStart"/>
            <w:r>
              <w:rPr>
                <w:color w:val="000000"/>
                <w:sz w:val="19"/>
              </w:rPr>
              <w:t>.  Water</w:t>
            </w:r>
            <w:proofErr w:type="gramEnd"/>
            <w:r>
              <w:rPr>
                <w:color w:val="000000"/>
                <w:sz w:val="19"/>
              </w:rPr>
              <w:t xml:space="preserve"> temperature: 80 °C at 0 min, 55 °C at 5 min, 35 °C at 10 min</w:t>
            </w:r>
            <w:r w:rsidR="00D35202">
              <w:rPr>
                <w:color w:val="000000"/>
                <w:sz w:val="19"/>
              </w:rPr>
              <w:t xml:space="preserve">, 30 </w:t>
            </w:r>
            <w:r w:rsidR="00D35202">
              <w:rPr>
                <w:color w:val="000000"/>
                <w:sz w:val="19"/>
              </w:rPr>
              <w:t>°C</w:t>
            </w:r>
            <w:r w:rsidR="00D35202">
              <w:rPr>
                <w:color w:val="000000"/>
                <w:sz w:val="19"/>
              </w:rPr>
              <w:t xml:space="preserve"> at 15 min, and 29 </w:t>
            </w:r>
            <w:r w:rsidR="00D35202">
              <w:rPr>
                <w:color w:val="000000"/>
                <w:sz w:val="19"/>
              </w:rPr>
              <w:t xml:space="preserve">°C at </w:t>
            </w:r>
            <w:r w:rsidR="00D35202">
              <w:rPr>
                <w:color w:val="000000"/>
                <w:sz w:val="19"/>
              </w:rPr>
              <w:t>20</w:t>
            </w:r>
            <w:r w:rsidR="00D35202">
              <w:rPr>
                <w:color w:val="000000"/>
                <w:sz w:val="19"/>
              </w:rPr>
              <w:t xml:space="preserve"> min</w:t>
            </w:r>
            <w:r>
              <w:rPr>
                <w:color w:val="000000"/>
                <w:sz w:val="19"/>
              </w:rPr>
              <w:t xml:space="preserve">. Describe the </w:t>
            </w:r>
            <w:r w:rsidR="00D35202">
              <w:rPr>
                <w:color w:val="000000"/>
                <w:sz w:val="19"/>
              </w:rPr>
              <w:t>correlation</w:t>
            </w:r>
            <w:r>
              <w:rPr>
                <w:color w:val="000000"/>
                <w:sz w:val="19"/>
              </w:rPr>
              <w:t xml:space="preserve"> and write ONE claim the data supports.</w:t>
            </w:r>
          </w:p>
          <w:p w14:paraId="7A4FFD75" w14:textId="478CB98D" w:rsidR="00660EFA" w:rsidRDefault="00000000">
            <w:pPr>
              <w:spacing w:after="40"/>
            </w:pPr>
            <w:r>
              <w:rPr>
                <w:sz w:val="18"/>
              </w:rPr>
              <w:br/>
            </w:r>
          </w:p>
        </w:tc>
      </w:tr>
    </w:tbl>
    <w:p w14:paraId="532C0AC9" w14:textId="77777777" w:rsidR="00660EFA" w:rsidRDefault="00000000">
      <w:pPr>
        <w:pBdr>
          <w:top w:val="dashed" w:sz="8" w:space="1" w:color="AAAAAA"/>
        </w:pBdr>
        <w:spacing w:before="40" w:after="40"/>
        <w:jc w:val="center"/>
      </w:pPr>
      <w:r>
        <w:rPr>
          <w:color w:val="999999"/>
          <w:sz w:val="16"/>
        </w:rPr>
        <w:t xml:space="preserve">— — — — — </w:t>
      </w:r>
      <w:proofErr w:type="gramStart"/>
      <w:r>
        <w:rPr>
          <w:color w:val="999999"/>
          <w:sz w:val="16"/>
        </w:rPr>
        <w:t>—  CUT</w:t>
      </w:r>
      <w:proofErr w:type="gramEnd"/>
      <w:r>
        <w:rPr>
          <w:color w:val="999999"/>
          <w:sz w:val="16"/>
        </w:rPr>
        <w:t xml:space="preserve"> </w:t>
      </w:r>
      <w:proofErr w:type="gramStart"/>
      <w:r>
        <w:rPr>
          <w:color w:val="999999"/>
          <w:sz w:val="16"/>
        </w:rPr>
        <w:t>HERE  —</w:t>
      </w:r>
      <w:proofErr w:type="gramEnd"/>
      <w:r>
        <w:rPr>
          <w:color w:val="999999"/>
          <w:sz w:val="16"/>
        </w:rPr>
        <w:t xml:space="preserve"> — — — — —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40"/>
      </w:tblGrid>
      <w:tr w:rsidR="00660EFA" w14:paraId="63531A99" w14:textId="77777777">
        <w:trPr>
          <w:trHeight w:val="6192"/>
        </w:trPr>
        <w:tc>
          <w:tcPr>
            <w:tcW w:w="10440" w:type="dxa"/>
          </w:tcPr>
          <w:p w14:paraId="5BA6947D" w14:textId="77777777" w:rsidR="00660EFA" w:rsidRDefault="00000000">
            <w:pPr>
              <w:spacing w:before="40" w:after="40"/>
            </w:pPr>
            <w:r>
              <w:rPr>
                <w:b/>
                <w:color w:val="1E3A5F"/>
                <w:sz w:val="17"/>
              </w:rPr>
              <w:t>Honors Chemistry — Unit 1</w:t>
            </w:r>
          </w:p>
          <w:p w14:paraId="209B6697" w14:textId="77777777" w:rsidR="00660EFA" w:rsidRDefault="00000000">
            <w:pPr>
              <w:spacing w:before="20" w:after="20"/>
            </w:pPr>
            <w:r>
              <w:rPr>
                <w:b/>
                <w:color w:val="000000"/>
              </w:rPr>
              <w:t>EXIT TICKET — Section 3: Data, Graphs &amp; Evidence</w:t>
            </w:r>
          </w:p>
          <w:p w14:paraId="04BB66E8" w14:textId="77777777" w:rsidR="00660EFA" w:rsidRDefault="00000000">
            <w:pPr>
              <w:spacing w:before="20" w:after="40"/>
            </w:pPr>
            <w:r>
              <w:rPr>
                <w:i/>
                <w:color w:val="444444"/>
                <w:sz w:val="19"/>
              </w:rPr>
              <w:t>Topic: Pattern &amp; Claim</w:t>
            </w:r>
          </w:p>
          <w:p w14:paraId="37C94D15" w14:textId="77777777" w:rsidR="00D35202" w:rsidRDefault="00D35202" w:rsidP="00D35202">
            <w:pPr>
              <w:spacing w:after="80"/>
            </w:pPr>
            <w:r>
              <w:rPr>
                <w:color w:val="000000"/>
                <w:sz w:val="18"/>
              </w:rPr>
              <w:t>Name: _____________________________________________     Date: ____________                                                                                              Pd ________</w:t>
            </w:r>
          </w:p>
          <w:p w14:paraId="1D86653F" w14:textId="77777777" w:rsidR="00D35202" w:rsidRDefault="00D35202" w:rsidP="00D35202">
            <w:pPr>
              <w:spacing w:after="20"/>
              <w:ind w:left="360"/>
            </w:pPr>
            <w:r>
              <w:rPr>
                <w:color w:val="000000"/>
                <w:sz w:val="19"/>
              </w:rPr>
              <w:t>1</w:t>
            </w:r>
            <w:proofErr w:type="gramStart"/>
            <w:r>
              <w:rPr>
                <w:color w:val="000000"/>
                <w:sz w:val="19"/>
              </w:rPr>
              <w:t>.  Water</w:t>
            </w:r>
            <w:proofErr w:type="gramEnd"/>
            <w:r>
              <w:rPr>
                <w:color w:val="000000"/>
                <w:sz w:val="19"/>
              </w:rPr>
              <w:t xml:space="preserve"> temperature: 80 °C at 0 min, 55 °C at 5 min, 35 °C at 10 min, 30 °C at 15 min, and 29 °C at 20 min. Describe the correlation and write ONE claim the data supports.</w:t>
            </w:r>
          </w:p>
          <w:p w14:paraId="23E6ABA2" w14:textId="7CB724F8" w:rsidR="00660EFA" w:rsidRDefault="00000000">
            <w:pPr>
              <w:spacing w:after="40"/>
            </w:pPr>
            <w:r>
              <w:rPr>
                <w:sz w:val="18"/>
              </w:rPr>
              <w:br/>
            </w:r>
          </w:p>
        </w:tc>
      </w:tr>
    </w:tbl>
    <w:p w14:paraId="06305AFE" w14:textId="77777777" w:rsidR="00492417" w:rsidRDefault="00492417"/>
    <w:sectPr w:rsidR="00492417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7047106">
    <w:abstractNumId w:val="8"/>
  </w:num>
  <w:num w:numId="2" w16cid:durableId="1314680647">
    <w:abstractNumId w:val="6"/>
  </w:num>
  <w:num w:numId="3" w16cid:durableId="564685923">
    <w:abstractNumId w:val="5"/>
  </w:num>
  <w:num w:numId="4" w16cid:durableId="1094980250">
    <w:abstractNumId w:val="4"/>
  </w:num>
  <w:num w:numId="5" w16cid:durableId="834340747">
    <w:abstractNumId w:val="7"/>
  </w:num>
  <w:num w:numId="6" w16cid:durableId="38408807">
    <w:abstractNumId w:val="3"/>
  </w:num>
  <w:num w:numId="7" w16cid:durableId="1995839598">
    <w:abstractNumId w:val="2"/>
  </w:num>
  <w:num w:numId="8" w16cid:durableId="206600288">
    <w:abstractNumId w:val="1"/>
  </w:num>
  <w:num w:numId="9" w16cid:durableId="2122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87E"/>
    <w:rsid w:val="00034616"/>
    <w:rsid w:val="0006063C"/>
    <w:rsid w:val="00096F3A"/>
    <w:rsid w:val="0015074B"/>
    <w:rsid w:val="001811D8"/>
    <w:rsid w:val="00295B26"/>
    <w:rsid w:val="0029639D"/>
    <w:rsid w:val="00302924"/>
    <w:rsid w:val="00326F90"/>
    <w:rsid w:val="003705CE"/>
    <w:rsid w:val="003B2839"/>
    <w:rsid w:val="003D6190"/>
    <w:rsid w:val="003E234C"/>
    <w:rsid w:val="00487C63"/>
    <w:rsid w:val="00492417"/>
    <w:rsid w:val="0050067E"/>
    <w:rsid w:val="005D3011"/>
    <w:rsid w:val="00660EFA"/>
    <w:rsid w:val="006E3CD2"/>
    <w:rsid w:val="007A24E7"/>
    <w:rsid w:val="009472F1"/>
    <w:rsid w:val="00981496"/>
    <w:rsid w:val="009A3FB1"/>
    <w:rsid w:val="009D002D"/>
    <w:rsid w:val="00A968E4"/>
    <w:rsid w:val="00AA1D8D"/>
    <w:rsid w:val="00B10C7A"/>
    <w:rsid w:val="00B47730"/>
    <w:rsid w:val="00BB7CAD"/>
    <w:rsid w:val="00CB0664"/>
    <w:rsid w:val="00D35202"/>
    <w:rsid w:val="00D84ACA"/>
    <w:rsid w:val="00D86625"/>
    <w:rsid w:val="00E341C1"/>
    <w:rsid w:val="00E46C1E"/>
    <w:rsid w:val="00E50347"/>
    <w:rsid w:val="00F20DF2"/>
    <w:rsid w:val="00F9548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C6892E"/>
  <w14:defaultImageDpi w14:val="300"/>
  <w15:docId w15:val="{4AC6806F-5AD5-4675-9FD5-49F1E316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Toni Green</cp:lastModifiedBy>
  <cp:revision>2</cp:revision>
  <cp:lastPrinted>2026-08-20T14:07:00Z</cp:lastPrinted>
  <dcterms:created xsi:type="dcterms:W3CDTF">2013-12-23T23:15:00Z</dcterms:created>
  <dcterms:modified xsi:type="dcterms:W3CDTF">2026-08-30T14:12:00Z</dcterms:modified>
  <cp:category/>
</cp:coreProperties>
</file>