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440"/>
      </w:tblGrid>
      <w:tr>
        <w:trPr>
          <w:trHeight w:val="6192" w:hRule="atLeast"/>
        </w:trPr>
        <w:tc>
          <w:tcPr>
            <w:tcW w:type="dxa" w:w="10440"/>
            <w:vAlign w:val="top"/>
          </w:tcPr>
          <w:p>
            <w:pPr>
              <w:spacing w:before="40" w:after="40"/>
            </w:pPr>
            <w:r>
              <w:rPr>
                <w:b/>
                <w:i w:val="0"/>
                <w:color w:val="1E3A5F"/>
                <w:sz w:val="17"/>
              </w:rPr>
              <w:t>Honors Chemistry — Unit 1</w:t>
            </w:r>
          </w:p>
          <w:p>
            <w:pPr>
              <w:spacing w:before="20" w:after="20"/>
            </w:pPr>
            <w:r>
              <w:rPr>
                <w:b/>
                <w:i w:val="0"/>
                <w:color w:val="000000"/>
                <w:sz w:val="22"/>
              </w:rPr>
              <w:t>EXIT TICKET — Section 4: Theories &amp; Laws</w:t>
            </w:r>
          </w:p>
          <w:p>
            <w:pPr>
              <w:spacing w:before="20" w:after="40"/>
            </w:pPr>
            <w:r>
              <w:rPr>
                <w:b w:val="0"/>
                <w:i/>
                <w:color w:val="444444"/>
                <w:sz w:val="19"/>
              </w:rPr>
              <w:t>Topic: Law or Theory?</w:t>
            </w:r>
          </w:p>
          <w:p>
            <w:pPr>
              <w:spacing w:after="80"/>
            </w:pPr>
            <w:r>
              <w:rPr>
                <w:b w:val="0"/>
                <w:i w:val="0"/>
                <w:color w:val="000000"/>
                <w:sz w:val="18"/>
              </w:rPr>
              <w:t>Name: ______________________________    Date: ________</w:t>
            </w:r>
          </w:p>
          <w:p>
            <w:pPr>
              <w:spacing w:after="20"/>
              <w:ind w:left="360"/>
            </w:pPr>
            <w:r>
              <w:rPr>
                <w:b w:val="0"/>
                <w:i w:val="0"/>
                <w:color w:val="000000"/>
                <w:sz w:val="19"/>
              </w:rPr>
              <w:t>1.  Label each L or T:  (a) Mass before = mass after in a closed system.  (b) Atomic theory: matter is made of atoms that rearrange.  (c) The First Law of Thermodynamics: energy is conserved.</w:t>
            </w:r>
          </w:p>
          <w:p>
            <w:pPr>
              <w:spacing w:after="40"/>
            </w:pPr>
            <w:r>
              <w:rPr>
                <w:color w:val="999999"/>
                <w:sz w:val="18"/>
              </w:rPr>
              <w:t>—————————————————————————————————————————</w:t>
            </w:r>
            <w:r>
              <w:rPr>
                <w:sz w:val="18"/>
              </w:rPr>
              <w:br/>
            </w:r>
            <w:r>
              <w:rPr>
                <w:color w:val="999999"/>
                <w:sz w:val="18"/>
              </w:rPr>
              <w:t>—————————————————————————————————————————</w:t>
            </w:r>
            <w:r>
              <w:rPr>
                <w:sz w:val="18"/>
              </w:rPr>
              <w:br/>
            </w:r>
            <w:r>
              <w:rPr>
                <w:color w:val="999999"/>
                <w:sz w:val="18"/>
              </w:rPr>
              <w:t>—————————————————————————————————————————</w:t>
            </w:r>
            <w:r>
              <w:rPr>
                <w:sz w:val="18"/>
              </w:rPr>
              <w:br/>
            </w:r>
          </w:p>
        </w:tc>
      </w:tr>
    </w:tbl>
    <w:p>
      <w:pPr>
        <w:spacing w:before="40" w:after="40"/>
        <w:jc w:val="center"/>
        <w:pBdr>
          <w:top w:val="dashed" w:sz="8" w:space="1" w:color="AAAAAA"/>
        </w:pBdr>
      </w:pPr>
      <w:r>
        <w:rPr>
          <w:color w:val="999999"/>
          <w:sz w:val="16"/>
        </w:rPr>
        <w:t>— — — — — —  CUT HERE  — — — — — —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440"/>
      </w:tblGrid>
      <w:tr>
        <w:trPr>
          <w:trHeight w:val="6192" w:hRule="atLeast"/>
        </w:trPr>
        <w:tc>
          <w:tcPr>
            <w:tcW w:type="dxa" w:w="10440"/>
            <w:vAlign w:val="top"/>
          </w:tcPr>
          <w:p>
            <w:pPr>
              <w:spacing w:before="40" w:after="40"/>
            </w:pPr>
            <w:r>
              <w:rPr>
                <w:b/>
                <w:i w:val="0"/>
                <w:color w:val="1E3A5F"/>
                <w:sz w:val="17"/>
              </w:rPr>
              <w:t>Honors Chemistry — Unit 1</w:t>
            </w:r>
          </w:p>
          <w:p>
            <w:pPr>
              <w:spacing w:before="20" w:after="20"/>
            </w:pPr>
            <w:r>
              <w:rPr>
                <w:b/>
                <w:i w:val="0"/>
                <w:color w:val="000000"/>
                <w:sz w:val="22"/>
              </w:rPr>
              <w:t>EXIT TICKET — Section 4: Theories &amp; Laws</w:t>
            </w:r>
          </w:p>
          <w:p>
            <w:pPr>
              <w:spacing w:before="20" w:after="40"/>
            </w:pPr>
            <w:r>
              <w:rPr>
                <w:b w:val="0"/>
                <w:i/>
                <w:color w:val="444444"/>
                <w:sz w:val="19"/>
              </w:rPr>
              <w:t>Topic: Law or Theory?</w:t>
            </w:r>
          </w:p>
          <w:p>
            <w:pPr>
              <w:spacing w:after="80"/>
            </w:pPr>
            <w:r>
              <w:rPr>
                <w:b w:val="0"/>
                <w:i w:val="0"/>
                <w:color w:val="000000"/>
                <w:sz w:val="18"/>
              </w:rPr>
              <w:t>Name: ______________________________    Date: ________</w:t>
            </w:r>
          </w:p>
          <w:p>
            <w:pPr>
              <w:spacing w:after="20"/>
              <w:ind w:left="360"/>
            </w:pPr>
            <w:r>
              <w:rPr>
                <w:b w:val="0"/>
                <w:i w:val="0"/>
                <w:color w:val="000000"/>
                <w:sz w:val="19"/>
              </w:rPr>
              <w:t>1.  Label each L or T:  (a) Mass before = mass after in a closed system.  (b) Atomic theory: matter is made of atoms that rearrange.  (c) The First Law of Thermodynamics: energy is conserved.</w:t>
            </w:r>
          </w:p>
          <w:p>
            <w:pPr>
              <w:spacing w:after="40"/>
            </w:pPr>
            <w:r>
              <w:rPr>
                <w:color w:val="999999"/>
                <w:sz w:val="18"/>
              </w:rPr>
              <w:t>—————————————————————————————————————————</w:t>
            </w:r>
            <w:r>
              <w:rPr>
                <w:sz w:val="18"/>
              </w:rPr>
              <w:br/>
            </w:r>
            <w:r>
              <w:rPr>
                <w:color w:val="999999"/>
                <w:sz w:val="18"/>
              </w:rPr>
              <w:t>—————————————————————————————————————————</w:t>
            </w:r>
            <w:r>
              <w:rPr>
                <w:sz w:val="18"/>
              </w:rPr>
              <w:br/>
            </w:r>
            <w:r>
              <w:rPr>
                <w:color w:val="999999"/>
                <w:sz w:val="18"/>
              </w:rPr>
              <w:t>—————————————————————————————————————————</w:t>
            </w:r>
            <w:r>
              <w:rPr>
                <w:sz w:val="18"/>
              </w:rPr>
              <w:br/>
            </w:r>
          </w:p>
        </w:tc>
      </w:tr>
    </w:tbl>
    <w:p>
      <w:r>
        <w:br w:type="page"/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440"/>
      </w:tblGrid>
      <w:tr>
        <w:trPr>
          <w:trHeight w:val="6192" w:hRule="atLeast"/>
        </w:trPr>
        <w:tc>
          <w:tcPr>
            <w:tcW w:type="dxa" w:w="10440"/>
            <w:vAlign w:val="top"/>
          </w:tcPr>
          <w:p>
            <w:pPr>
              <w:spacing w:before="40" w:after="40"/>
            </w:pPr>
            <w:r>
              <w:rPr>
                <w:b/>
                <w:i w:val="0"/>
                <w:color w:val="1E3A5F"/>
                <w:sz w:val="17"/>
              </w:rPr>
              <w:t>Honors Chemistry — Unit 1</w:t>
            </w:r>
          </w:p>
          <w:p>
            <w:pPr>
              <w:spacing w:before="20" w:after="20"/>
            </w:pPr>
            <w:r>
              <w:rPr>
                <w:b/>
                <w:i w:val="0"/>
                <w:color w:val="000000"/>
                <w:sz w:val="22"/>
              </w:rPr>
              <w:t>EXIT TICKET — Section 4: Theories &amp; Laws</w:t>
            </w:r>
          </w:p>
          <w:p>
            <w:pPr>
              <w:spacing w:before="20" w:after="40"/>
            </w:pPr>
            <w:r>
              <w:rPr>
                <w:b w:val="0"/>
                <w:i/>
                <w:color w:val="444444"/>
                <w:sz w:val="19"/>
              </w:rPr>
              <w:t>Topic: Describe vs. Explain</w:t>
            </w:r>
          </w:p>
          <w:p>
            <w:pPr>
              <w:spacing w:after="80"/>
            </w:pPr>
            <w:r>
              <w:rPr>
                <w:b w:val="0"/>
                <w:i w:val="0"/>
                <w:color w:val="000000"/>
                <w:sz w:val="18"/>
              </w:rPr>
              <w:t>Name: ______________________________    Date: ________</w:t>
            </w:r>
          </w:p>
          <w:p>
            <w:pPr>
              <w:spacing w:after="20"/>
              <w:ind w:left="360"/>
            </w:pPr>
            <w:r>
              <w:rPr>
                <w:b w:val="0"/>
                <w:i w:val="0"/>
                <w:color w:val="000000"/>
                <w:sz w:val="19"/>
              </w:rPr>
              <w:t>1.  Complete: Laws DESCRIBE ______; theories EXPLAIN ______.</w:t>
            </w:r>
          </w:p>
          <w:p>
            <w:pPr>
              <w:spacing w:after="20"/>
              <w:ind w:left="360"/>
            </w:pPr>
            <w:r>
              <w:rPr>
                <w:b w:val="0"/>
                <w:i w:val="0"/>
                <w:color w:val="000000"/>
                <w:sz w:val="19"/>
              </w:rPr>
              <w:t>2.  Give ONE example of a law and ONE example of a theory from this unit.</w:t>
            </w:r>
          </w:p>
          <w:p>
            <w:pPr>
              <w:spacing w:after="40"/>
            </w:pPr>
            <w:r>
              <w:rPr>
                <w:color w:val="999999"/>
                <w:sz w:val="18"/>
              </w:rPr>
              <w:t>—————————————————————————————————————————</w:t>
            </w:r>
            <w:r>
              <w:rPr>
                <w:sz w:val="18"/>
              </w:rPr>
              <w:br/>
            </w:r>
            <w:r>
              <w:rPr>
                <w:color w:val="999999"/>
                <w:sz w:val="18"/>
              </w:rPr>
              <w:t>—————————————————————————————————————————</w:t>
            </w:r>
            <w:r>
              <w:rPr>
                <w:sz w:val="18"/>
              </w:rPr>
              <w:br/>
            </w:r>
          </w:p>
          <w:p>
            <w:pPr>
              <w:spacing w:after="40"/>
            </w:pPr>
            <w:r>
              <w:rPr>
                <w:color w:val="999999"/>
                <w:sz w:val="18"/>
              </w:rPr>
              <w:t>—————————————————————————————————————————</w:t>
            </w:r>
            <w:r>
              <w:rPr>
                <w:sz w:val="18"/>
              </w:rPr>
              <w:br/>
            </w:r>
            <w:r>
              <w:rPr>
                <w:color w:val="999999"/>
                <w:sz w:val="18"/>
              </w:rPr>
              <w:t>—————————————————————————————————————————</w:t>
            </w:r>
            <w:r>
              <w:rPr>
                <w:sz w:val="18"/>
              </w:rPr>
              <w:br/>
            </w:r>
          </w:p>
        </w:tc>
      </w:tr>
    </w:tbl>
    <w:p>
      <w:pPr>
        <w:spacing w:before="40" w:after="40"/>
        <w:jc w:val="center"/>
        <w:pBdr>
          <w:top w:val="dashed" w:sz="8" w:space="1" w:color="AAAAAA"/>
        </w:pBdr>
      </w:pPr>
      <w:r>
        <w:rPr>
          <w:color w:val="999999"/>
          <w:sz w:val="16"/>
        </w:rPr>
        <w:t>— — — — — —  CUT HERE  — — — — — —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440"/>
      </w:tblGrid>
      <w:tr>
        <w:trPr>
          <w:trHeight w:val="6192" w:hRule="atLeast"/>
        </w:trPr>
        <w:tc>
          <w:tcPr>
            <w:tcW w:type="dxa" w:w="10440"/>
            <w:vAlign w:val="top"/>
          </w:tcPr>
          <w:p>
            <w:pPr>
              <w:spacing w:before="40" w:after="40"/>
            </w:pPr>
            <w:r>
              <w:rPr>
                <w:b/>
                <w:i w:val="0"/>
                <w:color w:val="1E3A5F"/>
                <w:sz w:val="17"/>
              </w:rPr>
              <w:t>Honors Chemistry — Unit 1</w:t>
            </w:r>
          </w:p>
          <w:p>
            <w:pPr>
              <w:spacing w:before="20" w:after="20"/>
            </w:pPr>
            <w:r>
              <w:rPr>
                <w:b/>
                <w:i w:val="0"/>
                <w:color w:val="000000"/>
                <w:sz w:val="22"/>
              </w:rPr>
              <w:t>EXIT TICKET — Section 4: Theories &amp; Laws</w:t>
            </w:r>
          </w:p>
          <w:p>
            <w:pPr>
              <w:spacing w:before="20" w:after="40"/>
            </w:pPr>
            <w:r>
              <w:rPr>
                <w:b w:val="0"/>
                <w:i/>
                <w:color w:val="444444"/>
                <w:sz w:val="19"/>
              </w:rPr>
              <w:t>Topic: Describe vs. Explain</w:t>
            </w:r>
          </w:p>
          <w:p>
            <w:pPr>
              <w:spacing w:after="80"/>
            </w:pPr>
            <w:r>
              <w:rPr>
                <w:b w:val="0"/>
                <w:i w:val="0"/>
                <w:color w:val="000000"/>
                <w:sz w:val="18"/>
              </w:rPr>
              <w:t>Name: ______________________________    Date: ________</w:t>
            </w:r>
          </w:p>
          <w:p>
            <w:pPr>
              <w:spacing w:after="20"/>
              <w:ind w:left="360"/>
            </w:pPr>
            <w:r>
              <w:rPr>
                <w:b w:val="0"/>
                <w:i w:val="0"/>
                <w:color w:val="000000"/>
                <w:sz w:val="19"/>
              </w:rPr>
              <w:t>1.  Complete: Laws DESCRIBE ______; theories EXPLAIN ______.</w:t>
            </w:r>
          </w:p>
          <w:p>
            <w:pPr>
              <w:spacing w:after="20"/>
              <w:ind w:left="360"/>
            </w:pPr>
            <w:r>
              <w:rPr>
                <w:b w:val="0"/>
                <w:i w:val="0"/>
                <w:color w:val="000000"/>
                <w:sz w:val="19"/>
              </w:rPr>
              <w:t>2.  Give ONE example of a law and ONE example of a theory from this unit.</w:t>
            </w:r>
          </w:p>
          <w:p>
            <w:pPr>
              <w:spacing w:after="40"/>
            </w:pPr>
            <w:r>
              <w:rPr>
                <w:color w:val="999999"/>
                <w:sz w:val="18"/>
              </w:rPr>
              <w:t>—————————————————————————————————————————</w:t>
            </w:r>
            <w:r>
              <w:rPr>
                <w:sz w:val="18"/>
              </w:rPr>
              <w:br/>
            </w:r>
            <w:r>
              <w:rPr>
                <w:color w:val="999999"/>
                <w:sz w:val="18"/>
              </w:rPr>
              <w:t>—————————————————————————————————————————</w:t>
            </w:r>
            <w:r>
              <w:rPr>
                <w:sz w:val="18"/>
              </w:rPr>
              <w:br/>
            </w:r>
          </w:p>
          <w:p>
            <w:pPr>
              <w:spacing w:after="40"/>
            </w:pPr>
            <w:r>
              <w:rPr>
                <w:color w:val="999999"/>
                <w:sz w:val="18"/>
              </w:rPr>
              <w:t>—————————————————————————————————————————</w:t>
            </w:r>
            <w:r>
              <w:rPr>
                <w:sz w:val="18"/>
              </w:rPr>
              <w:br/>
            </w:r>
            <w:r>
              <w:rPr>
                <w:color w:val="999999"/>
                <w:sz w:val="18"/>
              </w:rPr>
              <w:t>—————————————————————————————————————————</w:t>
            </w:r>
            <w:r>
              <w:rPr>
                <w:sz w:val="18"/>
              </w:rPr>
              <w:br/>
            </w:r>
          </w:p>
        </w:tc>
      </w:tr>
    </w:tbl>
    <w:p>
      <w:r>
        <w:br w:type="page"/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440"/>
      </w:tblGrid>
      <w:tr>
        <w:trPr>
          <w:trHeight w:val="6192" w:hRule="atLeast"/>
        </w:trPr>
        <w:tc>
          <w:tcPr>
            <w:tcW w:type="dxa" w:w="10440"/>
            <w:vAlign w:val="top"/>
          </w:tcPr>
          <w:p>
            <w:pPr>
              <w:spacing w:before="40" w:after="40"/>
            </w:pPr>
            <w:r>
              <w:rPr>
                <w:b/>
                <w:i w:val="0"/>
                <w:color w:val="1E3A5F"/>
                <w:sz w:val="17"/>
              </w:rPr>
              <w:t>Honors Chemistry — Unit 1</w:t>
            </w:r>
          </w:p>
          <w:p>
            <w:pPr>
              <w:spacing w:before="20" w:after="20"/>
            </w:pPr>
            <w:r>
              <w:rPr>
                <w:b/>
                <w:i w:val="0"/>
                <w:color w:val="000000"/>
                <w:sz w:val="22"/>
              </w:rPr>
              <w:t>EXIT TICKET — Section 4: Theories &amp; Laws</w:t>
            </w:r>
          </w:p>
          <w:p>
            <w:pPr>
              <w:spacing w:before="20" w:after="40"/>
            </w:pPr>
            <w:r>
              <w:rPr>
                <w:b w:val="0"/>
                <w:i/>
                <w:color w:val="444444"/>
                <w:sz w:val="19"/>
              </w:rPr>
              <w:t>Topic: The Misconception</w:t>
            </w:r>
          </w:p>
          <w:p>
            <w:pPr>
              <w:spacing w:after="80"/>
            </w:pPr>
            <w:r>
              <w:rPr>
                <w:b w:val="0"/>
                <w:i w:val="0"/>
                <w:color w:val="000000"/>
                <w:sz w:val="18"/>
              </w:rPr>
              <w:t>Name: ______________________________    Date: ________</w:t>
            </w:r>
          </w:p>
          <w:p>
            <w:pPr>
              <w:spacing w:after="20"/>
              <w:ind w:left="360"/>
            </w:pPr>
            <w:r>
              <w:rPr>
                <w:b w:val="0"/>
                <w:i w:val="0"/>
                <w:color w:val="000000"/>
                <w:sz w:val="19"/>
              </w:rPr>
              <w:t>1.  Why can a scientific theory never "become" a scientific law?</w:t>
            </w:r>
          </w:p>
          <w:p>
            <w:pPr>
              <w:spacing w:after="40"/>
            </w:pPr>
            <w:r>
              <w:rPr>
                <w:color w:val="999999"/>
                <w:sz w:val="18"/>
              </w:rPr>
              <w:t>—————————————————————————————————————————</w:t>
            </w:r>
            <w:r>
              <w:rPr>
                <w:sz w:val="18"/>
              </w:rPr>
              <w:br/>
            </w:r>
            <w:r>
              <w:rPr>
                <w:color w:val="999999"/>
                <w:sz w:val="18"/>
              </w:rPr>
              <w:t>—————————————————————————————————————————</w:t>
            </w:r>
            <w:r>
              <w:rPr>
                <w:sz w:val="18"/>
              </w:rPr>
              <w:br/>
            </w:r>
            <w:r>
              <w:rPr>
                <w:color w:val="999999"/>
                <w:sz w:val="18"/>
              </w:rPr>
              <w:t>—————————————————————————————————————————</w:t>
            </w:r>
            <w:r>
              <w:rPr>
                <w:sz w:val="18"/>
              </w:rPr>
              <w:br/>
            </w:r>
          </w:p>
        </w:tc>
      </w:tr>
    </w:tbl>
    <w:p>
      <w:pPr>
        <w:spacing w:before="40" w:after="40"/>
        <w:jc w:val="center"/>
        <w:pBdr>
          <w:top w:val="dashed" w:sz="8" w:space="1" w:color="AAAAAA"/>
        </w:pBdr>
      </w:pPr>
      <w:r>
        <w:rPr>
          <w:color w:val="999999"/>
          <w:sz w:val="16"/>
        </w:rPr>
        <w:t>— — — — — —  CUT HERE  — — — — — —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440"/>
      </w:tblGrid>
      <w:tr>
        <w:trPr>
          <w:trHeight w:val="6192" w:hRule="atLeast"/>
        </w:trPr>
        <w:tc>
          <w:tcPr>
            <w:tcW w:type="dxa" w:w="10440"/>
            <w:vAlign w:val="top"/>
          </w:tcPr>
          <w:p>
            <w:pPr>
              <w:spacing w:before="40" w:after="40"/>
            </w:pPr>
            <w:r>
              <w:rPr>
                <w:b/>
                <w:i w:val="0"/>
                <w:color w:val="1E3A5F"/>
                <w:sz w:val="17"/>
              </w:rPr>
              <w:t>Honors Chemistry — Unit 1</w:t>
            </w:r>
          </w:p>
          <w:p>
            <w:pPr>
              <w:spacing w:before="20" w:after="20"/>
            </w:pPr>
            <w:r>
              <w:rPr>
                <w:b/>
                <w:i w:val="0"/>
                <w:color w:val="000000"/>
                <w:sz w:val="22"/>
              </w:rPr>
              <w:t>EXIT TICKET — Section 4: Theories &amp; Laws</w:t>
            </w:r>
          </w:p>
          <w:p>
            <w:pPr>
              <w:spacing w:before="20" w:after="40"/>
            </w:pPr>
            <w:r>
              <w:rPr>
                <w:b w:val="0"/>
                <w:i/>
                <w:color w:val="444444"/>
                <w:sz w:val="19"/>
              </w:rPr>
              <w:t>Topic: The Misconception</w:t>
            </w:r>
          </w:p>
          <w:p>
            <w:pPr>
              <w:spacing w:after="80"/>
            </w:pPr>
            <w:r>
              <w:rPr>
                <w:b w:val="0"/>
                <w:i w:val="0"/>
                <w:color w:val="000000"/>
                <w:sz w:val="18"/>
              </w:rPr>
              <w:t>Name: ______________________________    Date: ________</w:t>
            </w:r>
          </w:p>
          <w:p>
            <w:pPr>
              <w:spacing w:after="20"/>
              <w:ind w:left="360"/>
            </w:pPr>
            <w:r>
              <w:rPr>
                <w:b w:val="0"/>
                <w:i w:val="0"/>
                <w:color w:val="000000"/>
                <w:sz w:val="19"/>
              </w:rPr>
              <w:t>1.  Why can a scientific theory never "become" a scientific law?</w:t>
            </w:r>
          </w:p>
          <w:p>
            <w:pPr>
              <w:spacing w:after="40"/>
            </w:pPr>
            <w:r>
              <w:rPr>
                <w:color w:val="999999"/>
                <w:sz w:val="18"/>
              </w:rPr>
              <w:t>—————————————————————————————————————————</w:t>
            </w:r>
            <w:r>
              <w:rPr>
                <w:sz w:val="18"/>
              </w:rPr>
              <w:br/>
            </w:r>
            <w:r>
              <w:rPr>
                <w:color w:val="999999"/>
                <w:sz w:val="18"/>
              </w:rPr>
              <w:t>—————————————————————————————————————————</w:t>
            </w:r>
            <w:r>
              <w:rPr>
                <w:sz w:val="18"/>
              </w:rPr>
              <w:br/>
            </w:r>
            <w:r>
              <w:rPr>
                <w:color w:val="999999"/>
                <w:sz w:val="18"/>
              </w:rPr>
              <w:t>—————————————————————————————————————————</w:t>
            </w:r>
            <w:r>
              <w:rPr>
                <w:sz w:val="18"/>
              </w:rPr>
              <w:br/>
            </w:r>
          </w:p>
        </w:tc>
      </w:tr>
    </w:tbl>
    <w:p>
      <w:r>
        <w:br w:type="page"/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440"/>
      </w:tblGrid>
      <w:tr>
        <w:trPr>
          <w:trHeight w:val="6192" w:hRule="atLeast"/>
        </w:trPr>
        <w:tc>
          <w:tcPr>
            <w:tcW w:type="dxa" w:w="10440"/>
            <w:vAlign w:val="top"/>
          </w:tcPr>
          <w:p>
            <w:pPr>
              <w:spacing w:before="40" w:after="40"/>
            </w:pPr>
            <w:r>
              <w:rPr>
                <w:b/>
                <w:i w:val="0"/>
                <w:color w:val="1E3A5F"/>
                <w:sz w:val="17"/>
              </w:rPr>
              <w:t>Honors Chemistry — Unit 1</w:t>
            </w:r>
          </w:p>
          <w:p>
            <w:pPr>
              <w:spacing w:before="20" w:after="20"/>
            </w:pPr>
            <w:r>
              <w:rPr>
                <w:b/>
                <w:i w:val="0"/>
                <w:color w:val="000000"/>
                <w:sz w:val="22"/>
              </w:rPr>
              <w:t>EXIT TICKET — Section 4: Theories &amp; Laws</w:t>
            </w:r>
          </w:p>
          <w:p>
            <w:pPr>
              <w:spacing w:before="20" w:after="40"/>
            </w:pPr>
            <w:r>
              <w:rPr>
                <w:b w:val="0"/>
                <w:i/>
                <w:color w:val="444444"/>
                <w:sz w:val="19"/>
              </w:rPr>
              <w:t>Topic: Conservation of Mass</w:t>
            </w:r>
          </w:p>
          <w:p>
            <w:pPr>
              <w:spacing w:after="80"/>
            </w:pPr>
            <w:r>
              <w:rPr>
                <w:b w:val="0"/>
                <w:i w:val="0"/>
                <w:color w:val="000000"/>
                <w:sz w:val="18"/>
              </w:rPr>
              <w:t>Name: ______________________________    Date: ________</w:t>
            </w:r>
          </w:p>
          <w:p>
            <w:pPr>
              <w:spacing w:after="20"/>
              <w:ind w:left="360"/>
            </w:pPr>
            <w:r>
              <w:rPr>
                <w:b w:val="0"/>
                <w:i w:val="0"/>
                <w:color w:val="000000"/>
                <w:sz w:val="19"/>
              </w:rPr>
              <w:t>1.  What relationship does the Law of Conservation of Mass describe? Give one example from this unit.</w:t>
            </w:r>
          </w:p>
          <w:p>
            <w:pPr>
              <w:spacing w:after="40"/>
            </w:pPr>
            <w:r>
              <w:rPr>
                <w:color w:val="999999"/>
                <w:sz w:val="18"/>
              </w:rPr>
              <w:t>—————————————————————————————————————————</w:t>
            </w:r>
            <w:r>
              <w:rPr>
                <w:sz w:val="18"/>
              </w:rPr>
              <w:br/>
            </w:r>
            <w:r>
              <w:rPr>
                <w:color w:val="999999"/>
                <w:sz w:val="18"/>
              </w:rPr>
              <w:t>—————————————————————————————————————————</w:t>
            </w:r>
            <w:r>
              <w:rPr>
                <w:sz w:val="18"/>
              </w:rPr>
              <w:br/>
            </w:r>
            <w:r>
              <w:rPr>
                <w:color w:val="999999"/>
                <w:sz w:val="18"/>
              </w:rPr>
              <w:t>—————————————————————————————————————————</w:t>
            </w:r>
            <w:r>
              <w:rPr>
                <w:sz w:val="18"/>
              </w:rPr>
              <w:br/>
            </w:r>
          </w:p>
        </w:tc>
      </w:tr>
    </w:tbl>
    <w:p>
      <w:pPr>
        <w:spacing w:before="40" w:after="40"/>
        <w:jc w:val="center"/>
        <w:pBdr>
          <w:top w:val="dashed" w:sz="8" w:space="1" w:color="AAAAAA"/>
        </w:pBdr>
      </w:pPr>
      <w:r>
        <w:rPr>
          <w:color w:val="999999"/>
          <w:sz w:val="16"/>
        </w:rPr>
        <w:t>— — — — — —  CUT HERE  — — — — — —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440"/>
      </w:tblGrid>
      <w:tr>
        <w:trPr>
          <w:trHeight w:val="6192" w:hRule="atLeast"/>
        </w:trPr>
        <w:tc>
          <w:tcPr>
            <w:tcW w:type="dxa" w:w="10440"/>
            <w:vAlign w:val="top"/>
          </w:tcPr>
          <w:p>
            <w:pPr>
              <w:spacing w:before="40" w:after="40"/>
            </w:pPr>
            <w:r>
              <w:rPr>
                <w:b/>
                <w:i w:val="0"/>
                <w:color w:val="1E3A5F"/>
                <w:sz w:val="17"/>
              </w:rPr>
              <w:t>Honors Chemistry — Unit 1</w:t>
            </w:r>
          </w:p>
          <w:p>
            <w:pPr>
              <w:spacing w:before="20" w:after="20"/>
            </w:pPr>
            <w:r>
              <w:rPr>
                <w:b/>
                <w:i w:val="0"/>
                <w:color w:val="000000"/>
                <w:sz w:val="22"/>
              </w:rPr>
              <w:t>EXIT TICKET — Section 4: Theories &amp; Laws</w:t>
            </w:r>
          </w:p>
          <w:p>
            <w:pPr>
              <w:spacing w:before="20" w:after="40"/>
            </w:pPr>
            <w:r>
              <w:rPr>
                <w:b w:val="0"/>
                <w:i/>
                <w:color w:val="444444"/>
                <w:sz w:val="19"/>
              </w:rPr>
              <w:t>Topic: Conservation of Mass</w:t>
            </w:r>
          </w:p>
          <w:p>
            <w:pPr>
              <w:spacing w:after="80"/>
            </w:pPr>
            <w:r>
              <w:rPr>
                <w:b w:val="0"/>
                <w:i w:val="0"/>
                <w:color w:val="000000"/>
                <w:sz w:val="18"/>
              </w:rPr>
              <w:t>Name: ______________________________    Date: ________</w:t>
            </w:r>
          </w:p>
          <w:p>
            <w:pPr>
              <w:spacing w:after="20"/>
              <w:ind w:left="360"/>
            </w:pPr>
            <w:r>
              <w:rPr>
                <w:b w:val="0"/>
                <w:i w:val="0"/>
                <w:color w:val="000000"/>
                <w:sz w:val="19"/>
              </w:rPr>
              <w:t>1.  What relationship does the Law of Conservation of Mass describe? Give one example from this unit.</w:t>
            </w:r>
          </w:p>
          <w:p>
            <w:pPr>
              <w:spacing w:after="40"/>
            </w:pPr>
            <w:r>
              <w:rPr>
                <w:color w:val="999999"/>
                <w:sz w:val="18"/>
              </w:rPr>
              <w:t>—————————————————————————————————————————</w:t>
            </w:r>
            <w:r>
              <w:rPr>
                <w:sz w:val="18"/>
              </w:rPr>
              <w:br/>
            </w:r>
            <w:r>
              <w:rPr>
                <w:color w:val="999999"/>
                <w:sz w:val="18"/>
              </w:rPr>
              <w:t>—————————————————————————————————————————</w:t>
            </w:r>
            <w:r>
              <w:rPr>
                <w:sz w:val="18"/>
              </w:rPr>
              <w:br/>
            </w:r>
            <w:r>
              <w:rPr>
                <w:color w:val="999999"/>
                <w:sz w:val="18"/>
              </w:rPr>
              <w:t>—————————————————————————————————————————</w:t>
            </w:r>
            <w:r>
              <w:rPr>
                <w:sz w:val="18"/>
              </w:rPr>
              <w:br/>
            </w:r>
          </w:p>
        </w:tc>
      </w:tr>
    </w:tbl>
    <w:sectPr w:rsidR="00FC693F" w:rsidRPr="0006063C" w:rsidSect="00034616">
      <w:pgSz w:w="12240" w:h="15840"/>
      <w:pgMar w:top="900" w:right="900" w:bottom="900" w:left="9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