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34D27" w14:textId="70D70C7D" w:rsidR="00347847" w:rsidRDefault="00000000">
      <w:pPr>
        <w:spacing w:after="40"/>
      </w:pPr>
      <w:r>
        <w:rPr>
          <w:b/>
          <w:color w:val="1E3A5F"/>
          <w:sz w:val="19"/>
        </w:rPr>
        <w:t xml:space="preserve">Honors </w:t>
      </w:r>
      <w:r w:rsidR="003C7C6F">
        <w:rPr>
          <w:b/>
          <w:color w:val="1E3A5F"/>
          <w:sz w:val="19"/>
        </w:rPr>
        <w:t>Chemistry</w:t>
      </w:r>
      <w:r>
        <w:rPr>
          <w:b/>
          <w:color w:val="1E3A5F"/>
          <w:sz w:val="19"/>
        </w:rPr>
        <w:t xml:space="preserve">— Unit </w:t>
      </w:r>
      <w:r w:rsidR="003C7C6F">
        <w:rPr>
          <w:b/>
          <w:color w:val="1E3A5F"/>
          <w:sz w:val="19"/>
        </w:rPr>
        <w:t>2</w:t>
      </w:r>
      <w:r>
        <w:rPr>
          <w:b/>
          <w:color w:val="1E3A5F"/>
          <w:sz w:val="19"/>
        </w:rPr>
        <w:t xml:space="preserve">: </w:t>
      </w:r>
      <w:r w:rsidR="003C7C6F">
        <w:rPr>
          <w:b/>
          <w:color w:val="1E3A5F"/>
          <w:sz w:val="19"/>
        </w:rPr>
        <w:t>Measurement</w:t>
      </w:r>
    </w:p>
    <w:p w14:paraId="1C538E03" w14:textId="2469480E" w:rsidR="00347847" w:rsidRDefault="00000000">
      <w:pPr>
        <w:spacing w:after="40"/>
      </w:pPr>
      <w:r>
        <w:rPr>
          <w:b/>
          <w:color w:val="000000"/>
          <w:sz w:val="28"/>
        </w:rPr>
        <w:t xml:space="preserve">BELLRINGERS — SECTION </w:t>
      </w:r>
      <w:r w:rsidR="003C7C6F">
        <w:rPr>
          <w:b/>
          <w:color w:val="000000"/>
          <w:sz w:val="28"/>
        </w:rPr>
        <w:t>1</w:t>
      </w:r>
      <w:r>
        <w:rPr>
          <w:b/>
          <w:color w:val="000000"/>
          <w:sz w:val="28"/>
        </w:rPr>
        <w:t>: Measurement</w:t>
      </w:r>
    </w:p>
    <w:p w14:paraId="4C7BCF72" w14:textId="77777777" w:rsidR="00347847" w:rsidRDefault="00000000">
      <w:pPr>
        <w:spacing w:after="80"/>
      </w:pPr>
      <w:r>
        <w:rPr>
          <w:color w:val="444444"/>
          <w:sz w:val="17"/>
        </w:rPr>
        <w:t xml:space="preserve">Standards: </w:t>
      </w:r>
      <w:proofErr w:type="gramStart"/>
      <w:r>
        <w:rPr>
          <w:color w:val="444444"/>
          <w:sz w:val="17"/>
        </w:rPr>
        <w:t>MAFS.912.N</w:t>
      </w:r>
      <w:proofErr w:type="gramEnd"/>
      <w:r>
        <w:rPr>
          <w:color w:val="444444"/>
          <w:sz w:val="17"/>
        </w:rPr>
        <w:t>-Q.1.</w:t>
      </w:r>
      <w:proofErr w:type="gramStart"/>
      <w:r>
        <w:rPr>
          <w:color w:val="444444"/>
          <w:sz w:val="17"/>
        </w:rPr>
        <w:t>1  |</w:t>
      </w:r>
      <w:proofErr w:type="gramEnd"/>
      <w:r>
        <w:rPr>
          <w:color w:val="444444"/>
          <w:sz w:val="17"/>
        </w:rPr>
        <w:t xml:space="preserve">  </w:t>
      </w:r>
      <w:proofErr w:type="gramStart"/>
      <w:r>
        <w:rPr>
          <w:color w:val="444444"/>
          <w:sz w:val="17"/>
        </w:rPr>
        <w:t>MAFS.912.N</w:t>
      </w:r>
      <w:proofErr w:type="gramEnd"/>
      <w:r>
        <w:rPr>
          <w:color w:val="444444"/>
          <w:sz w:val="17"/>
        </w:rPr>
        <w:t>-Q.1.</w:t>
      </w:r>
      <w:proofErr w:type="gramStart"/>
      <w:r>
        <w:rPr>
          <w:color w:val="444444"/>
          <w:sz w:val="17"/>
        </w:rPr>
        <w:t>3  |</w:t>
      </w:r>
      <w:proofErr w:type="gramEnd"/>
      <w:r>
        <w:rPr>
          <w:color w:val="444444"/>
          <w:sz w:val="17"/>
        </w:rPr>
        <w:t xml:space="preserve">  SC.</w:t>
      </w:r>
      <w:proofErr w:type="gramStart"/>
      <w:r>
        <w:rPr>
          <w:color w:val="444444"/>
          <w:sz w:val="17"/>
        </w:rPr>
        <w:t>912.P.</w:t>
      </w:r>
      <w:proofErr w:type="gramEnd"/>
      <w:r>
        <w:rPr>
          <w:color w:val="444444"/>
          <w:sz w:val="17"/>
        </w:rPr>
        <w:t>12.</w:t>
      </w:r>
      <w:proofErr w:type="gramStart"/>
      <w:r>
        <w:rPr>
          <w:color w:val="444444"/>
          <w:sz w:val="17"/>
        </w:rPr>
        <w:t>1  |</w:t>
      </w:r>
      <w:proofErr w:type="gramEnd"/>
      <w:r>
        <w:rPr>
          <w:color w:val="444444"/>
          <w:sz w:val="17"/>
        </w:rPr>
        <w:t xml:space="preserve">  SC.</w:t>
      </w:r>
      <w:proofErr w:type="gramStart"/>
      <w:r>
        <w:rPr>
          <w:color w:val="444444"/>
          <w:sz w:val="17"/>
        </w:rPr>
        <w:t>912.P.</w:t>
      </w:r>
      <w:proofErr w:type="gramEnd"/>
      <w:r>
        <w:rPr>
          <w:color w:val="444444"/>
          <w:sz w:val="17"/>
        </w:rPr>
        <w:t>12.2</w:t>
      </w:r>
    </w:p>
    <w:p w14:paraId="44D237C2" w14:textId="7E72F2CE" w:rsidR="00347847" w:rsidRDefault="00000000">
      <w:pPr>
        <w:spacing w:after="120"/>
        <w:rPr>
          <w:color w:val="000000"/>
          <w:sz w:val="19"/>
        </w:rPr>
      </w:pPr>
      <w:r>
        <w:rPr>
          <w:color w:val="000000"/>
          <w:sz w:val="19"/>
        </w:rPr>
        <w:t>Week of: ___________</w:t>
      </w:r>
      <w:r w:rsidR="003A5973">
        <w:rPr>
          <w:color w:val="000000"/>
          <w:sz w:val="19"/>
        </w:rPr>
        <w:t>____</w:t>
      </w:r>
      <w:r>
        <w:rPr>
          <w:color w:val="000000"/>
          <w:sz w:val="19"/>
        </w:rPr>
        <w:t>___________    Name: _____________</w:t>
      </w:r>
      <w:r w:rsidR="003C7C6F">
        <w:rPr>
          <w:color w:val="000000"/>
          <w:sz w:val="19"/>
        </w:rPr>
        <w:t>______________________</w:t>
      </w:r>
      <w:r>
        <w:rPr>
          <w:color w:val="000000"/>
          <w:sz w:val="19"/>
        </w:rPr>
        <w:t>_________________    Period: ____</w:t>
      </w:r>
      <w:r w:rsidR="003C7C6F">
        <w:rPr>
          <w:color w:val="000000"/>
          <w:sz w:val="19"/>
        </w:rPr>
        <w:t>___</w:t>
      </w:r>
    </w:p>
    <w:p w14:paraId="45A9E3E5" w14:textId="7747E1AE" w:rsidR="003C7C6F" w:rsidRDefault="003C7C6F" w:rsidP="003C7C6F">
      <w:pPr>
        <w:spacing w:before="120" w:after="0"/>
      </w:pPr>
      <w:r>
        <w:rPr>
          <w:i/>
          <w:color w:val="444444"/>
          <w:sz w:val="18"/>
        </w:rPr>
        <w:t>Answer each day’s bellringer in its box. Turn this sheet in at the end of the week.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2"/>
        <w:gridCol w:w="4565"/>
        <w:gridCol w:w="4373"/>
      </w:tblGrid>
      <w:tr w:rsidR="003C7C6F" w14:paraId="532B9910" w14:textId="500B0206" w:rsidTr="003C7C6F">
        <w:trPr>
          <w:trHeight w:val="2232"/>
        </w:trPr>
        <w:tc>
          <w:tcPr>
            <w:tcW w:w="1492" w:type="dxa"/>
          </w:tcPr>
          <w:p w14:paraId="4FB1E42B" w14:textId="77777777" w:rsidR="003C7C6F" w:rsidRDefault="003C7C6F">
            <w:pPr>
              <w:spacing w:before="40" w:after="40"/>
            </w:pPr>
            <w:r>
              <w:rPr>
                <w:b/>
                <w:color w:val="1E3A5F"/>
                <w:sz w:val="20"/>
              </w:rPr>
              <w:t>Day 1</w:t>
            </w:r>
          </w:p>
        </w:tc>
        <w:tc>
          <w:tcPr>
            <w:tcW w:w="4565" w:type="dxa"/>
          </w:tcPr>
          <w:p w14:paraId="2CD2EA10" w14:textId="62477CBB" w:rsidR="003C7C6F" w:rsidRDefault="003A5973">
            <w:pPr>
              <w:spacing w:before="40" w:after="40"/>
            </w:pPr>
            <w:r>
              <w:t xml:space="preserve">How many atoms are in 1.87 moles of titanium? Compare your answer with the person sitting next to you. </w:t>
            </w:r>
          </w:p>
          <w:p w14:paraId="768B2587" w14:textId="1B1463AD" w:rsidR="003C7C6F" w:rsidRPr="003C7C6F" w:rsidRDefault="003C7C6F" w:rsidP="003C7C6F">
            <w:pPr>
              <w:spacing w:before="40" w:after="40"/>
              <w:jc w:val="center"/>
            </w:pPr>
          </w:p>
        </w:tc>
        <w:tc>
          <w:tcPr>
            <w:tcW w:w="4373" w:type="dxa"/>
          </w:tcPr>
          <w:p w14:paraId="7F19E05C" w14:textId="77777777" w:rsidR="003C7C6F" w:rsidRDefault="003C7C6F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756F1077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290426E7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21DE3DA1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1FEF18ED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255C33E4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694B5763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47459399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489C8216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60A0F45A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1FE252EE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51596EB4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</w:tc>
      </w:tr>
      <w:tr w:rsidR="003C7C6F" w14:paraId="227C06D1" w14:textId="6EF8D704" w:rsidTr="003C7C6F">
        <w:trPr>
          <w:trHeight w:val="2232"/>
        </w:trPr>
        <w:tc>
          <w:tcPr>
            <w:tcW w:w="1492" w:type="dxa"/>
          </w:tcPr>
          <w:p w14:paraId="4A9BDFBE" w14:textId="77777777" w:rsidR="003C7C6F" w:rsidRDefault="003C7C6F">
            <w:pPr>
              <w:spacing w:before="40" w:after="40"/>
            </w:pPr>
            <w:r>
              <w:rPr>
                <w:b/>
                <w:color w:val="1E3A5F"/>
                <w:sz w:val="20"/>
              </w:rPr>
              <w:t>Day 2</w:t>
            </w:r>
          </w:p>
        </w:tc>
        <w:tc>
          <w:tcPr>
            <w:tcW w:w="4565" w:type="dxa"/>
          </w:tcPr>
          <w:p w14:paraId="58E34933" w14:textId="5D910F59" w:rsidR="003C7C6F" w:rsidRPr="003C7C6F" w:rsidRDefault="003C7C6F">
            <w:pPr>
              <w:spacing w:before="40" w:after="40"/>
            </w:pPr>
            <w:r w:rsidRPr="003C7C6F">
              <w:rPr>
                <w:color w:val="000000"/>
              </w:rPr>
              <w:t>Convert with units</w:t>
            </w:r>
            <w:proofErr w:type="gramStart"/>
            <w:r w:rsidRPr="003C7C6F">
              <w:rPr>
                <w:color w:val="000000"/>
              </w:rPr>
              <w:t>:  (</w:t>
            </w:r>
            <w:proofErr w:type="gramEnd"/>
            <w:r w:rsidRPr="003C7C6F">
              <w:rPr>
                <w:color w:val="000000"/>
              </w:rPr>
              <w:t>a) the density of an obj</w:t>
            </w:r>
            <w:r w:rsidR="003A5973">
              <w:rPr>
                <w:color w:val="000000"/>
              </w:rPr>
              <w:t>ect 8</w:t>
            </w:r>
            <w:r w:rsidRPr="003C7C6F">
              <w:rPr>
                <w:color w:val="000000"/>
              </w:rPr>
              <w:t>.</w:t>
            </w:r>
            <w:r w:rsidR="003A5973">
              <w:rPr>
                <w:color w:val="000000"/>
              </w:rPr>
              <w:t>72</w:t>
            </w:r>
            <w:r w:rsidRPr="003C7C6F">
              <w:rPr>
                <w:color w:val="000000"/>
              </w:rPr>
              <w:t xml:space="preserve"> g/</w:t>
            </w:r>
            <w:r w:rsidR="003A5973">
              <w:rPr>
                <w:color w:val="000000"/>
              </w:rPr>
              <w:t>cm</w:t>
            </w:r>
            <w:r w:rsidR="003A5973">
              <w:rPr>
                <w:color w:val="000000"/>
                <w:vertAlign w:val="superscript"/>
              </w:rPr>
              <w:t>3</w:t>
            </w:r>
            <w:r w:rsidRPr="003C7C6F">
              <w:rPr>
                <w:color w:val="000000"/>
              </w:rPr>
              <w:t xml:space="preserve"> → </w:t>
            </w:r>
            <w:r w:rsidR="003A5973">
              <w:rPr>
                <w:color w:val="000000"/>
              </w:rPr>
              <w:t>m</w:t>
            </w:r>
            <w:r w:rsidRPr="003C7C6F">
              <w:rPr>
                <w:color w:val="000000"/>
              </w:rPr>
              <w:t>g/</w:t>
            </w:r>
            <w:proofErr w:type="gramStart"/>
            <w:r w:rsidRPr="003C7C6F">
              <w:rPr>
                <w:color w:val="000000"/>
              </w:rPr>
              <w:t>L  (</w:t>
            </w:r>
            <w:proofErr w:type="gramEnd"/>
            <w:r w:rsidRPr="003C7C6F">
              <w:rPr>
                <w:color w:val="000000"/>
              </w:rPr>
              <w:t xml:space="preserve">b) </w:t>
            </w:r>
            <w:r w:rsidR="003A5973">
              <w:rPr>
                <w:color w:val="000000"/>
              </w:rPr>
              <w:t>UV</w:t>
            </w:r>
            <w:r w:rsidRPr="003C7C6F">
              <w:rPr>
                <w:color w:val="000000"/>
              </w:rPr>
              <w:t xml:space="preserve"> light, </w:t>
            </w:r>
            <w:r w:rsidR="003A5973">
              <w:rPr>
                <w:color w:val="000000"/>
              </w:rPr>
              <w:t>2</w:t>
            </w:r>
            <w:r w:rsidRPr="003C7C6F">
              <w:rPr>
                <w:color w:val="000000"/>
              </w:rPr>
              <w:t>.</w:t>
            </w:r>
            <w:r w:rsidR="003A5973">
              <w:rPr>
                <w:color w:val="000000"/>
              </w:rPr>
              <w:t>7</w:t>
            </w:r>
            <w:r w:rsidRPr="003C7C6F">
              <w:rPr>
                <w:color w:val="000000"/>
              </w:rPr>
              <w:t>5 × 10⁻</w:t>
            </w:r>
            <w:r w:rsidR="003A5973">
              <w:rPr>
                <w:color w:val="000000"/>
              </w:rPr>
              <w:t>9</w:t>
            </w:r>
            <w:r w:rsidRPr="003C7C6F">
              <w:rPr>
                <w:color w:val="000000"/>
              </w:rPr>
              <w:t xml:space="preserve"> m → </w:t>
            </w:r>
            <w:proofErr w:type="gramStart"/>
            <w:r w:rsidRPr="003C7C6F">
              <w:rPr>
                <w:color w:val="000000"/>
              </w:rPr>
              <w:t>nm  (</w:t>
            </w:r>
            <w:proofErr w:type="gramEnd"/>
            <w:r w:rsidRPr="003C7C6F">
              <w:rPr>
                <w:color w:val="000000"/>
              </w:rPr>
              <w:t xml:space="preserve">c) 2.5 </w:t>
            </w:r>
            <w:r w:rsidR="003A5973">
              <w:rPr>
                <w:color w:val="000000"/>
              </w:rPr>
              <w:t>µ</w:t>
            </w:r>
            <w:r w:rsidRPr="003C7C6F">
              <w:rPr>
                <w:color w:val="000000"/>
              </w:rPr>
              <w:t>m → cm.</w:t>
            </w:r>
          </w:p>
        </w:tc>
        <w:tc>
          <w:tcPr>
            <w:tcW w:w="4373" w:type="dxa"/>
          </w:tcPr>
          <w:p w14:paraId="6A576F95" w14:textId="77777777" w:rsidR="003C7C6F" w:rsidRDefault="003C7C6F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1139E27A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71484A44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69F22218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365D20A6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6126CEDA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605586BA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48071B12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31AA574A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27B0E9B2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6FED6C55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5B5D964F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</w:tc>
      </w:tr>
      <w:tr w:rsidR="003C7C6F" w14:paraId="2B6B25C4" w14:textId="305C373B" w:rsidTr="003C7C6F">
        <w:trPr>
          <w:trHeight w:val="2232"/>
        </w:trPr>
        <w:tc>
          <w:tcPr>
            <w:tcW w:w="1492" w:type="dxa"/>
          </w:tcPr>
          <w:p w14:paraId="0B1E38E0" w14:textId="77777777" w:rsidR="003C7C6F" w:rsidRDefault="003C7C6F">
            <w:pPr>
              <w:spacing w:before="40" w:after="40"/>
            </w:pPr>
            <w:r>
              <w:rPr>
                <w:b/>
                <w:color w:val="1E3A5F"/>
                <w:sz w:val="20"/>
              </w:rPr>
              <w:t>Day 3</w:t>
            </w:r>
          </w:p>
        </w:tc>
        <w:tc>
          <w:tcPr>
            <w:tcW w:w="4565" w:type="dxa"/>
          </w:tcPr>
          <w:p w14:paraId="21789EA7" w14:textId="1EE68EEB" w:rsidR="003C7C6F" w:rsidRPr="003C7C6F" w:rsidRDefault="003C7C6F">
            <w:pPr>
              <w:spacing w:before="40" w:after="40"/>
            </w:pPr>
            <w:r w:rsidRPr="003C7C6F">
              <w:rPr>
                <w:color w:val="000000"/>
              </w:rPr>
              <w:t xml:space="preserve">How many significant figures are in each number?  (a) </w:t>
            </w:r>
            <w:r w:rsidR="003A5973">
              <w:rPr>
                <w:color w:val="000000"/>
              </w:rPr>
              <w:t>0.00370</w:t>
            </w:r>
            <w:r w:rsidRPr="003C7C6F">
              <w:rPr>
                <w:color w:val="000000"/>
              </w:rPr>
              <w:t xml:space="preserve"> </w:t>
            </w:r>
            <w:proofErr w:type="gramStart"/>
            <w:r w:rsidRPr="003C7C6F">
              <w:rPr>
                <w:color w:val="000000"/>
              </w:rPr>
              <w:t>mL  (</w:t>
            </w:r>
            <w:proofErr w:type="gramEnd"/>
            <w:r w:rsidRPr="003C7C6F">
              <w:rPr>
                <w:color w:val="000000"/>
              </w:rPr>
              <w:t xml:space="preserve">b) </w:t>
            </w:r>
            <w:r w:rsidR="003A5973">
              <w:rPr>
                <w:color w:val="000000"/>
              </w:rPr>
              <w:t>210.0</w:t>
            </w:r>
            <w:r w:rsidRPr="003C7C6F">
              <w:rPr>
                <w:color w:val="000000"/>
              </w:rPr>
              <w:t xml:space="preserve"> s  </w:t>
            </w:r>
            <w:r w:rsidR="003A5973">
              <w:rPr>
                <w:color w:val="000000"/>
              </w:rPr>
              <w:t xml:space="preserve">         </w:t>
            </w:r>
            <w:proofErr w:type="gramStart"/>
            <w:r w:rsidR="003A5973">
              <w:rPr>
                <w:color w:val="000000"/>
              </w:rPr>
              <w:t xml:space="preserve">   </w:t>
            </w:r>
            <w:r w:rsidRPr="003C7C6F">
              <w:rPr>
                <w:color w:val="000000"/>
              </w:rPr>
              <w:t>(</w:t>
            </w:r>
            <w:proofErr w:type="gramEnd"/>
            <w:r w:rsidRPr="003C7C6F">
              <w:rPr>
                <w:color w:val="000000"/>
              </w:rPr>
              <w:t xml:space="preserve">c) </w:t>
            </w:r>
            <w:r w:rsidR="003A5973">
              <w:rPr>
                <w:color w:val="000000"/>
              </w:rPr>
              <w:t>7</w:t>
            </w:r>
            <w:r w:rsidRPr="003C7C6F">
              <w:rPr>
                <w:color w:val="000000"/>
              </w:rPr>
              <w:t>.</w:t>
            </w:r>
            <w:r w:rsidR="003A5973">
              <w:rPr>
                <w:color w:val="000000"/>
              </w:rPr>
              <w:t>540</w:t>
            </w:r>
            <w:r w:rsidRPr="003C7C6F">
              <w:rPr>
                <w:color w:val="000000"/>
              </w:rPr>
              <w:t xml:space="preserve"> × 10</w:t>
            </w:r>
            <w:r w:rsidR="003A5973" w:rsidRPr="003A5973">
              <w:rPr>
                <w:color w:val="000000"/>
                <w:vertAlign w:val="superscript"/>
              </w:rPr>
              <w:t>7</w:t>
            </w:r>
            <w:r w:rsidRPr="003C7C6F">
              <w:rPr>
                <w:color w:val="000000"/>
              </w:rPr>
              <w:t xml:space="preserve"> kPa. </w:t>
            </w:r>
          </w:p>
        </w:tc>
        <w:tc>
          <w:tcPr>
            <w:tcW w:w="4373" w:type="dxa"/>
          </w:tcPr>
          <w:p w14:paraId="2CB25C75" w14:textId="77777777" w:rsidR="003C7C6F" w:rsidRDefault="003C7C6F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5FCB8CFA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699351DC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62C77CE9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6C78CE4F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2FF18B5A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09E9B860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181B7286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13536F58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617E8727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  <w:p w14:paraId="5CBFA6CD" w14:textId="77777777" w:rsidR="003A5973" w:rsidRDefault="003A5973">
            <w:pPr>
              <w:spacing w:before="40" w:after="40"/>
              <w:rPr>
                <w:b/>
                <w:color w:val="000000"/>
                <w:sz w:val="20"/>
              </w:rPr>
            </w:pPr>
          </w:p>
        </w:tc>
      </w:tr>
    </w:tbl>
    <w:p w14:paraId="75BCE4AC" w14:textId="3C8220DE" w:rsidR="00347847" w:rsidRDefault="00347847" w:rsidP="003C7C6F">
      <w:pPr>
        <w:spacing w:before="120" w:after="0"/>
      </w:pPr>
    </w:p>
    <w:sectPr w:rsidR="00347847" w:rsidSect="003C7C6F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9037173">
    <w:abstractNumId w:val="8"/>
  </w:num>
  <w:num w:numId="2" w16cid:durableId="1759332055">
    <w:abstractNumId w:val="6"/>
  </w:num>
  <w:num w:numId="3" w16cid:durableId="1112284999">
    <w:abstractNumId w:val="5"/>
  </w:num>
  <w:num w:numId="4" w16cid:durableId="1703481194">
    <w:abstractNumId w:val="4"/>
  </w:num>
  <w:num w:numId="5" w16cid:durableId="139080851">
    <w:abstractNumId w:val="7"/>
  </w:num>
  <w:num w:numId="6" w16cid:durableId="13844572">
    <w:abstractNumId w:val="3"/>
  </w:num>
  <w:num w:numId="7" w16cid:durableId="1101530959">
    <w:abstractNumId w:val="2"/>
  </w:num>
  <w:num w:numId="8" w16cid:durableId="773980604">
    <w:abstractNumId w:val="1"/>
  </w:num>
  <w:num w:numId="9" w16cid:durableId="1506167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F3A"/>
    <w:rsid w:val="0010156C"/>
    <w:rsid w:val="0015074B"/>
    <w:rsid w:val="00150D80"/>
    <w:rsid w:val="0029639D"/>
    <w:rsid w:val="00326F90"/>
    <w:rsid w:val="00347847"/>
    <w:rsid w:val="003A5973"/>
    <w:rsid w:val="003C7C6F"/>
    <w:rsid w:val="00482DA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874E47"/>
  <w14:defaultImageDpi w14:val="300"/>
  <w15:docId w15:val="{4AC6806F-5AD5-4675-9FD5-49F1E316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3</cp:revision>
  <dcterms:created xsi:type="dcterms:W3CDTF">2026-09-02T14:08:00Z</dcterms:created>
  <dcterms:modified xsi:type="dcterms:W3CDTF">2026-09-02T14:16:00Z</dcterms:modified>
  <cp:category/>
</cp:coreProperties>
</file>