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B5AE" w14:textId="77777777" w:rsidR="00FD3494" w:rsidRDefault="007F6891">
      <w:pPr>
        <w:spacing w:after="40"/>
      </w:pPr>
      <w:r>
        <w:rPr>
          <w:b/>
          <w:sz w:val="26"/>
        </w:rPr>
        <w:t>Data Set — The Mixed-Units Mess</w:t>
      </w:r>
    </w:p>
    <w:p w14:paraId="4BBDAF19" w14:textId="77777777" w:rsidR="00FD3494" w:rsidRDefault="007F6891">
      <w:pPr>
        <w:spacing w:after="120"/>
      </w:pPr>
      <w:proofErr w:type="gramStart"/>
      <w:r w:rsidRPr="001D50A7">
        <w:rPr>
          <w:b/>
          <w:bCs/>
          <w:sz w:val="20"/>
        </w:rPr>
        <w:t>For  MUST</w:t>
      </w:r>
      <w:proofErr w:type="gramEnd"/>
      <w:r w:rsidRPr="001D50A7">
        <w:rPr>
          <w:b/>
          <w:bCs/>
          <w:sz w:val="20"/>
        </w:rPr>
        <w:t xml:space="preserve"> DO Option B</w:t>
      </w:r>
      <w:r>
        <w:rPr>
          <w:sz w:val="20"/>
        </w:rPr>
        <w:t xml:space="preserve"> — Mixed-Units Data </w:t>
      </w:r>
      <w:proofErr w:type="gramStart"/>
      <w:r>
        <w:rPr>
          <w:sz w:val="20"/>
        </w:rPr>
        <w:t>Conversation  |</w:t>
      </w:r>
      <w:proofErr w:type="gramEnd"/>
      <w:r>
        <w:rPr>
          <w:sz w:val="20"/>
        </w:rPr>
        <w:t xml:space="preserve">  Area 2: Metric Conversions &amp; Dimensional Analysis</w:t>
      </w:r>
    </w:p>
    <w:p w14:paraId="46F33895" w14:textId="77777777" w:rsidR="00FD3494" w:rsidRDefault="007F6891">
      <w:pPr>
        <w:spacing w:after="120"/>
      </w:pPr>
      <w:r>
        <w:t>A student typed up everyday data without ever checking the units, so this sheet is full of mismatched measurements. Your job is to convert each item to the standard unit named, and to notice the “unit traps” hiding in the numbers.</w:t>
      </w:r>
    </w:p>
    <w:tbl>
      <w:tblPr>
        <w:tblStyle w:val="TableGrid"/>
        <w:tblW w:w="0" w:type="auto"/>
        <w:jc w:val="center"/>
        <w:tblLook w:val="04A0" w:firstRow="1" w:lastRow="0" w:firstColumn="1" w:lastColumn="0" w:noHBand="0" w:noVBand="1"/>
      </w:tblPr>
      <w:tblGrid>
        <w:gridCol w:w="1740"/>
        <w:gridCol w:w="1740"/>
        <w:gridCol w:w="1740"/>
        <w:gridCol w:w="1740"/>
        <w:gridCol w:w="1740"/>
        <w:gridCol w:w="1740"/>
      </w:tblGrid>
      <w:tr w:rsidR="00FD3494" w14:paraId="130B7283" w14:textId="77777777">
        <w:trPr>
          <w:jc w:val="center"/>
        </w:trPr>
        <w:tc>
          <w:tcPr>
            <w:tcW w:w="1740" w:type="dxa"/>
            <w:shd w:val="clear" w:color="auto" w:fill="D9D9D9"/>
          </w:tcPr>
          <w:p w14:paraId="7BCE988C" w14:textId="77777777" w:rsidR="00FD3494" w:rsidRDefault="007F6891">
            <w:r>
              <w:t>#</w:t>
            </w:r>
          </w:p>
        </w:tc>
        <w:tc>
          <w:tcPr>
            <w:tcW w:w="1740" w:type="dxa"/>
            <w:shd w:val="clear" w:color="auto" w:fill="D9D9D9"/>
          </w:tcPr>
          <w:p w14:paraId="3FBF2CB1" w14:textId="77777777" w:rsidR="00FD3494" w:rsidRDefault="007F6891">
            <w:r>
              <w:t>Everyday item</w:t>
            </w:r>
          </w:p>
        </w:tc>
        <w:tc>
          <w:tcPr>
            <w:tcW w:w="1740" w:type="dxa"/>
            <w:shd w:val="clear" w:color="auto" w:fill="D9D9D9"/>
          </w:tcPr>
          <w:p w14:paraId="242269A1" w14:textId="77777777" w:rsidR="00FD3494" w:rsidRDefault="007F6891">
            <w:r>
              <w:t>As recorded</w:t>
            </w:r>
          </w:p>
        </w:tc>
        <w:tc>
          <w:tcPr>
            <w:tcW w:w="1740" w:type="dxa"/>
            <w:shd w:val="clear" w:color="auto" w:fill="D9D9D9"/>
          </w:tcPr>
          <w:p w14:paraId="573B0B78" w14:textId="77777777" w:rsidR="00FD3494" w:rsidRDefault="007F6891">
            <w:r>
              <w:t>Convert to</w:t>
            </w:r>
          </w:p>
        </w:tc>
        <w:tc>
          <w:tcPr>
            <w:tcW w:w="1740" w:type="dxa"/>
            <w:shd w:val="clear" w:color="auto" w:fill="D9D9D9"/>
          </w:tcPr>
          <w:p w14:paraId="0F33ED76" w14:textId="77777777" w:rsidR="00FD3494" w:rsidRDefault="007F6891">
            <w:r>
              <w:t>Standard amount</w:t>
            </w:r>
          </w:p>
        </w:tc>
        <w:tc>
          <w:tcPr>
            <w:tcW w:w="1740" w:type="dxa"/>
            <w:shd w:val="clear" w:color="auto" w:fill="D9D9D9"/>
          </w:tcPr>
          <w:p w14:paraId="56298CCD" w14:textId="77777777" w:rsidR="00FD3494" w:rsidRDefault="007F6891">
            <w:r>
              <w:t>Reasonable? (yes/no + why)</w:t>
            </w:r>
          </w:p>
        </w:tc>
      </w:tr>
      <w:tr w:rsidR="00FD3494" w14:paraId="5458BDA9" w14:textId="77777777">
        <w:trPr>
          <w:jc w:val="center"/>
        </w:trPr>
        <w:tc>
          <w:tcPr>
            <w:tcW w:w="1740" w:type="dxa"/>
          </w:tcPr>
          <w:p w14:paraId="3934BD7E" w14:textId="77777777" w:rsidR="00FD3494" w:rsidRDefault="007F6891">
            <w:r>
              <w:t>1</w:t>
            </w:r>
          </w:p>
        </w:tc>
        <w:tc>
          <w:tcPr>
            <w:tcW w:w="1740" w:type="dxa"/>
          </w:tcPr>
          <w:p w14:paraId="37566390" w14:textId="77777777" w:rsidR="00FD3494" w:rsidRDefault="007F6891">
            <w:r>
              <w:t>Running race distance</w:t>
            </w:r>
          </w:p>
        </w:tc>
        <w:tc>
          <w:tcPr>
            <w:tcW w:w="1740" w:type="dxa"/>
          </w:tcPr>
          <w:p w14:paraId="08366E85" w14:textId="77777777" w:rsidR="00FD3494" w:rsidRDefault="007F6891">
            <w:r>
              <w:t>5,000 mm</w:t>
            </w:r>
          </w:p>
        </w:tc>
        <w:tc>
          <w:tcPr>
            <w:tcW w:w="1740" w:type="dxa"/>
          </w:tcPr>
          <w:p w14:paraId="2B3AAAAD" w14:textId="77777777" w:rsidR="00FD3494" w:rsidRDefault="007F6891">
            <w:r>
              <w:t>meters</w:t>
            </w:r>
          </w:p>
        </w:tc>
        <w:tc>
          <w:tcPr>
            <w:tcW w:w="1740" w:type="dxa"/>
          </w:tcPr>
          <w:p w14:paraId="04B277D5" w14:textId="77777777" w:rsidR="00FD3494" w:rsidRDefault="00FD3494"/>
        </w:tc>
        <w:tc>
          <w:tcPr>
            <w:tcW w:w="1740" w:type="dxa"/>
          </w:tcPr>
          <w:p w14:paraId="4DABD6B5" w14:textId="77777777" w:rsidR="00FD3494" w:rsidRDefault="00FD3494"/>
        </w:tc>
      </w:tr>
      <w:tr w:rsidR="00FD3494" w14:paraId="17168A63" w14:textId="77777777">
        <w:trPr>
          <w:jc w:val="center"/>
        </w:trPr>
        <w:tc>
          <w:tcPr>
            <w:tcW w:w="1740" w:type="dxa"/>
          </w:tcPr>
          <w:p w14:paraId="6B70E96A" w14:textId="77777777" w:rsidR="00FD3494" w:rsidRDefault="007F6891">
            <w:r>
              <w:t>2</w:t>
            </w:r>
          </w:p>
        </w:tc>
        <w:tc>
          <w:tcPr>
            <w:tcW w:w="1740" w:type="dxa"/>
          </w:tcPr>
          <w:p w14:paraId="65B76C5C" w14:textId="77777777" w:rsidR="00FD3494" w:rsidRDefault="007F6891">
            <w:r>
              <w:t>Water bottle volume</w:t>
            </w:r>
          </w:p>
        </w:tc>
        <w:tc>
          <w:tcPr>
            <w:tcW w:w="1740" w:type="dxa"/>
          </w:tcPr>
          <w:p w14:paraId="48C4F225" w14:textId="77777777" w:rsidR="00FD3494" w:rsidRDefault="007F6891">
            <w:r>
              <w:t>0.75 L</w:t>
            </w:r>
          </w:p>
        </w:tc>
        <w:tc>
          <w:tcPr>
            <w:tcW w:w="1740" w:type="dxa"/>
          </w:tcPr>
          <w:p w14:paraId="468A3E6C" w14:textId="77777777" w:rsidR="00FD3494" w:rsidRDefault="007F6891">
            <w:r>
              <w:t>milliliters</w:t>
            </w:r>
          </w:p>
        </w:tc>
        <w:tc>
          <w:tcPr>
            <w:tcW w:w="1740" w:type="dxa"/>
          </w:tcPr>
          <w:p w14:paraId="40898BED" w14:textId="77777777" w:rsidR="00FD3494" w:rsidRDefault="00FD3494"/>
        </w:tc>
        <w:tc>
          <w:tcPr>
            <w:tcW w:w="1740" w:type="dxa"/>
          </w:tcPr>
          <w:p w14:paraId="77C9E301" w14:textId="77777777" w:rsidR="00FD3494" w:rsidRDefault="00FD3494"/>
        </w:tc>
      </w:tr>
      <w:tr w:rsidR="00FD3494" w14:paraId="2652AD24" w14:textId="77777777">
        <w:trPr>
          <w:jc w:val="center"/>
        </w:trPr>
        <w:tc>
          <w:tcPr>
            <w:tcW w:w="1740" w:type="dxa"/>
          </w:tcPr>
          <w:p w14:paraId="56C7B687" w14:textId="77777777" w:rsidR="00FD3494" w:rsidRDefault="007F6891">
            <w:r>
              <w:t>3</w:t>
            </w:r>
          </w:p>
        </w:tc>
        <w:tc>
          <w:tcPr>
            <w:tcW w:w="1740" w:type="dxa"/>
          </w:tcPr>
          <w:p w14:paraId="46B24C95" w14:textId="77777777" w:rsidR="00FD3494" w:rsidRDefault="007F6891">
            <w:r>
              <w:t>Paper clip mass</w:t>
            </w:r>
          </w:p>
        </w:tc>
        <w:tc>
          <w:tcPr>
            <w:tcW w:w="1740" w:type="dxa"/>
          </w:tcPr>
          <w:p w14:paraId="4130CD6A" w14:textId="77777777" w:rsidR="00FD3494" w:rsidRDefault="007F6891">
            <w:r>
              <w:t>1.2 g</w:t>
            </w:r>
          </w:p>
        </w:tc>
        <w:tc>
          <w:tcPr>
            <w:tcW w:w="1740" w:type="dxa"/>
          </w:tcPr>
          <w:p w14:paraId="08453AD2" w14:textId="77777777" w:rsidR="00FD3494" w:rsidRDefault="007F6891">
            <w:r>
              <w:t>milligrams</w:t>
            </w:r>
          </w:p>
        </w:tc>
        <w:tc>
          <w:tcPr>
            <w:tcW w:w="1740" w:type="dxa"/>
          </w:tcPr>
          <w:p w14:paraId="62EE3F90" w14:textId="77777777" w:rsidR="00FD3494" w:rsidRDefault="00FD3494"/>
        </w:tc>
        <w:tc>
          <w:tcPr>
            <w:tcW w:w="1740" w:type="dxa"/>
          </w:tcPr>
          <w:p w14:paraId="690956C5" w14:textId="77777777" w:rsidR="00FD3494" w:rsidRDefault="00FD3494"/>
        </w:tc>
      </w:tr>
      <w:tr w:rsidR="00FD3494" w14:paraId="5A6C72AE" w14:textId="77777777">
        <w:trPr>
          <w:jc w:val="center"/>
        </w:trPr>
        <w:tc>
          <w:tcPr>
            <w:tcW w:w="1740" w:type="dxa"/>
          </w:tcPr>
          <w:p w14:paraId="4CC9154B" w14:textId="77777777" w:rsidR="00FD3494" w:rsidRDefault="007F6891">
            <w:r>
              <w:t>4</w:t>
            </w:r>
          </w:p>
        </w:tc>
        <w:tc>
          <w:tcPr>
            <w:tcW w:w="1740" w:type="dxa"/>
          </w:tcPr>
          <w:p w14:paraId="5942C891" w14:textId="77777777" w:rsidR="00FD3494" w:rsidRDefault="007F6891">
            <w:r>
              <w:t>Classroom length</w:t>
            </w:r>
          </w:p>
        </w:tc>
        <w:tc>
          <w:tcPr>
            <w:tcW w:w="1740" w:type="dxa"/>
          </w:tcPr>
          <w:p w14:paraId="72155936" w14:textId="77777777" w:rsidR="00FD3494" w:rsidRDefault="007F6891">
            <w:r>
              <w:t>12,000 cm</w:t>
            </w:r>
          </w:p>
        </w:tc>
        <w:tc>
          <w:tcPr>
            <w:tcW w:w="1740" w:type="dxa"/>
          </w:tcPr>
          <w:p w14:paraId="380C5418" w14:textId="77777777" w:rsidR="00FD3494" w:rsidRDefault="007F6891">
            <w:r>
              <w:t>meters</w:t>
            </w:r>
          </w:p>
        </w:tc>
        <w:tc>
          <w:tcPr>
            <w:tcW w:w="1740" w:type="dxa"/>
          </w:tcPr>
          <w:p w14:paraId="4C02F0B7" w14:textId="77777777" w:rsidR="00FD3494" w:rsidRDefault="00FD3494"/>
        </w:tc>
        <w:tc>
          <w:tcPr>
            <w:tcW w:w="1740" w:type="dxa"/>
          </w:tcPr>
          <w:p w14:paraId="27D967B6" w14:textId="77777777" w:rsidR="00FD3494" w:rsidRDefault="00FD3494"/>
        </w:tc>
      </w:tr>
      <w:tr w:rsidR="00FD3494" w14:paraId="7B62536A" w14:textId="77777777">
        <w:trPr>
          <w:jc w:val="center"/>
        </w:trPr>
        <w:tc>
          <w:tcPr>
            <w:tcW w:w="1740" w:type="dxa"/>
          </w:tcPr>
          <w:p w14:paraId="0D785495" w14:textId="77777777" w:rsidR="00FD3494" w:rsidRDefault="007F6891">
            <w:r>
              <w:t>5</w:t>
            </w:r>
          </w:p>
        </w:tc>
        <w:tc>
          <w:tcPr>
            <w:tcW w:w="1740" w:type="dxa"/>
          </w:tcPr>
          <w:p w14:paraId="5C5183A9" w14:textId="77777777" w:rsidR="00FD3494" w:rsidRDefault="007F6891">
            <w:r>
              <w:t>Medicine dose</w:t>
            </w:r>
          </w:p>
        </w:tc>
        <w:tc>
          <w:tcPr>
            <w:tcW w:w="1740" w:type="dxa"/>
          </w:tcPr>
          <w:p w14:paraId="3E34D8B0" w14:textId="77777777" w:rsidR="00FD3494" w:rsidRDefault="007F6891">
            <w:r>
              <w:t>500 mg</w:t>
            </w:r>
          </w:p>
        </w:tc>
        <w:tc>
          <w:tcPr>
            <w:tcW w:w="1740" w:type="dxa"/>
          </w:tcPr>
          <w:p w14:paraId="0C69C02B" w14:textId="77777777" w:rsidR="00FD3494" w:rsidRDefault="007F6891">
            <w:r>
              <w:t>grams</w:t>
            </w:r>
          </w:p>
        </w:tc>
        <w:tc>
          <w:tcPr>
            <w:tcW w:w="1740" w:type="dxa"/>
          </w:tcPr>
          <w:p w14:paraId="4FFDD822" w14:textId="77777777" w:rsidR="00FD3494" w:rsidRDefault="00FD3494"/>
        </w:tc>
        <w:tc>
          <w:tcPr>
            <w:tcW w:w="1740" w:type="dxa"/>
          </w:tcPr>
          <w:p w14:paraId="58597820" w14:textId="77777777" w:rsidR="00FD3494" w:rsidRDefault="00FD3494"/>
        </w:tc>
      </w:tr>
      <w:tr w:rsidR="00FD3494" w14:paraId="494376B6" w14:textId="77777777">
        <w:trPr>
          <w:jc w:val="center"/>
        </w:trPr>
        <w:tc>
          <w:tcPr>
            <w:tcW w:w="1740" w:type="dxa"/>
          </w:tcPr>
          <w:p w14:paraId="06270A04" w14:textId="77777777" w:rsidR="00FD3494" w:rsidRDefault="007F6891">
            <w:r>
              <w:t>6</w:t>
            </w:r>
          </w:p>
        </w:tc>
        <w:tc>
          <w:tcPr>
            <w:tcW w:w="1740" w:type="dxa"/>
          </w:tcPr>
          <w:p w14:paraId="22B7DC59" w14:textId="77777777" w:rsidR="00FD3494" w:rsidRDefault="007F6891">
            <w:r>
              <w:t>Playground fence</w:t>
            </w:r>
          </w:p>
        </w:tc>
        <w:tc>
          <w:tcPr>
            <w:tcW w:w="1740" w:type="dxa"/>
          </w:tcPr>
          <w:p w14:paraId="028D1236" w14:textId="77777777" w:rsidR="00FD3494" w:rsidRDefault="007F6891">
            <w:r>
              <w:t>2.5 km</w:t>
            </w:r>
          </w:p>
        </w:tc>
        <w:tc>
          <w:tcPr>
            <w:tcW w:w="1740" w:type="dxa"/>
          </w:tcPr>
          <w:p w14:paraId="790046DA" w14:textId="77777777" w:rsidR="00FD3494" w:rsidRDefault="007F6891">
            <w:r>
              <w:t>meters</w:t>
            </w:r>
          </w:p>
        </w:tc>
        <w:tc>
          <w:tcPr>
            <w:tcW w:w="1740" w:type="dxa"/>
          </w:tcPr>
          <w:p w14:paraId="1AAB23F8" w14:textId="77777777" w:rsidR="00FD3494" w:rsidRDefault="00FD3494"/>
        </w:tc>
        <w:tc>
          <w:tcPr>
            <w:tcW w:w="1740" w:type="dxa"/>
          </w:tcPr>
          <w:p w14:paraId="328F9492" w14:textId="77777777" w:rsidR="00FD3494" w:rsidRDefault="00FD3494"/>
        </w:tc>
      </w:tr>
      <w:tr w:rsidR="00FD3494" w14:paraId="3474643F" w14:textId="77777777">
        <w:trPr>
          <w:jc w:val="center"/>
        </w:trPr>
        <w:tc>
          <w:tcPr>
            <w:tcW w:w="1740" w:type="dxa"/>
          </w:tcPr>
          <w:p w14:paraId="3C2DFD82" w14:textId="77777777" w:rsidR="00FD3494" w:rsidRDefault="007F6891">
            <w:r>
              <w:t>7</w:t>
            </w:r>
          </w:p>
        </w:tc>
        <w:tc>
          <w:tcPr>
            <w:tcW w:w="1740" w:type="dxa"/>
          </w:tcPr>
          <w:p w14:paraId="4B633274" w14:textId="77777777" w:rsidR="00FD3494" w:rsidRDefault="007F6891">
            <w:r>
              <w:t>Thick book</w:t>
            </w:r>
          </w:p>
        </w:tc>
        <w:tc>
          <w:tcPr>
            <w:tcW w:w="1740" w:type="dxa"/>
          </w:tcPr>
          <w:p w14:paraId="379357E5" w14:textId="77777777" w:rsidR="00FD3494" w:rsidRDefault="007F6891">
            <w:r>
              <w:t>3.4 cm</w:t>
            </w:r>
          </w:p>
        </w:tc>
        <w:tc>
          <w:tcPr>
            <w:tcW w:w="1740" w:type="dxa"/>
          </w:tcPr>
          <w:p w14:paraId="2A9FB82C" w14:textId="77777777" w:rsidR="00FD3494" w:rsidRDefault="007F6891">
            <w:r>
              <w:t>millimeters</w:t>
            </w:r>
          </w:p>
        </w:tc>
        <w:tc>
          <w:tcPr>
            <w:tcW w:w="1740" w:type="dxa"/>
          </w:tcPr>
          <w:p w14:paraId="4C692A81" w14:textId="77777777" w:rsidR="00FD3494" w:rsidRDefault="00FD3494"/>
        </w:tc>
        <w:tc>
          <w:tcPr>
            <w:tcW w:w="1740" w:type="dxa"/>
          </w:tcPr>
          <w:p w14:paraId="79906B61" w14:textId="77777777" w:rsidR="00FD3494" w:rsidRDefault="00FD3494"/>
        </w:tc>
      </w:tr>
      <w:tr w:rsidR="00FD3494" w14:paraId="056C8915" w14:textId="77777777">
        <w:trPr>
          <w:jc w:val="center"/>
        </w:trPr>
        <w:tc>
          <w:tcPr>
            <w:tcW w:w="1740" w:type="dxa"/>
          </w:tcPr>
          <w:p w14:paraId="7036900A" w14:textId="77777777" w:rsidR="00FD3494" w:rsidRDefault="007F6891">
            <w:r>
              <w:t>8</w:t>
            </w:r>
          </w:p>
        </w:tc>
        <w:tc>
          <w:tcPr>
            <w:tcW w:w="1740" w:type="dxa"/>
          </w:tcPr>
          <w:p w14:paraId="7840B096" w14:textId="77777777" w:rsidR="00FD3494" w:rsidRDefault="007F6891">
            <w:r>
              <w:t>Bag of flour</w:t>
            </w:r>
          </w:p>
        </w:tc>
        <w:tc>
          <w:tcPr>
            <w:tcW w:w="1740" w:type="dxa"/>
          </w:tcPr>
          <w:p w14:paraId="64C36C7E" w14:textId="77777777" w:rsidR="00FD3494" w:rsidRDefault="007F6891">
            <w:r>
              <w:t>2,500 g</w:t>
            </w:r>
          </w:p>
        </w:tc>
        <w:tc>
          <w:tcPr>
            <w:tcW w:w="1740" w:type="dxa"/>
          </w:tcPr>
          <w:p w14:paraId="3825FD4F" w14:textId="77777777" w:rsidR="00FD3494" w:rsidRDefault="007F6891">
            <w:r>
              <w:t>kilograms</w:t>
            </w:r>
          </w:p>
        </w:tc>
        <w:tc>
          <w:tcPr>
            <w:tcW w:w="1740" w:type="dxa"/>
          </w:tcPr>
          <w:p w14:paraId="247389E1" w14:textId="77777777" w:rsidR="00FD3494" w:rsidRDefault="00FD3494"/>
        </w:tc>
        <w:tc>
          <w:tcPr>
            <w:tcW w:w="1740" w:type="dxa"/>
          </w:tcPr>
          <w:p w14:paraId="7F7D4FD5" w14:textId="77777777" w:rsidR="00FD3494" w:rsidRDefault="00FD3494"/>
        </w:tc>
      </w:tr>
      <w:tr w:rsidR="00FD3494" w14:paraId="51B64DB2" w14:textId="77777777">
        <w:trPr>
          <w:jc w:val="center"/>
        </w:trPr>
        <w:tc>
          <w:tcPr>
            <w:tcW w:w="1740" w:type="dxa"/>
          </w:tcPr>
          <w:p w14:paraId="2FD390EB" w14:textId="77777777" w:rsidR="00FD3494" w:rsidRDefault="007F6891">
            <w:r>
              <w:t>9</w:t>
            </w:r>
          </w:p>
        </w:tc>
        <w:tc>
          <w:tcPr>
            <w:tcW w:w="1740" w:type="dxa"/>
          </w:tcPr>
          <w:p w14:paraId="626B5A3D" w14:textId="77777777" w:rsidR="00FD3494" w:rsidRDefault="007F6891">
            <w:r>
              <w:t>Swimming pool depth</w:t>
            </w:r>
          </w:p>
        </w:tc>
        <w:tc>
          <w:tcPr>
            <w:tcW w:w="1740" w:type="dxa"/>
          </w:tcPr>
          <w:p w14:paraId="4B71D251" w14:textId="77777777" w:rsidR="00FD3494" w:rsidRDefault="007F6891">
            <w:r>
              <w:t>2.0 m</w:t>
            </w:r>
          </w:p>
        </w:tc>
        <w:tc>
          <w:tcPr>
            <w:tcW w:w="1740" w:type="dxa"/>
          </w:tcPr>
          <w:p w14:paraId="689E4670" w14:textId="77777777" w:rsidR="00FD3494" w:rsidRDefault="007F6891">
            <w:r>
              <w:t>centimeters</w:t>
            </w:r>
          </w:p>
        </w:tc>
        <w:tc>
          <w:tcPr>
            <w:tcW w:w="1740" w:type="dxa"/>
          </w:tcPr>
          <w:p w14:paraId="1B012ECD" w14:textId="77777777" w:rsidR="00FD3494" w:rsidRDefault="00FD3494"/>
        </w:tc>
        <w:tc>
          <w:tcPr>
            <w:tcW w:w="1740" w:type="dxa"/>
          </w:tcPr>
          <w:p w14:paraId="176D2878" w14:textId="77777777" w:rsidR="00FD3494" w:rsidRDefault="00FD3494"/>
        </w:tc>
      </w:tr>
      <w:tr w:rsidR="00FD3494" w14:paraId="405F3EA9" w14:textId="77777777">
        <w:trPr>
          <w:jc w:val="center"/>
        </w:trPr>
        <w:tc>
          <w:tcPr>
            <w:tcW w:w="1740" w:type="dxa"/>
          </w:tcPr>
          <w:p w14:paraId="59CF9827" w14:textId="77777777" w:rsidR="00FD3494" w:rsidRDefault="007F6891">
            <w:r>
              <w:t>10</w:t>
            </w:r>
          </w:p>
        </w:tc>
        <w:tc>
          <w:tcPr>
            <w:tcW w:w="1740" w:type="dxa"/>
          </w:tcPr>
          <w:p w14:paraId="0C0CFEFE" w14:textId="77777777" w:rsidR="00FD3494" w:rsidRDefault="007F6891">
            <w:r>
              <w:t>A drop of water</w:t>
            </w:r>
          </w:p>
        </w:tc>
        <w:tc>
          <w:tcPr>
            <w:tcW w:w="1740" w:type="dxa"/>
          </w:tcPr>
          <w:p w14:paraId="699EFC2F" w14:textId="77777777" w:rsidR="00FD3494" w:rsidRDefault="007F6891">
            <w:r>
              <w:t>0.05 mL</w:t>
            </w:r>
          </w:p>
        </w:tc>
        <w:tc>
          <w:tcPr>
            <w:tcW w:w="1740" w:type="dxa"/>
          </w:tcPr>
          <w:p w14:paraId="133D93D5" w14:textId="77777777" w:rsidR="00FD3494" w:rsidRDefault="007F6891">
            <w:r>
              <w:t>microliters</w:t>
            </w:r>
          </w:p>
        </w:tc>
        <w:tc>
          <w:tcPr>
            <w:tcW w:w="1740" w:type="dxa"/>
          </w:tcPr>
          <w:p w14:paraId="3C5D166A" w14:textId="77777777" w:rsidR="00FD3494" w:rsidRDefault="00FD3494"/>
        </w:tc>
        <w:tc>
          <w:tcPr>
            <w:tcW w:w="1740" w:type="dxa"/>
          </w:tcPr>
          <w:p w14:paraId="5A31B7A6" w14:textId="77777777" w:rsidR="00FD3494" w:rsidRDefault="00FD3494"/>
        </w:tc>
      </w:tr>
    </w:tbl>
    <w:p w14:paraId="20F3ADB1" w14:textId="77777777" w:rsidR="00FD3494" w:rsidRDefault="00FD3494">
      <w:pPr>
        <w:spacing w:after="40"/>
      </w:pPr>
    </w:p>
    <w:p w14:paraId="3F5B200A" w14:textId="77777777" w:rsidR="00FD3494" w:rsidRDefault="007F6891">
      <w:pPr>
        <w:spacing w:after="40"/>
      </w:pPr>
      <w:r>
        <w:rPr>
          <w:b/>
        </w:rPr>
        <w:t>Bonus — the unit traps:</w:t>
      </w:r>
    </w:p>
    <w:p w14:paraId="25E8F713" w14:textId="77777777" w:rsidR="00FD3494" w:rsidRDefault="007F6891">
      <w:pPr>
        <w:spacing w:after="120"/>
      </w:pPr>
      <w:r>
        <w:rPr>
          <w:sz w:val="20"/>
        </w:rPr>
        <w:t>Some items above were written in a “trap” unit that makes the number look silly (5,000 mm for a race!) or hide the real size. Identify the TWO biggest unit-mixing mistakes on this sheet and write one sentence about how each could mislead someone.</w:t>
      </w:r>
    </w:p>
    <w:sectPr w:rsidR="00FD3494"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6629871">
    <w:abstractNumId w:val="8"/>
  </w:num>
  <w:num w:numId="2" w16cid:durableId="1869953998">
    <w:abstractNumId w:val="6"/>
  </w:num>
  <w:num w:numId="3" w16cid:durableId="1961380083">
    <w:abstractNumId w:val="5"/>
  </w:num>
  <w:num w:numId="4" w16cid:durableId="954016918">
    <w:abstractNumId w:val="4"/>
  </w:num>
  <w:num w:numId="5" w16cid:durableId="540627025">
    <w:abstractNumId w:val="7"/>
  </w:num>
  <w:num w:numId="6" w16cid:durableId="189534141">
    <w:abstractNumId w:val="3"/>
  </w:num>
  <w:num w:numId="7" w16cid:durableId="791943904">
    <w:abstractNumId w:val="2"/>
  </w:num>
  <w:num w:numId="8" w16cid:durableId="389040938">
    <w:abstractNumId w:val="1"/>
  </w:num>
  <w:num w:numId="9" w16cid:durableId="2060932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F3A"/>
    <w:rsid w:val="0015074B"/>
    <w:rsid w:val="001D50A7"/>
    <w:rsid w:val="0029639D"/>
    <w:rsid w:val="00326F90"/>
    <w:rsid w:val="00481669"/>
    <w:rsid w:val="007F6891"/>
    <w:rsid w:val="00AA1D8D"/>
    <w:rsid w:val="00B47730"/>
    <w:rsid w:val="00CB0664"/>
    <w:rsid w:val="00EA70CF"/>
    <w:rsid w:val="00F57030"/>
    <w:rsid w:val="00FC693F"/>
    <w:rsid w:val="00FD34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6F9D8C"/>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2</cp:revision>
  <cp:lastPrinted>2026-08-28T13:30:00Z</cp:lastPrinted>
  <dcterms:created xsi:type="dcterms:W3CDTF">2013-12-23T23:15:00Z</dcterms:created>
  <dcterms:modified xsi:type="dcterms:W3CDTF">2026-08-28T14:57:00Z</dcterms:modified>
  <cp:category/>
</cp:coreProperties>
</file>