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6CB1F" w14:textId="77777777" w:rsidR="00D91EE9" w:rsidRDefault="006C7711">
      <w:pPr>
        <w:spacing w:after="40"/>
      </w:pPr>
      <w:r>
        <w:rPr>
          <w:b/>
          <w:sz w:val="26"/>
        </w:rPr>
        <w:t>Data Set — Conversion Escape Room: Clue Sheet</w:t>
      </w:r>
    </w:p>
    <w:p w14:paraId="340B557B" w14:textId="77777777" w:rsidR="00D91EE9" w:rsidRDefault="006C7711">
      <w:pPr>
        <w:spacing w:after="120"/>
      </w:pPr>
      <w:proofErr w:type="gramStart"/>
      <w:r w:rsidRPr="00564C57">
        <w:rPr>
          <w:b/>
          <w:bCs/>
          <w:sz w:val="20"/>
        </w:rPr>
        <w:t>For  MUST</w:t>
      </w:r>
      <w:proofErr w:type="gramEnd"/>
      <w:r w:rsidRPr="00564C57">
        <w:rPr>
          <w:b/>
          <w:bCs/>
          <w:sz w:val="20"/>
        </w:rPr>
        <w:t xml:space="preserve"> DO Option C</w:t>
      </w:r>
      <w:r>
        <w:rPr>
          <w:sz w:val="20"/>
        </w:rPr>
        <w:t xml:space="preserve"> — Conversion Factor Escape </w:t>
      </w:r>
      <w:proofErr w:type="gramStart"/>
      <w:r>
        <w:rPr>
          <w:sz w:val="20"/>
        </w:rPr>
        <w:t>Room  |</w:t>
      </w:r>
      <w:proofErr w:type="gramEnd"/>
      <w:r>
        <w:rPr>
          <w:sz w:val="20"/>
        </w:rPr>
        <w:t xml:space="preserve">  Area 2: Metric Conversions &amp; Dimensional Analysis</w:t>
      </w:r>
    </w:p>
    <w:p w14:paraId="31DB14C5" w14:textId="77777777" w:rsidR="00D91EE9" w:rsidRDefault="006C7711">
      <w:pPr>
        <w:spacing w:after="120"/>
      </w:pPr>
      <w:r>
        <w:t>You have 15 minutes to unlock the equipment cabinet. Each lock needs a 3-digit code. To find each code, solve the conversion, then digits are read from left to right. The “trap” hint tells you the one wrong way everyone tries to set the factor.</w:t>
      </w:r>
    </w:p>
    <w:tbl>
      <w:tblPr>
        <w:tblStyle w:val="TableGrid"/>
        <w:tblW w:w="0" w:type="auto"/>
        <w:jc w:val="center"/>
        <w:tblLook w:val="04A0" w:firstRow="1" w:lastRow="0" w:firstColumn="1" w:lastColumn="0" w:noHBand="0" w:noVBand="1"/>
      </w:tblPr>
      <w:tblGrid>
        <w:gridCol w:w="2610"/>
        <w:gridCol w:w="2610"/>
        <w:gridCol w:w="2610"/>
        <w:gridCol w:w="2610"/>
      </w:tblGrid>
      <w:tr w:rsidR="00D91EE9" w14:paraId="602D6920" w14:textId="77777777">
        <w:trPr>
          <w:jc w:val="center"/>
        </w:trPr>
        <w:tc>
          <w:tcPr>
            <w:tcW w:w="2610" w:type="dxa"/>
            <w:shd w:val="clear" w:color="auto" w:fill="D9D9D9"/>
          </w:tcPr>
          <w:p w14:paraId="3CB88F2D" w14:textId="77777777" w:rsidR="00D91EE9" w:rsidRDefault="006C7711">
            <w:r>
              <w:t>Lock</w:t>
            </w:r>
          </w:p>
        </w:tc>
        <w:tc>
          <w:tcPr>
            <w:tcW w:w="2610" w:type="dxa"/>
            <w:shd w:val="clear" w:color="auto" w:fill="D9D9D9"/>
          </w:tcPr>
          <w:p w14:paraId="0F598160" w14:textId="77777777" w:rsidR="00D91EE9" w:rsidRDefault="006C7711">
            <w:r>
              <w:t>Clue problem</w:t>
            </w:r>
          </w:p>
        </w:tc>
        <w:tc>
          <w:tcPr>
            <w:tcW w:w="2610" w:type="dxa"/>
            <w:shd w:val="clear" w:color="auto" w:fill="D9D9D9"/>
          </w:tcPr>
          <w:p w14:paraId="77C4F30C" w14:textId="77777777" w:rsidR="00D91EE9" w:rsidRDefault="006C7711">
            <w:r>
              <w:t>Write the correct conversion chain</w:t>
            </w:r>
          </w:p>
        </w:tc>
        <w:tc>
          <w:tcPr>
            <w:tcW w:w="2610" w:type="dxa"/>
            <w:shd w:val="clear" w:color="auto" w:fill="D9D9D9"/>
          </w:tcPr>
          <w:p w14:paraId="59AD15E2" w14:textId="77777777" w:rsidR="00D91EE9" w:rsidRDefault="006C7711">
            <w:r>
              <w:t>3-digit code</w:t>
            </w:r>
          </w:p>
        </w:tc>
      </w:tr>
      <w:tr w:rsidR="00D91EE9" w14:paraId="6FBEBBE8" w14:textId="77777777">
        <w:trPr>
          <w:jc w:val="center"/>
        </w:trPr>
        <w:tc>
          <w:tcPr>
            <w:tcW w:w="2610" w:type="dxa"/>
          </w:tcPr>
          <w:p w14:paraId="4926CB4A" w14:textId="77777777" w:rsidR="00D91EE9" w:rsidRDefault="006C7711">
            <w:r>
              <w:t>LOCK 1</w:t>
            </w:r>
          </w:p>
        </w:tc>
        <w:tc>
          <w:tcPr>
            <w:tcW w:w="2610" w:type="dxa"/>
          </w:tcPr>
          <w:p w14:paraId="7051A77A" w14:textId="77777777" w:rsidR="00D91EE9" w:rsidRDefault="006C7711">
            <w:r>
              <w:t>Convert 450 mm to meters. Code = the value in meters shown as 0.xxx — write the three digits after the decimal. Trap: mm → m makes the number smaller.</w:t>
            </w:r>
          </w:p>
        </w:tc>
        <w:tc>
          <w:tcPr>
            <w:tcW w:w="2610" w:type="dxa"/>
          </w:tcPr>
          <w:p w14:paraId="0792EC1C" w14:textId="77777777" w:rsidR="00D91EE9" w:rsidRDefault="00D91EE9"/>
        </w:tc>
        <w:tc>
          <w:tcPr>
            <w:tcW w:w="2610" w:type="dxa"/>
          </w:tcPr>
          <w:p w14:paraId="2A789A28" w14:textId="77777777" w:rsidR="00D91EE9" w:rsidRDefault="00D91EE9"/>
        </w:tc>
      </w:tr>
      <w:tr w:rsidR="00D91EE9" w14:paraId="0AD36A84" w14:textId="77777777">
        <w:trPr>
          <w:jc w:val="center"/>
        </w:trPr>
        <w:tc>
          <w:tcPr>
            <w:tcW w:w="2610" w:type="dxa"/>
          </w:tcPr>
          <w:p w14:paraId="033BA926" w14:textId="77777777" w:rsidR="00D91EE9" w:rsidRDefault="006C7711">
            <w:r>
              <w:t>LOCK 2</w:t>
            </w:r>
          </w:p>
        </w:tc>
        <w:tc>
          <w:tcPr>
            <w:tcW w:w="2610" w:type="dxa"/>
          </w:tcPr>
          <w:p w14:paraId="22D4BFA5" w14:textId="77777777" w:rsidR="00D91EE9" w:rsidRDefault="006C7711">
            <w:r>
              <w:t>Convert 0.250 L to milliliters. Code = the whole-number value. Trap: mL is much smaller than a liter, so the number gets BIGGER.</w:t>
            </w:r>
          </w:p>
        </w:tc>
        <w:tc>
          <w:tcPr>
            <w:tcW w:w="2610" w:type="dxa"/>
          </w:tcPr>
          <w:p w14:paraId="56C8D032" w14:textId="77777777" w:rsidR="00D91EE9" w:rsidRDefault="00D91EE9"/>
        </w:tc>
        <w:tc>
          <w:tcPr>
            <w:tcW w:w="2610" w:type="dxa"/>
          </w:tcPr>
          <w:p w14:paraId="70E7E1EE" w14:textId="77777777" w:rsidR="00D91EE9" w:rsidRDefault="00D91EE9"/>
        </w:tc>
      </w:tr>
      <w:tr w:rsidR="00D91EE9" w14:paraId="08916B13" w14:textId="77777777">
        <w:trPr>
          <w:jc w:val="center"/>
        </w:trPr>
        <w:tc>
          <w:tcPr>
            <w:tcW w:w="2610" w:type="dxa"/>
          </w:tcPr>
          <w:p w14:paraId="6BA9F196" w14:textId="77777777" w:rsidR="00D91EE9" w:rsidRDefault="006C7711">
            <w:r>
              <w:t>LOCK 3</w:t>
            </w:r>
          </w:p>
        </w:tc>
        <w:tc>
          <w:tcPr>
            <w:tcW w:w="2610" w:type="dxa"/>
          </w:tcPr>
          <w:p w14:paraId="71A60B10" w14:textId="77777777" w:rsidR="00D91EE9" w:rsidRDefault="006C7711">
            <w:r>
              <w:t>Convert 12 cm to millimeters. Code = the whole-number value. Trap: cm → mm makes the number BIGGER.</w:t>
            </w:r>
          </w:p>
        </w:tc>
        <w:tc>
          <w:tcPr>
            <w:tcW w:w="2610" w:type="dxa"/>
          </w:tcPr>
          <w:p w14:paraId="0A036385" w14:textId="77777777" w:rsidR="00D91EE9" w:rsidRDefault="00D91EE9"/>
        </w:tc>
        <w:tc>
          <w:tcPr>
            <w:tcW w:w="2610" w:type="dxa"/>
          </w:tcPr>
          <w:p w14:paraId="3F0D9EC9" w14:textId="77777777" w:rsidR="00D91EE9" w:rsidRDefault="00D91EE9"/>
        </w:tc>
      </w:tr>
      <w:tr w:rsidR="00D91EE9" w14:paraId="7C3EF06C" w14:textId="77777777">
        <w:trPr>
          <w:jc w:val="center"/>
        </w:trPr>
        <w:tc>
          <w:tcPr>
            <w:tcW w:w="2610" w:type="dxa"/>
          </w:tcPr>
          <w:p w14:paraId="4DC57A83" w14:textId="77777777" w:rsidR="00D91EE9" w:rsidRDefault="006C7711">
            <w:r>
              <w:t>LOCK 4</w:t>
            </w:r>
          </w:p>
        </w:tc>
        <w:tc>
          <w:tcPr>
            <w:tcW w:w="2610" w:type="dxa"/>
          </w:tcPr>
          <w:p w14:paraId="2BF9DFCA" w14:textId="77777777" w:rsidR="00D91EE9" w:rsidRDefault="006C7711">
            <w:r>
              <w:t>A car travels 65 km/h. Convert to m/s. Code = the meters part ONLY, rounded to 2 significant figures, written as a 3-digit number (add a leading zero if needed). Trap: most people forget to cancel the hours.</w:t>
            </w:r>
          </w:p>
        </w:tc>
        <w:tc>
          <w:tcPr>
            <w:tcW w:w="2610" w:type="dxa"/>
          </w:tcPr>
          <w:p w14:paraId="2C0B06F3" w14:textId="77777777" w:rsidR="00D91EE9" w:rsidRDefault="00D91EE9"/>
        </w:tc>
        <w:tc>
          <w:tcPr>
            <w:tcW w:w="2610" w:type="dxa"/>
          </w:tcPr>
          <w:p w14:paraId="3E166574" w14:textId="77777777" w:rsidR="00D91EE9" w:rsidRDefault="00D91EE9"/>
        </w:tc>
      </w:tr>
      <w:tr w:rsidR="00D91EE9" w14:paraId="699FB312" w14:textId="77777777">
        <w:trPr>
          <w:jc w:val="center"/>
        </w:trPr>
        <w:tc>
          <w:tcPr>
            <w:tcW w:w="2610" w:type="dxa"/>
          </w:tcPr>
          <w:p w14:paraId="159A64E9" w14:textId="77777777" w:rsidR="00D91EE9" w:rsidRDefault="006C7711">
            <w:r>
              <w:t>LOCK 5</w:t>
            </w:r>
          </w:p>
        </w:tc>
        <w:tc>
          <w:tcPr>
            <w:tcW w:w="2610" w:type="dxa"/>
          </w:tcPr>
          <w:p w14:paraId="5F1DF3EB" w14:textId="77777777" w:rsidR="00D91EE9" w:rsidRDefault="006C7711">
            <w:r>
              <w:t>Convert 9000 mg to grams. Code = the value in grams written as a 3-digit number (add leading zeros if needed). Trap: mg → g makes the number smaller.</w:t>
            </w:r>
          </w:p>
        </w:tc>
        <w:tc>
          <w:tcPr>
            <w:tcW w:w="2610" w:type="dxa"/>
          </w:tcPr>
          <w:p w14:paraId="1B235DD5" w14:textId="77777777" w:rsidR="00D91EE9" w:rsidRDefault="00D91EE9"/>
        </w:tc>
        <w:tc>
          <w:tcPr>
            <w:tcW w:w="2610" w:type="dxa"/>
          </w:tcPr>
          <w:p w14:paraId="36D37797" w14:textId="77777777" w:rsidR="00D91EE9" w:rsidRDefault="00D91EE9"/>
        </w:tc>
      </w:tr>
    </w:tbl>
    <w:p w14:paraId="2EA5A3DD" w14:textId="77777777" w:rsidR="00D91EE9" w:rsidRDefault="00D91EE9">
      <w:pPr>
        <w:spacing w:after="40"/>
      </w:pPr>
    </w:p>
    <w:p w14:paraId="238C2576" w14:textId="77777777" w:rsidR="00D91EE9" w:rsidRDefault="006C7711">
      <w:pPr>
        <w:spacing w:after="40"/>
      </w:pPr>
      <w:r>
        <w:rPr>
          <w:b/>
        </w:rPr>
        <w:t>Combination check:</w:t>
      </w:r>
    </w:p>
    <w:p w14:paraId="5285E0FB" w14:textId="77777777" w:rsidR="00D91EE9" w:rsidRDefault="006C7711">
      <w:pPr>
        <w:spacing w:after="120"/>
      </w:pPr>
      <w:r>
        <w:rPr>
          <w:sz w:val="20"/>
        </w:rPr>
        <w:t>Lock codes spell a five-number combination. When all five are correct, read the combination (LOCK 1 → LOCK 5) to your teacher to “unlock” the equipment cabinet. If a code doesn’t feel right, re-check whether your conversion factor was oriented so the units cancel.</w:t>
      </w:r>
    </w:p>
    <w:sectPr w:rsidR="00D91EE9" w:rsidSect="00034616">
      <w:pgSz w:w="12240" w:h="15840"/>
      <w:pgMar w:top="900" w:right="900" w:bottom="900" w:left="9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2057356">
    <w:abstractNumId w:val="8"/>
  </w:num>
  <w:num w:numId="2" w16cid:durableId="2142574262">
    <w:abstractNumId w:val="6"/>
  </w:num>
  <w:num w:numId="3" w16cid:durableId="1192034716">
    <w:abstractNumId w:val="5"/>
  </w:num>
  <w:num w:numId="4" w16cid:durableId="52512532">
    <w:abstractNumId w:val="4"/>
  </w:num>
  <w:num w:numId="5" w16cid:durableId="1216509142">
    <w:abstractNumId w:val="7"/>
  </w:num>
  <w:num w:numId="6" w16cid:durableId="931551525">
    <w:abstractNumId w:val="3"/>
  </w:num>
  <w:num w:numId="7" w16cid:durableId="522019783">
    <w:abstractNumId w:val="2"/>
  </w:num>
  <w:num w:numId="8" w16cid:durableId="482889347">
    <w:abstractNumId w:val="1"/>
  </w:num>
  <w:num w:numId="9" w16cid:durableId="50752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6F3A"/>
    <w:rsid w:val="0015074B"/>
    <w:rsid w:val="0029639D"/>
    <w:rsid w:val="00326F90"/>
    <w:rsid w:val="00564C57"/>
    <w:rsid w:val="006C7711"/>
    <w:rsid w:val="00AA1D8D"/>
    <w:rsid w:val="00AA7ABF"/>
    <w:rsid w:val="00B47730"/>
    <w:rsid w:val="00BD4946"/>
    <w:rsid w:val="00CB0664"/>
    <w:rsid w:val="00D91EE9"/>
    <w:rsid w:val="00E0176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FA3E91"/>
  <w14:defaultImageDpi w14:val="300"/>
  <w15:docId w15:val="{4AC6806F-5AD5-4675-9FD5-49F1E316D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1310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Toni Green</cp:lastModifiedBy>
  <cp:revision>2</cp:revision>
  <cp:lastPrinted>2026-08-28T13:31:00Z</cp:lastPrinted>
  <dcterms:created xsi:type="dcterms:W3CDTF">2013-12-23T23:15:00Z</dcterms:created>
  <dcterms:modified xsi:type="dcterms:W3CDTF">2026-08-28T14:58:00Z</dcterms:modified>
  <cp:category/>
</cp:coreProperties>
</file>