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3 - Option C  —  Error &amp; Accuracy Task-Card Set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SC.912.N.1.1 • N.1.4 • N.1.6 — Accuracy, Precision &amp; Error Analysis</w:t>
      </w:r>
    </w:p>
    <w:p>
      <w:pPr>
        <w:spacing w:after="80"/>
      </w:pPr>
      <w:r>
        <w:rPr>
          <w:b/>
          <w:i w:val="0"/>
          <w:sz w:val="28"/>
        </w:rPr>
        <w:t>Error &amp; Accuracy Task-Card Set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combined self-checking task-card set in three rounds: Round 1 classifies accuracy vs precision in short scenarios; Round 2 sorts random vs systematic error; Round 3 computes percent error.</w:t>
      </w:r>
    </w:p>
    <w:p>
      <w:pPr>
        <w:spacing w:after="40"/>
      </w:pPr>
      <w:r>
        <w:rPr>
          <w:b/>
          <w:i w:val="0"/>
          <w:sz w:val="23"/>
        </w:rPr>
        <w:t>Round 1 — Accuracy or precision?</w:t>
      </w:r>
    </w:p>
    <w:p>
      <w:pPr>
        <w:spacing w:after="120"/>
      </w:pPr>
      <w:r>
        <w:rPr>
          <w:b w:val="0"/>
          <w:i w:val="0"/>
          <w:sz w:val="22"/>
        </w:rPr>
        <w:t>For each short scenario, write whether the issue shown is one of accuracy, precision, or both.</w:t>
      </w:r>
    </w:p>
    <w:p>
      <w:pPr>
        <w:spacing w:after="40"/>
      </w:pPr>
      <w:r>
        <w:rPr>
          <w:b/>
          <w:i w:val="0"/>
          <w:sz w:val="23"/>
        </w:rPr>
        <w:t>Round 2 — Random or systematic?</w:t>
      </w:r>
    </w:p>
    <w:p>
      <w:pPr>
        <w:spacing w:after="120"/>
      </w:pPr>
      <w:r>
        <w:rPr>
          <w:b w:val="0"/>
          <w:i w:val="0"/>
          <w:sz w:val="22"/>
        </w:rPr>
        <w:t>For each description (scattered readings, readings all shifted +0.15 g, a bad calibration, fluctuating electrical noise), classify the error as random or systematic.</w:t>
      </w:r>
    </w:p>
    <w:p>
      <w:pPr>
        <w:spacing w:after="40"/>
      </w:pPr>
      <w:r>
        <w:rPr>
          <w:b/>
          <w:i w:val="0"/>
          <w:sz w:val="23"/>
        </w:rPr>
        <w:t>Round 3 — Percent error</w:t>
      </w:r>
    </w:p>
    <w:p>
      <w:pPr>
        <w:spacing w:after="120"/>
      </w:pPr>
      <w:r>
        <w:rPr>
          <w:b w:val="0"/>
          <w:i w:val="0"/>
          <w:sz w:val="22"/>
        </w:rPr>
        <w:t>Compute the percent error for each measured value against its accepted value.</w:t>
      </w:r>
    </w:p>
    <w:p>
      <w:pPr>
        <w:spacing w:after="40"/>
      </w:pPr>
      <w:r>
        <w:rPr>
          <w:b/>
          <w:i w:val="0"/>
          <w:sz w:val="23"/>
        </w:rPr>
        <w:t>How to check</w:t>
      </w:r>
    </w:p>
    <w:p>
      <w:pPr>
        <w:spacing w:after="120"/>
      </w:pPr>
      <w:r>
        <w:rPr>
          <w:b w:val="0"/>
          <w:i w:val="0"/>
          <w:sz w:val="22"/>
        </w:rPr>
        <w:t>Flip each card to see the answer and a one-line reason.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completed three round-tables, checked against the card backs.</w:t>
      </w:r>
    </w:p>
    <w:p>
      <w:pPr>
        <w:spacing w:after="40"/>
      </w:pPr>
      <w:r>
        <w:rPr>
          <w:b/>
          <w:i w:val="0"/>
          <w:sz w:val="23"/>
        </w:rPr>
        <w:t>Round 3 problems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#</w:t>
            </w:r>
          </w:p>
        </w:tc>
        <w:tc>
          <w:tcPr>
            <w:tcW w:type="dxa" w:w="2610"/>
            <w:shd w:val="clear" w:color="auto" w:fill="D9D9D9"/>
          </w:tcPr>
          <w:p>
            <w:r>
              <w:t>Measured value</w:t>
            </w:r>
          </w:p>
        </w:tc>
        <w:tc>
          <w:tcPr>
            <w:tcW w:type="dxa" w:w="2610"/>
            <w:shd w:val="clear" w:color="auto" w:fill="D9D9D9"/>
          </w:tcPr>
          <w:p>
            <w:r>
              <w:t>Accepted value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Percent error</w:t>
            </w:r>
          </w:p>
        </w:tc>
      </w:tr>
      <w:tr>
        <w:tc>
          <w:tcPr>
            <w:tcW w:type="dxa" w:w="2610"/>
          </w:tcPr>
          <w:p>
            <w:r>
              <w:t>1</w:t>
            </w:r>
          </w:p>
        </w:tc>
        <w:tc>
          <w:tcPr>
            <w:tcW w:type="dxa" w:w="2610"/>
          </w:tcPr>
          <w:p>
            <w:r>
              <w:t>10.15 g</w:t>
            </w:r>
          </w:p>
        </w:tc>
        <w:tc>
          <w:tcPr>
            <w:tcW w:type="dxa" w:w="2610"/>
          </w:tcPr>
          <w:p>
            <w:r>
              <w:t>10.00 g</w:t>
            </w:r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2</w:t>
            </w:r>
          </w:p>
        </w:tc>
        <w:tc>
          <w:tcPr>
            <w:tcW w:type="dxa" w:w="2610"/>
          </w:tcPr>
          <w:p>
            <w:r>
              <w:t>2.55 L</w:t>
            </w:r>
          </w:p>
        </w:tc>
        <w:tc>
          <w:tcPr>
            <w:tcW w:type="dxa" w:w="2610"/>
          </w:tcPr>
          <w:p>
            <w:r>
              <w:t>2.50 L</w:t>
            </w:r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3</w:t>
            </w:r>
          </w:p>
        </w:tc>
        <w:tc>
          <w:tcPr>
            <w:tcW w:type="dxa" w:w="2610"/>
          </w:tcPr>
          <w:p>
            <w:r>
              <w:t>4.02 s</w:t>
            </w:r>
          </w:p>
        </w:tc>
        <w:tc>
          <w:tcPr>
            <w:tcW w:type="dxa" w:w="2610"/>
          </w:tcPr>
          <w:p>
            <w:r>
              <w:t>4.00 s</w:t>
            </w:r>
          </w:p>
        </w:tc>
        <w:tc>
          <w:tcPr>
            <w:tcW w:type="dxa" w:w="261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