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2EAAD" w14:textId="77777777" w:rsidR="000568D6" w:rsidRDefault="00000000" w:rsidP="000568D6">
      <w:pPr>
        <w:jc w:val="center"/>
      </w:pPr>
      <w:r w:rsidRPr="000568D6">
        <w:rPr>
          <w:b/>
          <w:bCs/>
          <w:color w:val="1A1A2E"/>
          <w:sz w:val="40"/>
          <w:szCs w:val="40"/>
        </w:rPr>
        <w:t xml:space="preserve">Unit </w:t>
      </w:r>
      <w:r w:rsidR="000568D6" w:rsidRPr="000568D6">
        <w:rPr>
          <w:b/>
          <w:bCs/>
          <w:color w:val="1A1A2E"/>
          <w:sz w:val="40"/>
          <w:szCs w:val="40"/>
        </w:rPr>
        <w:t>2</w:t>
      </w:r>
      <w:r w:rsidRPr="000568D6">
        <w:rPr>
          <w:b/>
          <w:bCs/>
          <w:color w:val="1A1A2E"/>
          <w:sz w:val="40"/>
          <w:szCs w:val="40"/>
        </w:rPr>
        <w:t xml:space="preserve"> Pre-Test</w:t>
      </w:r>
      <w:r w:rsidR="000568D6" w:rsidRPr="000568D6">
        <w:rPr>
          <w:b/>
          <w:bCs/>
          <w:color w:val="1A1A2E"/>
          <w:sz w:val="40"/>
          <w:szCs w:val="40"/>
        </w:rPr>
        <w:t>:</w:t>
      </w:r>
      <w:r w:rsidR="000568D6" w:rsidRPr="000568D6">
        <w:rPr>
          <w:color w:val="1A1A2E"/>
          <w:sz w:val="40"/>
          <w:szCs w:val="40"/>
        </w:rPr>
        <w:t xml:space="preserve"> </w:t>
      </w:r>
      <w:r w:rsidR="000568D6">
        <w:rPr>
          <w:b/>
          <w:color w:val="333333"/>
          <w:sz w:val="28"/>
        </w:rPr>
        <w:t>Measurement, Metric Conversions &amp; Significant Figures</w:t>
      </w:r>
    </w:p>
    <w:p w14:paraId="61AF4C6B" w14:textId="2661A098" w:rsidR="003E1629" w:rsidRDefault="00000000" w:rsidP="000568D6">
      <w:pPr>
        <w:jc w:val="center"/>
      </w:pPr>
      <w:r>
        <w:rPr>
          <w:i/>
          <w:color w:val="666666"/>
          <w:sz w:val="20"/>
        </w:rPr>
        <w:t xml:space="preserve">Honors </w:t>
      </w:r>
      <w:proofErr w:type="gramStart"/>
      <w:r>
        <w:rPr>
          <w:i/>
          <w:color w:val="666666"/>
          <w:sz w:val="20"/>
        </w:rPr>
        <w:t>Chemistry  •</w:t>
      </w:r>
      <w:proofErr w:type="gramEnd"/>
      <w:r>
        <w:rPr>
          <w:i/>
          <w:color w:val="666666"/>
          <w:sz w:val="20"/>
        </w:rPr>
        <w:t xml:space="preserve">  Diagnostic </w:t>
      </w:r>
      <w:proofErr w:type="gramStart"/>
      <w:r>
        <w:rPr>
          <w:i/>
          <w:color w:val="666666"/>
          <w:sz w:val="20"/>
        </w:rPr>
        <w:t>Assessment  •</w:t>
      </w:r>
      <w:proofErr w:type="gramEnd"/>
      <w:r>
        <w:rPr>
          <w:i/>
          <w:color w:val="666666"/>
          <w:sz w:val="20"/>
        </w:rPr>
        <w:t xml:space="preserve">  ~35 minutes</w:t>
      </w:r>
    </w:p>
    <w:p w14:paraId="1D139651" w14:textId="77777777" w:rsidR="003E1629" w:rsidRDefault="00000000">
      <w:r>
        <w:t>Name: ________________________________    Date: ______________    Period: ________</w:t>
      </w:r>
    </w:p>
    <w:p w14:paraId="1EE2FC85" w14:textId="77777777" w:rsidR="003E1629" w:rsidRDefault="00000000">
      <w:pPr>
        <w:pStyle w:val="Heading2"/>
      </w:pPr>
      <w:r>
        <w:rPr>
          <w:color w:val="1A1A2E"/>
        </w:rPr>
        <w:t>Scoring &amp; Proficiency Thresholds</w:t>
      </w:r>
    </w:p>
    <w:tbl>
      <w:tblPr>
        <w:tblStyle w:val="TableGrid"/>
        <w:tblW w:w="0" w:type="auto"/>
        <w:jc w:val="center"/>
        <w:tblLook w:val="04A0" w:firstRow="1" w:lastRow="0" w:firstColumn="1" w:lastColumn="0" w:noHBand="0" w:noVBand="1"/>
      </w:tblPr>
      <w:tblGrid>
        <w:gridCol w:w="2854"/>
        <w:gridCol w:w="1253"/>
        <w:gridCol w:w="1535"/>
        <w:gridCol w:w="1988"/>
        <w:gridCol w:w="1913"/>
        <w:gridCol w:w="1437"/>
      </w:tblGrid>
      <w:tr w:rsidR="00222BA1" w14:paraId="07F8C5D1" w14:textId="77777777" w:rsidTr="00222BA1">
        <w:trPr>
          <w:jc w:val="center"/>
        </w:trPr>
        <w:tc>
          <w:tcPr>
            <w:tcW w:w="2854" w:type="dxa"/>
            <w:shd w:val="clear" w:color="auto" w:fill="1F497D" w:themeFill="text2"/>
          </w:tcPr>
          <w:p w14:paraId="456EC0A9" w14:textId="62EB06CC" w:rsidR="00222BA1" w:rsidRPr="00222BA1" w:rsidRDefault="00222BA1" w:rsidP="00143EEE">
            <w:pPr>
              <w:rPr>
                <w:color w:val="FFFFFF" w:themeColor="background1"/>
              </w:rPr>
            </w:pPr>
            <w:r w:rsidRPr="00222BA1">
              <w:rPr>
                <w:color w:val="FFFFFF" w:themeColor="background1"/>
              </w:rPr>
              <w:t>Topic Area</w:t>
            </w:r>
          </w:p>
        </w:tc>
        <w:tc>
          <w:tcPr>
            <w:tcW w:w="1253" w:type="dxa"/>
            <w:shd w:val="clear" w:color="auto" w:fill="1F497D" w:themeFill="text2"/>
          </w:tcPr>
          <w:p w14:paraId="44E1E5D1" w14:textId="429AA445" w:rsidR="00222BA1" w:rsidRPr="00222BA1" w:rsidRDefault="00222BA1" w:rsidP="00143EEE">
            <w:pPr>
              <w:rPr>
                <w:color w:val="FFFFFF" w:themeColor="background1"/>
              </w:rPr>
            </w:pPr>
            <w:r w:rsidRPr="00222BA1">
              <w:rPr>
                <w:color w:val="FFFFFF" w:themeColor="background1"/>
              </w:rPr>
              <w:t>Questions</w:t>
            </w:r>
          </w:p>
        </w:tc>
        <w:tc>
          <w:tcPr>
            <w:tcW w:w="1535" w:type="dxa"/>
            <w:shd w:val="clear" w:color="auto" w:fill="1F497D" w:themeFill="text2"/>
          </w:tcPr>
          <w:p w14:paraId="293A5546" w14:textId="7715D652" w:rsidR="00222BA1" w:rsidRPr="00222BA1" w:rsidRDefault="00222BA1" w:rsidP="00143EEE">
            <w:pPr>
              <w:rPr>
                <w:color w:val="FFFFFF" w:themeColor="background1"/>
              </w:rPr>
            </w:pPr>
            <w:r w:rsidRPr="00222BA1">
              <w:rPr>
                <w:color w:val="FFFFFF" w:themeColor="background1"/>
              </w:rPr>
              <w:t>Total Points</w:t>
            </w:r>
          </w:p>
        </w:tc>
        <w:tc>
          <w:tcPr>
            <w:tcW w:w="1988" w:type="dxa"/>
            <w:shd w:val="clear" w:color="auto" w:fill="1F497D" w:themeFill="text2"/>
          </w:tcPr>
          <w:p w14:paraId="3DE629CF" w14:textId="76E9320A" w:rsidR="00222BA1" w:rsidRPr="00222BA1" w:rsidRDefault="00222BA1" w:rsidP="00143EEE">
            <w:pPr>
              <w:rPr>
                <w:rFonts w:ascii="Consolas" w:hAnsi="Consolas"/>
                <w:color w:val="FFFFFF" w:themeColor="background1"/>
              </w:rPr>
            </w:pPr>
            <w:r w:rsidRPr="00222BA1">
              <w:rPr>
                <w:rFonts w:ascii="Consolas" w:hAnsi="Consolas"/>
                <w:color w:val="FFFFFF" w:themeColor="background1"/>
              </w:rPr>
              <w:t>Should Do</w:t>
            </w:r>
          </w:p>
        </w:tc>
        <w:tc>
          <w:tcPr>
            <w:tcW w:w="1913" w:type="dxa"/>
            <w:shd w:val="clear" w:color="auto" w:fill="1F497D" w:themeFill="text2"/>
          </w:tcPr>
          <w:p w14:paraId="41DEB9B3" w14:textId="6856ED7A" w:rsidR="00222BA1" w:rsidRPr="00222BA1" w:rsidRDefault="00222BA1" w:rsidP="00143EEE">
            <w:pPr>
              <w:rPr>
                <w:color w:val="FFFFFF" w:themeColor="background1"/>
              </w:rPr>
            </w:pPr>
            <w:r w:rsidRPr="00222BA1">
              <w:rPr>
                <w:color w:val="FFFFFF" w:themeColor="background1"/>
              </w:rPr>
              <w:t>Must Do</w:t>
            </w:r>
          </w:p>
        </w:tc>
        <w:tc>
          <w:tcPr>
            <w:tcW w:w="1437" w:type="dxa"/>
            <w:shd w:val="clear" w:color="auto" w:fill="1F497D" w:themeFill="text2"/>
          </w:tcPr>
          <w:p w14:paraId="1886D728" w14:textId="01EBC2CE" w:rsidR="00222BA1" w:rsidRPr="00222BA1" w:rsidRDefault="00222BA1" w:rsidP="00143EEE">
            <w:pPr>
              <w:rPr>
                <w:rFonts w:cs="Calibri"/>
                <w:color w:val="FFFFFF" w:themeColor="background1"/>
              </w:rPr>
            </w:pPr>
            <w:r w:rsidRPr="00222BA1">
              <w:rPr>
                <w:rFonts w:cs="Calibri"/>
                <w:color w:val="FFFFFF" w:themeColor="background1"/>
              </w:rPr>
              <w:t>Aspire To Do</w:t>
            </w:r>
          </w:p>
        </w:tc>
      </w:tr>
      <w:tr w:rsidR="00222BA1" w14:paraId="22B58B46" w14:textId="77777777" w:rsidTr="00222BA1">
        <w:trPr>
          <w:jc w:val="center"/>
        </w:trPr>
        <w:tc>
          <w:tcPr>
            <w:tcW w:w="2854" w:type="dxa"/>
          </w:tcPr>
          <w:p w14:paraId="650771E1" w14:textId="77777777" w:rsidR="00222BA1" w:rsidRDefault="00222BA1" w:rsidP="00143EEE">
            <w:r>
              <w:t>1 — Measurement &amp; Significant Figures</w:t>
            </w:r>
          </w:p>
        </w:tc>
        <w:tc>
          <w:tcPr>
            <w:tcW w:w="1253" w:type="dxa"/>
          </w:tcPr>
          <w:p w14:paraId="69A89F2D" w14:textId="77777777" w:rsidR="00222BA1" w:rsidRDefault="00222BA1" w:rsidP="00143EEE">
            <w:r>
              <w:t>1–5</w:t>
            </w:r>
          </w:p>
        </w:tc>
        <w:tc>
          <w:tcPr>
            <w:tcW w:w="1535" w:type="dxa"/>
          </w:tcPr>
          <w:p w14:paraId="04EF6468" w14:textId="77777777" w:rsidR="00222BA1" w:rsidRDefault="00222BA1" w:rsidP="00143EEE">
            <w:r>
              <w:t>8 points</w:t>
            </w:r>
          </w:p>
        </w:tc>
        <w:tc>
          <w:tcPr>
            <w:tcW w:w="1988" w:type="dxa"/>
          </w:tcPr>
          <w:p w14:paraId="6EEBA233" w14:textId="77777777" w:rsidR="00222BA1" w:rsidRDefault="00222BA1" w:rsidP="00143EEE">
            <w:r>
              <w:rPr>
                <w:rFonts w:ascii="Consolas" w:hAnsi="Consolas"/>
              </w:rPr>
              <w:t>≤</w:t>
            </w:r>
            <w:r>
              <w:t xml:space="preserve"> 4</w:t>
            </w:r>
          </w:p>
        </w:tc>
        <w:tc>
          <w:tcPr>
            <w:tcW w:w="1913" w:type="dxa"/>
          </w:tcPr>
          <w:p w14:paraId="60BA761C" w14:textId="77777777" w:rsidR="00222BA1" w:rsidRDefault="00222BA1" w:rsidP="00143EEE">
            <w:r>
              <w:t xml:space="preserve">5–6 </w:t>
            </w:r>
          </w:p>
        </w:tc>
        <w:tc>
          <w:tcPr>
            <w:tcW w:w="1437" w:type="dxa"/>
          </w:tcPr>
          <w:p w14:paraId="6C520C7A" w14:textId="77777777" w:rsidR="00222BA1" w:rsidRDefault="00222BA1" w:rsidP="00143EEE">
            <w:r>
              <w:rPr>
                <w:rFonts w:cs="Calibri"/>
              </w:rPr>
              <w:t>≥</w:t>
            </w:r>
            <w:r>
              <w:t xml:space="preserve"> 7</w:t>
            </w:r>
          </w:p>
        </w:tc>
      </w:tr>
      <w:tr w:rsidR="00222BA1" w14:paraId="2022E3C6" w14:textId="77777777" w:rsidTr="00222BA1">
        <w:trPr>
          <w:jc w:val="center"/>
        </w:trPr>
        <w:tc>
          <w:tcPr>
            <w:tcW w:w="2854" w:type="dxa"/>
          </w:tcPr>
          <w:p w14:paraId="29ACC616" w14:textId="77777777" w:rsidR="00222BA1" w:rsidRDefault="00222BA1" w:rsidP="00143EEE">
            <w:r>
              <w:t>2 — Metric Conversions &amp; Dimensional Analysis</w:t>
            </w:r>
          </w:p>
        </w:tc>
        <w:tc>
          <w:tcPr>
            <w:tcW w:w="1253" w:type="dxa"/>
          </w:tcPr>
          <w:p w14:paraId="643802AC" w14:textId="77777777" w:rsidR="00222BA1" w:rsidRDefault="00222BA1" w:rsidP="00143EEE">
            <w:r>
              <w:t>6–9</w:t>
            </w:r>
          </w:p>
        </w:tc>
        <w:tc>
          <w:tcPr>
            <w:tcW w:w="1535" w:type="dxa"/>
          </w:tcPr>
          <w:p w14:paraId="53CB61AA" w14:textId="77777777" w:rsidR="00222BA1" w:rsidRDefault="00222BA1" w:rsidP="00143EEE">
            <w:r>
              <w:t>5 points</w:t>
            </w:r>
          </w:p>
        </w:tc>
        <w:tc>
          <w:tcPr>
            <w:tcW w:w="1988" w:type="dxa"/>
          </w:tcPr>
          <w:p w14:paraId="3C6EA727" w14:textId="77777777" w:rsidR="00222BA1" w:rsidRDefault="00222BA1" w:rsidP="00143EEE">
            <w:r>
              <w:rPr>
                <w:rFonts w:ascii="Consolas" w:hAnsi="Consolas"/>
              </w:rPr>
              <w:t>≤</w:t>
            </w:r>
            <w:r>
              <w:t xml:space="preserve"> 3</w:t>
            </w:r>
          </w:p>
        </w:tc>
        <w:tc>
          <w:tcPr>
            <w:tcW w:w="1913" w:type="dxa"/>
          </w:tcPr>
          <w:p w14:paraId="7C0F4853" w14:textId="77777777" w:rsidR="00222BA1" w:rsidRDefault="00222BA1" w:rsidP="00143EEE">
            <w:r>
              <w:t xml:space="preserve">4 </w:t>
            </w:r>
          </w:p>
        </w:tc>
        <w:tc>
          <w:tcPr>
            <w:tcW w:w="1437" w:type="dxa"/>
          </w:tcPr>
          <w:p w14:paraId="71568B17" w14:textId="77777777" w:rsidR="00222BA1" w:rsidRDefault="00222BA1" w:rsidP="00143EEE">
            <w:r>
              <w:t>5</w:t>
            </w:r>
          </w:p>
        </w:tc>
      </w:tr>
      <w:tr w:rsidR="00222BA1" w14:paraId="08EB442E" w14:textId="77777777" w:rsidTr="00222BA1">
        <w:trPr>
          <w:jc w:val="center"/>
        </w:trPr>
        <w:tc>
          <w:tcPr>
            <w:tcW w:w="2854" w:type="dxa"/>
          </w:tcPr>
          <w:p w14:paraId="7588E47D" w14:textId="77777777" w:rsidR="00222BA1" w:rsidRDefault="00222BA1" w:rsidP="00143EEE">
            <w:r>
              <w:t xml:space="preserve">3 — Accuracy, Precision &amp; Error Analysis </w:t>
            </w:r>
          </w:p>
        </w:tc>
        <w:tc>
          <w:tcPr>
            <w:tcW w:w="1253" w:type="dxa"/>
          </w:tcPr>
          <w:p w14:paraId="1FB28D24" w14:textId="77777777" w:rsidR="00222BA1" w:rsidRDefault="00222BA1" w:rsidP="00143EEE">
            <w:r>
              <w:t>10–15</w:t>
            </w:r>
          </w:p>
        </w:tc>
        <w:tc>
          <w:tcPr>
            <w:tcW w:w="1535" w:type="dxa"/>
          </w:tcPr>
          <w:p w14:paraId="1FDD7020" w14:textId="77777777" w:rsidR="00222BA1" w:rsidRDefault="00222BA1" w:rsidP="00143EEE">
            <w:r>
              <w:t>13 points</w:t>
            </w:r>
          </w:p>
        </w:tc>
        <w:tc>
          <w:tcPr>
            <w:tcW w:w="1988" w:type="dxa"/>
          </w:tcPr>
          <w:p w14:paraId="0D23517F" w14:textId="77777777" w:rsidR="00222BA1" w:rsidRDefault="00222BA1" w:rsidP="00143EEE">
            <w:r>
              <w:rPr>
                <w:rFonts w:ascii="Consolas" w:hAnsi="Consolas"/>
              </w:rPr>
              <w:t>≤</w:t>
            </w:r>
            <w:r>
              <w:t xml:space="preserve"> 10</w:t>
            </w:r>
          </w:p>
        </w:tc>
        <w:tc>
          <w:tcPr>
            <w:tcW w:w="1913" w:type="dxa"/>
          </w:tcPr>
          <w:p w14:paraId="1EFA2EC2" w14:textId="77777777" w:rsidR="00222BA1" w:rsidRDefault="00222BA1" w:rsidP="00143EEE">
            <w:r>
              <w:t xml:space="preserve">11-12 </w:t>
            </w:r>
          </w:p>
        </w:tc>
        <w:tc>
          <w:tcPr>
            <w:tcW w:w="1437" w:type="dxa"/>
          </w:tcPr>
          <w:p w14:paraId="7EE09619" w14:textId="77777777" w:rsidR="00222BA1" w:rsidRDefault="00222BA1" w:rsidP="00143EEE">
            <w:r>
              <w:rPr>
                <w:rFonts w:cs="Calibri"/>
              </w:rPr>
              <w:t>≥</w:t>
            </w:r>
            <w:r>
              <w:t xml:space="preserve"> 13</w:t>
            </w:r>
          </w:p>
        </w:tc>
      </w:tr>
    </w:tbl>
    <w:p w14:paraId="29048A8A" w14:textId="77777777" w:rsidR="003E1629" w:rsidRDefault="00000000" w:rsidP="00E74487">
      <w:pPr>
        <w:pStyle w:val="Heading1"/>
        <w:spacing w:line="240" w:lineRule="auto"/>
        <w:contextualSpacing/>
      </w:pPr>
      <w:r>
        <w:rPr>
          <w:color w:val="1A1A2E"/>
        </w:rPr>
        <w:t>Section 1: Measurement &amp; Significant Figures</w:t>
      </w:r>
    </w:p>
    <w:p w14:paraId="2E43A268" w14:textId="77777777" w:rsidR="003E1629" w:rsidRDefault="00000000">
      <w:r>
        <w:rPr>
          <w:b/>
        </w:rPr>
        <w:t xml:space="preserve">1.  </w:t>
      </w:r>
      <w:r>
        <w:t xml:space="preserve">In your own words, explain why scientists use significant figures when reporting measurements instead of just writing down every number shown on a calculator.  </w:t>
      </w:r>
      <w:r>
        <w:rPr>
          <w:color w:val="888888"/>
          <w:sz w:val="18"/>
        </w:rPr>
        <w:t>(2 points)</w:t>
      </w:r>
    </w:p>
    <w:p w14:paraId="73BA3430" w14:textId="5AFEEB6E" w:rsidR="003E1629" w:rsidRDefault="00000000">
      <w:pPr>
        <w:spacing w:before="120" w:after="120"/>
      </w:pPr>
      <w:r>
        <w:rPr>
          <w:color w:val="CCCCCC"/>
          <w:sz w:val="20"/>
        </w:rPr>
        <w:t>_____________________________________________________________________________________</w:t>
      </w:r>
      <w:r w:rsidR="0024728E">
        <w:rPr>
          <w:color w:val="CCCCCC"/>
          <w:sz w:val="20"/>
        </w:rPr>
        <w:t>___________</w:t>
      </w:r>
    </w:p>
    <w:p w14:paraId="49710F6C" w14:textId="76EFD4A0" w:rsidR="003E1629" w:rsidRDefault="00000000">
      <w:pPr>
        <w:spacing w:before="120" w:after="120"/>
      </w:pPr>
      <w:r>
        <w:rPr>
          <w:color w:val="CCCCCC"/>
          <w:sz w:val="20"/>
        </w:rPr>
        <w:t>____________________________________________________________________________________</w:t>
      </w:r>
      <w:r w:rsidR="0024728E">
        <w:rPr>
          <w:color w:val="CCCCCC"/>
          <w:sz w:val="20"/>
        </w:rPr>
        <w:t>___________</w:t>
      </w:r>
      <w:r>
        <w:rPr>
          <w:color w:val="CCCCCC"/>
          <w:sz w:val="20"/>
        </w:rPr>
        <w:t>_</w:t>
      </w:r>
    </w:p>
    <w:p w14:paraId="116970FD" w14:textId="74956E56" w:rsidR="003E1629" w:rsidRDefault="00000000">
      <w:pPr>
        <w:spacing w:before="120" w:after="120"/>
      </w:pPr>
      <w:r>
        <w:rPr>
          <w:color w:val="CCCCCC"/>
          <w:sz w:val="20"/>
        </w:rPr>
        <w:t>___________________________________________________________________________________</w:t>
      </w:r>
      <w:r w:rsidR="0024728E">
        <w:rPr>
          <w:color w:val="CCCCCC"/>
          <w:sz w:val="20"/>
        </w:rPr>
        <w:t>___________</w:t>
      </w:r>
      <w:r>
        <w:rPr>
          <w:color w:val="CCCCCC"/>
          <w:sz w:val="20"/>
        </w:rPr>
        <w:t>__</w:t>
      </w:r>
    </w:p>
    <w:p w14:paraId="152049B8" w14:textId="77777777" w:rsidR="003E1629" w:rsidRDefault="00000000" w:rsidP="00E74487">
      <w:pPr>
        <w:contextualSpacing/>
      </w:pPr>
      <w:r>
        <w:rPr>
          <w:b/>
        </w:rPr>
        <w:t xml:space="preserve">2.  </w:t>
      </w:r>
      <w:r>
        <w:t xml:space="preserve">How many significant figures are in the measurement 0.04050 g?  </w:t>
      </w:r>
      <w:r>
        <w:rPr>
          <w:color w:val="888888"/>
          <w:sz w:val="18"/>
        </w:rPr>
        <w:t>(1 point)</w:t>
      </w:r>
    </w:p>
    <w:p w14:paraId="12B8C6FA" w14:textId="77777777" w:rsidR="003E1629" w:rsidRDefault="00000000" w:rsidP="00E74487">
      <w:pPr>
        <w:spacing w:before="20" w:after="20"/>
        <w:ind w:left="720"/>
        <w:contextualSpacing/>
      </w:pPr>
      <w:r>
        <w:t>A. 2</w:t>
      </w:r>
    </w:p>
    <w:p w14:paraId="55B621F6" w14:textId="77777777" w:rsidR="003E1629" w:rsidRDefault="00000000">
      <w:pPr>
        <w:spacing w:before="20" w:after="20"/>
        <w:ind w:left="720"/>
      </w:pPr>
      <w:r>
        <w:t>B. 3</w:t>
      </w:r>
    </w:p>
    <w:p w14:paraId="4741BC99" w14:textId="77777777" w:rsidR="003E1629" w:rsidRDefault="00000000">
      <w:pPr>
        <w:spacing w:before="20" w:after="20"/>
        <w:ind w:left="720"/>
      </w:pPr>
      <w:r>
        <w:t>C. 4</w:t>
      </w:r>
    </w:p>
    <w:p w14:paraId="05CF7F3F" w14:textId="0A5AB8F8" w:rsidR="003E1629" w:rsidRDefault="00000000" w:rsidP="000568D6">
      <w:pPr>
        <w:spacing w:before="20" w:after="20"/>
        <w:ind w:left="720"/>
      </w:pPr>
      <w:r>
        <w:t>D. 6</w:t>
      </w:r>
    </w:p>
    <w:p w14:paraId="04513F59" w14:textId="77777777" w:rsidR="003E1629" w:rsidRDefault="00000000" w:rsidP="00E74487">
      <w:pPr>
        <w:contextualSpacing/>
      </w:pPr>
      <w:r>
        <w:rPr>
          <w:b/>
        </w:rPr>
        <w:t>3</w:t>
      </w:r>
      <w:proofErr w:type="gramStart"/>
      <w:r>
        <w:rPr>
          <w:b/>
        </w:rPr>
        <w:t xml:space="preserve">.  </w:t>
      </w:r>
      <w:r>
        <w:t>When</w:t>
      </w:r>
      <w:proofErr w:type="gramEnd"/>
      <w:r>
        <w:t xml:space="preserve"> reading a volume in a graduated cylinder, how do you determine the correct number of significant figures to record?  </w:t>
      </w:r>
      <w:r>
        <w:rPr>
          <w:color w:val="888888"/>
          <w:sz w:val="18"/>
        </w:rPr>
        <w:t>(1 point)</w:t>
      </w:r>
    </w:p>
    <w:p w14:paraId="3BF7FA4C" w14:textId="77777777" w:rsidR="003E1629" w:rsidRDefault="00000000" w:rsidP="00E74487">
      <w:pPr>
        <w:spacing w:before="20" w:after="20"/>
        <w:ind w:left="720"/>
        <w:contextualSpacing/>
      </w:pPr>
      <w:r>
        <w:t>A. Read exactly to the lines marked on the cylinder.</w:t>
      </w:r>
    </w:p>
    <w:p w14:paraId="3349FB98" w14:textId="77777777" w:rsidR="003E1629" w:rsidRDefault="00000000">
      <w:pPr>
        <w:spacing w:before="20" w:after="20"/>
        <w:ind w:left="720"/>
      </w:pPr>
      <w:r>
        <w:t>B. Read to the lines marked on the cylinder and estimate one additional digit between the lines.</w:t>
      </w:r>
    </w:p>
    <w:p w14:paraId="3845C2B9" w14:textId="77777777" w:rsidR="003E1629" w:rsidRDefault="00000000">
      <w:pPr>
        <w:spacing w:before="20" w:after="20"/>
        <w:ind w:left="720"/>
      </w:pPr>
      <w:r>
        <w:t>C. Record as many decimal places as possible.</w:t>
      </w:r>
    </w:p>
    <w:p w14:paraId="687B5B1C" w14:textId="2E2D4A21" w:rsidR="003E1629" w:rsidRDefault="00000000" w:rsidP="00E74487">
      <w:pPr>
        <w:spacing w:before="20" w:after="20"/>
        <w:ind w:left="720"/>
      </w:pPr>
      <w:r>
        <w:t>D. Always round to a whole number.</w:t>
      </w:r>
    </w:p>
    <w:p w14:paraId="5F633FCD" w14:textId="77777777" w:rsidR="003E1629" w:rsidRDefault="00000000">
      <w:r>
        <w:rPr>
          <w:b/>
        </w:rPr>
        <w:t>4</w:t>
      </w:r>
      <w:proofErr w:type="gramStart"/>
      <w:r>
        <w:rPr>
          <w:b/>
        </w:rPr>
        <w:t xml:space="preserve">.  </w:t>
      </w:r>
      <w:r>
        <w:t>A</w:t>
      </w:r>
      <w:proofErr w:type="gramEnd"/>
      <w:r>
        <w:t xml:space="preserve"> student measures the length of a metal block as 12.4 cm and its width as 5.2 cm. Calculate the area of the block (Area = length × width). Report your final answer with the correct number of significant figures.  </w:t>
      </w:r>
      <w:r>
        <w:rPr>
          <w:color w:val="888888"/>
          <w:sz w:val="18"/>
        </w:rPr>
        <w:t>(2 points)</w:t>
      </w:r>
    </w:p>
    <w:p w14:paraId="7D937442" w14:textId="4864C11E" w:rsidR="003E1629" w:rsidRDefault="00000000">
      <w:pPr>
        <w:spacing w:before="120" w:after="120"/>
      </w:pPr>
      <w:r>
        <w:rPr>
          <w:color w:val="CCCCCC"/>
          <w:sz w:val="20"/>
        </w:rPr>
        <w:t>___________________________________________________________________________________</w:t>
      </w:r>
      <w:r w:rsidR="0024728E">
        <w:rPr>
          <w:color w:val="CCCCCC"/>
          <w:sz w:val="20"/>
        </w:rPr>
        <w:t>___________</w:t>
      </w:r>
      <w:r>
        <w:rPr>
          <w:color w:val="CCCCCC"/>
          <w:sz w:val="20"/>
        </w:rPr>
        <w:t>__</w:t>
      </w:r>
    </w:p>
    <w:p w14:paraId="1CE0118C" w14:textId="6A7BB5F3" w:rsidR="003E1629" w:rsidRDefault="00000000">
      <w:pPr>
        <w:spacing w:before="120" w:after="120"/>
      </w:pPr>
      <w:r>
        <w:rPr>
          <w:color w:val="CCCCCC"/>
          <w:sz w:val="20"/>
        </w:rPr>
        <w:t>___________________________________________________________________________</w:t>
      </w:r>
      <w:r w:rsidR="0024728E">
        <w:rPr>
          <w:color w:val="CCCCCC"/>
          <w:sz w:val="20"/>
        </w:rPr>
        <w:t>___________</w:t>
      </w:r>
      <w:r>
        <w:rPr>
          <w:color w:val="CCCCCC"/>
          <w:sz w:val="20"/>
        </w:rPr>
        <w:t>__________</w:t>
      </w:r>
    </w:p>
    <w:p w14:paraId="5B0DEE37" w14:textId="1445E287" w:rsidR="003E1629" w:rsidRDefault="00000000">
      <w:pPr>
        <w:spacing w:before="120" w:after="120"/>
      </w:pPr>
      <w:r>
        <w:rPr>
          <w:color w:val="CCCCCC"/>
          <w:sz w:val="20"/>
        </w:rPr>
        <w:t>____________________________________________________________________________</w:t>
      </w:r>
      <w:r w:rsidR="0024728E">
        <w:rPr>
          <w:color w:val="CCCCCC"/>
          <w:sz w:val="20"/>
        </w:rPr>
        <w:t>___________</w:t>
      </w:r>
      <w:r>
        <w:rPr>
          <w:color w:val="CCCCCC"/>
          <w:sz w:val="20"/>
        </w:rPr>
        <w:t>_________</w:t>
      </w:r>
    </w:p>
    <w:p w14:paraId="4078A353" w14:textId="77777777" w:rsidR="003E1629" w:rsidRDefault="00000000">
      <w:r>
        <w:rPr>
          <w:b/>
        </w:rPr>
        <w:t xml:space="preserve">5.  </w:t>
      </w:r>
      <w:r>
        <w:t xml:space="preserve">A student combines three samples of a substance. The masses are 14.5 g, 2.13 g, and 0.522 g. Calculate the total mass of the combined sample. Report your final answer with the correct number of significant figures.  </w:t>
      </w:r>
      <w:r>
        <w:rPr>
          <w:color w:val="888888"/>
          <w:sz w:val="18"/>
        </w:rPr>
        <w:t>(2 points)</w:t>
      </w:r>
    </w:p>
    <w:p w14:paraId="6F1E7DD8" w14:textId="0AF90588" w:rsidR="003E1629" w:rsidRDefault="00000000">
      <w:pPr>
        <w:spacing w:before="120" w:after="120"/>
      </w:pPr>
      <w:r>
        <w:rPr>
          <w:color w:val="CCCCCC"/>
          <w:sz w:val="20"/>
        </w:rPr>
        <w:t>_____________________________________________________________________________</w:t>
      </w:r>
      <w:r w:rsidR="0024728E">
        <w:rPr>
          <w:color w:val="CCCCCC"/>
          <w:sz w:val="20"/>
        </w:rPr>
        <w:t>__________</w:t>
      </w:r>
      <w:r>
        <w:rPr>
          <w:color w:val="CCCCCC"/>
          <w:sz w:val="20"/>
        </w:rPr>
        <w:t>________</w:t>
      </w:r>
    </w:p>
    <w:p w14:paraId="7FCEA760" w14:textId="25F2740A" w:rsidR="003E1629" w:rsidRDefault="00000000">
      <w:pPr>
        <w:spacing w:before="120" w:after="120"/>
      </w:pPr>
      <w:r>
        <w:rPr>
          <w:color w:val="CCCCCC"/>
          <w:sz w:val="20"/>
        </w:rPr>
        <w:t>_______________________________________________________________________________</w:t>
      </w:r>
      <w:r w:rsidR="0024728E">
        <w:rPr>
          <w:color w:val="CCCCCC"/>
          <w:sz w:val="20"/>
        </w:rPr>
        <w:t>__________</w:t>
      </w:r>
      <w:r>
        <w:rPr>
          <w:color w:val="CCCCCC"/>
          <w:sz w:val="20"/>
        </w:rPr>
        <w:t>______</w:t>
      </w:r>
    </w:p>
    <w:p w14:paraId="35F7FAE6" w14:textId="523200CA" w:rsidR="003E1629" w:rsidRDefault="00000000">
      <w:pPr>
        <w:spacing w:before="120" w:after="120"/>
      </w:pPr>
      <w:r>
        <w:rPr>
          <w:color w:val="CCCCCC"/>
          <w:sz w:val="20"/>
        </w:rPr>
        <w:t>_______________________________________________________________________________</w:t>
      </w:r>
      <w:r w:rsidR="0024728E">
        <w:rPr>
          <w:color w:val="CCCCCC"/>
          <w:sz w:val="20"/>
        </w:rPr>
        <w:t>__________</w:t>
      </w:r>
      <w:r>
        <w:rPr>
          <w:color w:val="CCCCCC"/>
          <w:sz w:val="20"/>
        </w:rPr>
        <w:t>______</w:t>
      </w:r>
    </w:p>
    <w:p w14:paraId="05610820" w14:textId="77777777" w:rsidR="003E1629" w:rsidRDefault="00000000">
      <w:pPr>
        <w:pStyle w:val="Heading1"/>
      </w:pPr>
      <w:r>
        <w:rPr>
          <w:color w:val="1A1A2E"/>
        </w:rPr>
        <w:lastRenderedPageBreak/>
        <w:t>Section 2: Metric Conversions &amp; Dimensional Analysis</w:t>
      </w:r>
    </w:p>
    <w:p w14:paraId="76815A6F" w14:textId="77777777" w:rsidR="003E1629" w:rsidRDefault="00000000">
      <w:r>
        <w:rPr>
          <w:b/>
        </w:rPr>
        <w:t xml:space="preserve">6.  </w:t>
      </w:r>
      <w:r>
        <w:t xml:space="preserve">Which of the following represents the largest mass?  </w:t>
      </w:r>
      <w:r>
        <w:rPr>
          <w:color w:val="888888"/>
          <w:sz w:val="18"/>
        </w:rPr>
        <w:t>(1 point)</w:t>
      </w:r>
    </w:p>
    <w:p w14:paraId="5B7757F9" w14:textId="77777777" w:rsidR="003E1629" w:rsidRDefault="00000000">
      <w:pPr>
        <w:spacing w:before="20" w:after="20"/>
        <w:ind w:left="720"/>
      </w:pPr>
      <w:r>
        <w:t>A. 5.0 kg</w:t>
      </w:r>
    </w:p>
    <w:p w14:paraId="0C76CAD8" w14:textId="77777777" w:rsidR="003E1629" w:rsidRDefault="00000000">
      <w:pPr>
        <w:spacing w:before="20" w:after="20"/>
        <w:ind w:left="720"/>
      </w:pPr>
      <w:r>
        <w:t>B. 5,000 mg</w:t>
      </w:r>
    </w:p>
    <w:p w14:paraId="44507CB6" w14:textId="77777777" w:rsidR="003E1629" w:rsidRDefault="00000000">
      <w:pPr>
        <w:spacing w:before="20" w:after="20"/>
        <w:ind w:left="720"/>
      </w:pPr>
      <w:r>
        <w:t>C. 500 g</w:t>
      </w:r>
    </w:p>
    <w:p w14:paraId="0055A518" w14:textId="5E481389" w:rsidR="003E1629" w:rsidRDefault="00000000" w:rsidP="0024728E">
      <w:pPr>
        <w:spacing w:before="20" w:after="20" w:line="360" w:lineRule="auto"/>
        <w:ind w:left="720"/>
      </w:pPr>
      <w:r>
        <w:t>D. 0.05 kg</w:t>
      </w:r>
    </w:p>
    <w:p w14:paraId="70AB370C" w14:textId="77777777" w:rsidR="003E1629" w:rsidRDefault="00000000" w:rsidP="0024728E">
      <w:pPr>
        <w:spacing w:line="240" w:lineRule="auto"/>
      </w:pPr>
      <w:r>
        <w:rPr>
          <w:b/>
        </w:rPr>
        <w:t>7</w:t>
      </w:r>
      <w:proofErr w:type="gramStart"/>
      <w:r>
        <w:rPr>
          <w:b/>
        </w:rPr>
        <w:t xml:space="preserve">.  </w:t>
      </w:r>
      <w:r>
        <w:t>A</w:t>
      </w:r>
      <w:proofErr w:type="gramEnd"/>
      <w:r>
        <w:t xml:space="preserve"> student needs to convert 450 millimeters (mm) to meters (m). Which conversion factor should they multiply by?  </w:t>
      </w:r>
      <w:r>
        <w:rPr>
          <w:color w:val="888888"/>
          <w:sz w:val="18"/>
        </w:rPr>
        <w:t>(1 point)</w:t>
      </w:r>
    </w:p>
    <w:p w14:paraId="736BC370" w14:textId="77777777" w:rsidR="003E1629" w:rsidRDefault="00000000">
      <w:pPr>
        <w:spacing w:before="20" w:after="20"/>
        <w:ind w:left="720"/>
      </w:pPr>
      <w:r>
        <w:t>A. (1000 mm / 1 m)</w:t>
      </w:r>
    </w:p>
    <w:p w14:paraId="0835A67D" w14:textId="77777777" w:rsidR="003E1629" w:rsidRDefault="00000000">
      <w:pPr>
        <w:spacing w:before="20" w:after="20"/>
        <w:ind w:left="720"/>
      </w:pPr>
      <w:r>
        <w:t>B. (1 m / 1000 mm)</w:t>
      </w:r>
    </w:p>
    <w:p w14:paraId="0D40B433" w14:textId="77777777" w:rsidR="003E1629" w:rsidRDefault="00000000">
      <w:pPr>
        <w:spacing w:before="20" w:after="20"/>
        <w:ind w:left="720"/>
      </w:pPr>
      <w:r>
        <w:t>C. (100 mm / 1 m)</w:t>
      </w:r>
    </w:p>
    <w:p w14:paraId="6D9176C9" w14:textId="0E2252E1" w:rsidR="003E1629" w:rsidRDefault="00000000" w:rsidP="0024728E">
      <w:pPr>
        <w:spacing w:before="20" w:after="20" w:line="360" w:lineRule="auto"/>
        <w:ind w:left="720"/>
      </w:pPr>
      <w:r>
        <w:t>D. (1 m / 100 mm)</w:t>
      </w:r>
    </w:p>
    <w:p w14:paraId="0086EC84" w14:textId="77777777" w:rsidR="003E1629" w:rsidRDefault="00000000" w:rsidP="0024728E">
      <w:pPr>
        <w:spacing w:line="360" w:lineRule="auto"/>
        <w:ind w:right="-378"/>
      </w:pPr>
      <w:r>
        <w:rPr>
          <w:b/>
        </w:rPr>
        <w:t xml:space="preserve">8.  </w:t>
      </w:r>
      <w:r>
        <w:t xml:space="preserve">A medical syringe holds 15.0 cubic centimeters (cm³) of fluid. How many milliliters (mL) does it hold?  </w:t>
      </w:r>
      <w:r>
        <w:rPr>
          <w:color w:val="888888"/>
          <w:sz w:val="18"/>
        </w:rPr>
        <w:t>(1 point)</w:t>
      </w:r>
    </w:p>
    <w:p w14:paraId="532C4238" w14:textId="4ACE9666" w:rsidR="003E1629" w:rsidRDefault="00000000">
      <w:pPr>
        <w:spacing w:before="120" w:after="120"/>
      </w:pPr>
      <w:r>
        <w:rPr>
          <w:color w:val="CCCCCC"/>
          <w:sz w:val="20"/>
        </w:rPr>
        <w:t>_________________________________________________________________________________</w:t>
      </w:r>
      <w:r w:rsidR="0024728E">
        <w:rPr>
          <w:color w:val="CCCCCC"/>
          <w:sz w:val="20"/>
        </w:rPr>
        <w:t>________</w:t>
      </w:r>
      <w:r>
        <w:rPr>
          <w:color w:val="CCCCCC"/>
          <w:sz w:val="20"/>
        </w:rPr>
        <w:t>____</w:t>
      </w:r>
    </w:p>
    <w:p w14:paraId="63F53602" w14:textId="4F864FB0" w:rsidR="003E1629" w:rsidRDefault="00000000">
      <w:pPr>
        <w:spacing w:before="120" w:after="120"/>
      </w:pPr>
      <w:r>
        <w:rPr>
          <w:color w:val="CCCCCC"/>
          <w:sz w:val="20"/>
        </w:rPr>
        <w:t>________________________________________________________________________________</w:t>
      </w:r>
      <w:r w:rsidR="0024728E">
        <w:rPr>
          <w:color w:val="CCCCCC"/>
          <w:sz w:val="20"/>
        </w:rPr>
        <w:t>________</w:t>
      </w:r>
      <w:r>
        <w:rPr>
          <w:color w:val="CCCCCC"/>
          <w:sz w:val="20"/>
        </w:rPr>
        <w:t>_____</w:t>
      </w:r>
    </w:p>
    <w:p w14:paraId="5125E3F6" w14:textId="6DC56AE4" w:rsidR="003E1629" w:rsidRDefault="00000000">
      <w:r>
        <w:rPr>
          <w:b/>
        </w:rPr>
        <w:t>9</w:t>
      </w:r>
      <w:proofErr w:type="gramStart"/>
      <w:r>
        <w:rPr>
          <w:b/>
        </w:rPr>
        <w:t xml:space="preserve">.  </w:t>
      </w:r>
      <w:r>
        <w:t>A</w:t>
      </w:r>
      <w:proofErr w:type="gramEnd"/>
      <w:r>
        <w:t xml:space="preserve"> car </w:t>
      </w:r>
      <w:proofErr w:type="gramStart"/>
      <w:r>
        <w:t>is traveling at</w:t>
      </w:r>
      <w:proofErr w:type="gramEnd"/>
      <w:r>
        <w:t xml:space="preserve"> 65 </w:t>
      </w:r>
      <w:r w:rsidR="000568D6">
        <w:t>km</w:t>
      </w:r>
      <w:r>
        <w:t xml:space="preserve"> per hour. Set up the dimensional analysis to convert this speed to meters per </w:t>
      </w:r>
      <w:r w:rsidR="000568D6">
        <w:t>second</w:t>
      </w:r>
      <w:r>
        <w:t xml:space="preserve">.  </w:t>
      </w:r>
      <w:r w:rsidR="0024728E">
        <w:t xml:space="preserve">You do not actually need to calculate the correct answer. </w:t>
      </w:r>
      <w:r>
        <w:rPr>
          <w:color w:val="888888"/>
          <w:sz w:val="18"/>
        </w:rPr>
        <w:t>(2 points)</w:t>
      </w:r>
    </w:p>
    <w:p w14:paraId="35A72A29" w14:textId="6C3589D1" w:rsidR="003E1629" w:rsidRDefault="00000000">
      <w:pPr>
        <w:spacing w:before="120" w:after="120"/>
      </w:pPr>
      <w:r>
        <w:rPr>
          <w:color w:val="CCCCCC"/>
          <w:sz w:val="20"/>
        </w:rPr>
        <w:t>________________________________________________________________________________</w:t>
      </w:r>
      <w:r w:rsidR="0024728E">
        <w:rPr>
          <w:color w:val="CCCCCC"/>
          <w:sz w:val="20"/>
        </w:rPr>
        <w:t>__________</w:t>
      </w:r>
      <w:r>
        <w:rPr>
          <w:color w:val="CCCCCC"/>
          <w:sz w:val="20"/>
        </w:rPr>
        <w:t>_____</w:t>
      </w:r>
    </w:p>
    <w:p w14:paraId="69093FE8" w14:textId="1F8786AC" w:rsidR="003E1629" w:rsidRDefault="00000000">
      <w:pPr>
        <w:spacing w:before="120" w:after="120"/>
      </w:pPr>
      <w:r>
        <w:rPr>
          <w:color w:val="CCCCCC"/>
          <w:sz w:val="20"/>
        </w:rPr>
        <w:t>_______________________________________________________________________________</w:t>
      </w:r>
      <w:r w:rsidR="0024728E">
        <w:rPr>
          <w:color w:val="CCCCCC"/>
          <w:sz w:val="20"/>
        </w:rPr>
        <w:t>__________</w:t>
      </w:r>
      <w:r>
        <w:rPr>
          <w:color w:val="CCCCCC"/>
          <w:sz w:val="20"/>
        </w:rPr>
        <w:t>______</w:t>
      </w:r>
    </w:p>
    <w:p w14:paraId="31046CFD" w14:textId="77777777" w:rsidR="0024728E" w:rsidRDefault="00000000" w:rsidP="00E74487">
      <w:pPr>
        <w:spacing w:before="120" w:after="120" w:line="240" w:lineRule="auto"/>
        <w:contextualSpacing/>
        <w:rPr>
          <w:color w:val="CCCCCC"/>
          <w:sz w:val="20"/>
        </w:rPr>
      </w:pPr>
      <w:r>
        <w:rPr>
          <w:color w:val="CCCCCC"/>
          <w:sz w:val="20"/>
        </w:rPr>
        <w:t>_____________________________________________________________________________</w:t>
      </w:r>
      <w:r w:rsidR="0024728E">
        <w:rPr>
          <w:color w:val="CCCCCC"/>
          <w:sz w:val="20"/>
        </w:rPr>
        <w:t>__________</w:t>
      </w:r>
      <w:r>
        <w:rPr>
          <w:color w:val="CCCCCC"/>
          <w:sz w:val="20"/>
        </w:rPr>
        <w:t>________</w:t>
      </w:r>
    </w:p>
    <w:p w14:paraId="21D0A5CF" w14:textId="77777777" w:rsidR="0024728E" w:rsidRDefault="0024728E" w:rsidP="00E74487">
      <w:pPr>
        <w:pStyle w:val="Heading1"/>
        <w:spacing w:line="240" w:lineRule="auto"/>
        <w:contextualSpacing/>
      </w:pPr>
      <w:r>
        <w:rPr>
          <w:color w:val="1A1A2E"/>
        </w:rPr>
        <w:t>Section 3: Accuracy, Precision &amp; Error Analysis</w:t>
      </w:r>
    </w:p>
    <w:p w14:paraId="66848B1F" w14:textId="2E3C66FF" w:rsidR="003E1629" w:rsidRDefault="000568D6" w:rsidP="00E74487">
      <w:pPr>
        <w:spacing w:before="120" w:after="120"/>
        <w:contextualSpacing/>
      </w:pPr>
      <w:r>
        <w:rPr>
          <w:b/>
        </w:rPr>
        <w:t xml:space="preserve">1. </w:t>
      </w:r>
      <w:r>
        <w:t xml:space="preserve">Define accuracy and precision in your own words.  </w:t>
      </w:r>
      <w:r>
        <w:rPr>
          <w:color w:val="888888"/>
          <w:sz w:val="18"/>
        </w:rPr>
        <w:t>(2 points)</w:t>
      </w:r>
    </w:p>
    <w:p w14:paraId="05DA1316" w14:textId="77777777" w:rsidR="003E1629" w:rsidRDefault="00000000" w:rsidP="00E74487">
      <w:pPr>
        <w:ind w:left="432"/>
        <w:contextualSpacing/>
      </w:pPr>
      <w:r>
        <w:rPr>
          <w:b/>
        </w:rPr>
        <w:t xml:space="preserve">a) </w:t>
      </w:r>
      <w:r>
        <w:t>Accuracy:</w:t>
      </w:r>
    </w:p>
    <w:p w14:paraId="1A1AD8E9" w14:textId="633760A6" w:rsidR="003E1629" w:rsidRDefault="00000000" w:rsidP="00E74487">
      <w:pPr>
        <w:spacing w:before="120" w:after="120"/>
        <w:contextualSpacing/>
      </w:pPr>
      <w:r>
        <w:rPr>
          <w:color w:val="CCCCCC"/>
          <w:sz w:val="20"/>
        </w:rPr>
        <w:t>___________________________________________________________________________</w:t>
      </w:r>
      <w:r w:rsidR="0024728E">
        <w:rPr>
          <w:color w:val="CCCCCC"/>
          <w:sz w:val="20"/>
        </w:rPr>
        <w:t>_________</w:t>
      </w:r>
      <w:r>
        <w:rPr>
          <w:color w:val="CCCCCC"/>
          <w:sz w:val="20"/>
        </w:rPr>
        <w:t>__________</w:t>
      </w:r>
    </w:p>
    <w:p w14:paraId="130012AD" w14:textId="59545001" w:rsidR="003E1629" w:rsidRDefault="00000000" w:rsidP="00E74487">
      <w:pPr>
        <w:spacing w:before="120" w:after="120"/>
        <w:contextualSpacing/>
      </w:pPr>
      <w:r>
        <w:rPr>
          <w:color w:val="CCCCCC"/>
          <w:sz w:val="20"/>
        </w:rPr>
        <w:t>__________________________________________________________________________</w:t>
      </w:r>
      <w:r w:rsidR="0024728E">
        <w:rPr>
          <w:color w:val="CCCCCC"/>
          <w:sz w:val="20"/>
        </w:rPr>
        <w:t>_________</w:t>
      </w:r>
      <w:r>
        <w:rPr>
          <w:color w:val="CCCCCC"/>
          <w:sz w:val="20"/>
        </w:rPr>
        <w:t>___________</w:t>
      </w:r>
    </w:p>
    <w:p w14:paraId="04D93AE3" w14:textId="77777777" w:rsidR="003E1629" w:rsidRDefault="00000000" w:rsidP="00E74487">
      <w:pPr>
        <w:ind w:left="432"/>
        <w:contextualSpacing/>
      </w:pPr>
      <w:r>
        <w:rPr>
          <w:b/>
        </w:rPr>
        <w:t xml:space="preserve">b) </w:t>
      </w:r>
      <w:r>
        <w:t>Precision:</w:t>
      </w:r>
    </w:p>
    <w:p w14:paraId="1CB4C73F" w14:textId="4C489020" w:rsidR="003E1629" w:rsidRDefault="00000000" w:rsidP="00E74487">
      <w:pPr>
        <w:spacing w:before="120" w:after="120"/>
        <w:contextualSpacing/>
      </w:pPr>
      <w:r>
        <w:rPr>
          <w:color w:val="CCCCCC"/>
          <w:sz w:val="20"/>
        </w:rPr>
        <w:t>_________________________________________________________________________</w:t>
      </w:r>
      <w:r w:rsidR="0024728E">
        <w:rPr>
          <w:color w:val="CCCCCC"/>
          <w:sz w:val="20"/>
        </w:rPr>
        <w:t>________</w:t>
      </w:r>
      <w:r>
        <w:rPr>
          <w:color w:val="CCCCCC"/>
          <w:sz w:val="20"/>
        </w:rPr>
        <w:t>____________</w:t>
      </w:r>
    </w:p>
    <w:p w14:paraId="5E4C78E0" w14:textId="61F563A0" w:rsidR="003E1629" w:rsidRDefault="00000000">
      <w:pPr>
        <w:spacing w:before="120" w:after="120"/>
      </w:pPr>
      <w:r>
        <w:rPr>
          <w:color w:val="CCCCCC"/>
          <w:sz w:val="20"/>
        </w:rPr>
        <w:t>_________________________________________________________________________</w:t>
      </w:r>
      <w:r w:rsidR="0024728E">
        <w:rPr>
          <w:color w:val="CCCCCC"/>
          <w:sz w:val="20"/>
        </w:rPr>
        <w:t>________</w:t>
      </w:r>
      <w:r>
        <w:rPr>
          <w:color w:val="CCCCCC"/>
          <w:sz w:val="20"/>
        </w:rPr>
        <w:t>____________</w:t>
      </w:r>
    </w:p>
    <w:p w14:paraId="36C62409" w14:textId="6480160F" w:rsidR="003E1629" w:rsidRDefault="000568D6">
      <w:r>
        <w:rPr>
          <w:b/>
        </w:rPr>
        <w:t xml:space="preserve">2. </w:t>
      </w:r>
      <w:r>
        <w:t xml:space="preserve">Which of the following is an example of a systematic error?  </w:t>
      </w:r>
      <w:r>
        <w:rPr>
          <w:color w:val="888888"/>
          <w:sz w:val="18"/>
        </w:rPr>
        <w:t>(1 point)</w:t>
      </w:r>
    </w:p>
    <w:p w14:paraId="6A612E01" w14:textId="77777777" w:rsidR="003E1629" w:rsidRDefault="00000000">
      <w:pPr>
        <w:spacing w:before="20" w:after="20"/>
        <w:ind w:left="720"/>
      </w:pPr>
      <w:r>
        <w:t>A. Spilling a few drops of liquid during one trial of an experiment.</w:t>
      </w:r>
    </w:p>
    <w:p w14:paraId="2D2EDA2B" w14:textId="77777777" w:rsidR="003E1629" w:rsidRDefault="00000000">
      <w:pPr>
        <w:spacing w:before="20" w:after="20"/>
        <w:ind w:left="720"/>
      </w:pPr>
      <w:r>
        <w:t>B. Reading a thermometer slightly incorrectly because you were rushed.</w:t>
      </w:r>
    </w:p>
    <w:p w14:paraId="79747C7C" w14:textId="77777777" w:rsidR="003E1629" w:rsidRDefault="00000000">
      <w:pPr>
        <w:spacing w:before="20" w:after="20"/>
        <w:ind w:left="720"/>
      </w:pPr>
      <w:r>
        <w:t>C. Using a balance that has not been properly zeroed and always reads 0.5 g too high.</w:t>
      </w:r>
    </w:p>
    <w:p w14:paraId="0261CC06" w14:textId="4C48B879" w:rsidR="003E1629" w:rsidRDefault="00000000" w:rsidP="00E74487">
      <w:pPr>
        <w:spacing w:before="20" w:after="20"/>
        <w:ind w:left="720"/>
      </w:pPr>
      <w:r>
        <w:t>D. Slight fluctuations in room temperature during a reaction.</w:t>
      </w:r>
    </w:p>
    <w:p w14:paraId="7CDCAC23" w14:textId="0C45D4FE" w:rsidR="003E1629" w:rsidRDefault="000568D6">
      <w:r>
        <w:rPr>
          <w:b/>
        </w:rPr>
        <w:t xml:space="preserve">3. </w:t>
      </w:r>
      <w:r>
        <w:t xml:space="preserve">Which type of error (systematic or random) can be reduced by taking multiple measurements and calculating an average? Explain why.  </w:t>
      </w:r>
      <w:r>
        <w:rPr>
          <w:color w:val="888888"/>
          <w:sz w:val="18"/>
        </w:rPr>
        <w:t>(2 points)</w:t>
      </w:r>
    </w:p>
    <w:p w14:paraId="38C4B021" w14:textId="77777777" w:rsidR="003E1629" w:rsidRDefault="00000000">
      <w:pPr>
        <w:spacing w:before="120" w:after="120"/>
      </w:pPr>
      <w:r>
        <w:rPr>
          <w:color w:val="CCCCCC"/>
          <w:sz w:val="20"/>
        </w:rPr>
        <w:t>_____________________________________________________________________________________</w:t>
      </w:r>
    </w:p>
    <w:p w14:paraId="6CA5C4AB" w14:textId="77777777" w:rsidR="003E1629" w:rsidRDefault="00000000">
      <w:pPr>
        <w:spacing w:before="120" w:after="120"/>
      </w:pPr>
      <w:r>
        <w:rPr>
          <w:color w:val="CCCCCC"/>
          <w:sz w:val="20"/>
        </w:rPr>
        <w:t>_____________________________________________________________________________________</w:t>
      </w:r>
    </w:p>
    <w:p w14:paraId="2E76B66E" w14:textId="77777777" w:rsidR="003E1629" w:rsidRDefault="00000000">
      <w:pPr>
        <w:spacing w:before="120" w:after="120"/>
      </w:pPr>
      <w:r>
        <w:rPr>
          <w:color w:val="CCCCCC"/>
          <w:sz w:val="20"/>
        </w:rPr>
        <w:t>_____________________________________________________________________________________</w:t>
      </w:r>
    </w:p>
    <w:p w14:paraId="1B41596E" w14:textId="69D49504" w:rsidR="003E1629" w:rsidRDefault="00E74487">
      <w:r>
        <w:rPr>
          <w:noProof/>
        </w:rPr>
        <w:lastRenderedPageBreak/>
        <w:drawing>
          <wp:anchor distT="0" distB="0" distL="114300" distR="114300" simplePos="0" relativeHeight="251657216" behindDoc="0" locked="0" layoutInCell="1" allowOverlap="1" wp14:anchorId="0DA58A34" wp14:editId="2A975198">
            <wp:simplePos x="0" y="0"/>
            <wp:positionH relativeFrom="column">
              <wp:posOffset>1859280</wp:posOffset>
            </wp:positionH>
            <wp:positionV relativeFrom="paragraph">
              <wp:posOffset>186690</wp:posOffset>
            </wp:positionV>
            <wp:extent cx="2797629" cy="1958340"/>
            <wp:effectExtent l="0" t="0" r="317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plot.png"/>
                    <pic:cNvPicPr/>
                  </pic:nvPicPr>
                  <pic:blipFill>
                    <a:blip r:embed="rId6"/>
                    <a:stretch>
                      <a:fillRect/>
                    </a:stretch>
                  </pic:blipFill>
                  <pic:spPr>
                    <a:xfrm>
                      <a:off x="0" y="0"/>
                      <a:ext cx="2797629" cy="1958340"/>
                    </a:xfrm>
                    <a:prstGeom prst="rect">
                      <a:avLst/>
                    </a:prstGeom>
                  </pic:spPr>
                </pic:pic>
              </a:graphicData>
            </a:graphic>
            <wp14:sizeRelH relativeFrom="page">
              <wp14:pctWidth>0</wp14:pctWidth>
            </wp14:sizeRelH>
            <wp14:sizeRelV relativeFrom="page">
              <wp14:pctHeight>0</wp14:pctHeight>
            </wp14:sizeRelV>
          </wp:anchor>
        </w:drawing>
      </w:r>
      <w:r w:rsidR="000568D6">
        <w:rPr>
          <w:b/>
        </w:rPr>
        <w:t>4</w:t>
      </w:r>
      <w:r>
        <w:rPr>
          <w:b/>
        </w:rPr>
        <w:t xml:space="preserve">. </w:t>
      </w:r>
      <w:r>
        <w:t xml:space="preserve">The graph below shows a scatterplot of experimental data collected by a student, with a line of best fit (trendline) included.  </w:t>
      </w:r>
      <w:r>
        <w:rPr>
          <w:color w:val="888888"/>
          <w:sz w:val="18"/>
        </w:rPr>
        <w:t>(2 points)</w:t>
      </w:r>
    </w:p>
    <w:p w14:paraId="135EE71A" w14:textId="5366D8FB" w:rsidR="00E74487" w:rsidRDefault="00E74487">
      <w:pPr>
        <w:jc w:val="center"/>
      </w:pPr>
    </w:p>
    <w:p w14:paraId="0898E699" w14:textId="77777777" w:rsidR="00E74487" w:rsidRDefault="00E74487">
      <w:pPr>
        <w:jc w:val="center"/>
      </w:pPr>
    </w:p>
    <w:p w14:paraId="7A3D4116" w14:textId="77777777" w:rsidR="00E74487" w:rsidRDefault="00E74487">
      <w:pPr>
        <w:jc w:val="center"/>
      </w:pPr>
    </w:p>
    <w:p w14:paraId="0DAD714B" w14:textId="22BDB433" w:rsidR="00E74487" w:rsidRDefault="00E74487">
      <w:pPr>
        <w:jc w:val="center"/>
      </w:pPr>
    </w:p>
    <w:p w14:paraId="35107EAB" w14:textId="21844194" w:rsidR="003E1629" w:rsidRDefault="003E1629" w:rsidP="00E74487"/>
    <w:p w14:paraId="54D83851" w14:textId="77777777" w:rsidR="003E1629" w:rsidRDefault="00000000">
      <w:r>
        <w:t xml:space="preserve">The </w:t>
      </w:r>
      <w:r>
        <w:rPr>
          <w:i/>
        </w:rPr>
        <w:t>R</w:t>
      </w:r>
      <w:r>
        <w:rPr>
          <w:vertAlign w:val="superscript"/>
        </w:rPr>
        <w:t>2</w:t>
      </w:r>
      <w:r>
        <w:t xml:space="preserve"> value is 0.81, indicating that there is noticeable scatter around the trendline. Does this lower R-squared value indicate that the data is inaccurate? Explain what type of error (systematic or random) this scatter represents.</w:t>
      </w:r>
    </w:p>
    <w:p w14:paraId="05F55F3C" w14:textId="77777777" w:rsidR="003E1629" w:rsidRDefault="00000000">
      <w:pPr>
        <w:spacing w:before="120" w:after="120"/>
      </w:pPr>
      <w:r>
        <w:rPr>
          <w:color w:val="CCCCCC"/>
          <w:sz w:val="20"/>
        </w:rPr>
        <w:t>_____________________________________________________________________________________</w:t>
      </w:r>
    </w:p>
    <w:p w14:paraId="3153322D" w14:textId="77777777" w:rsidR="003E1629" w:rsidRDefault="00000000">
      <w:pPr>
        <w:spacing w:before="120" w:after="120"/>
      </w:pPr>
      <w:r>
        <w:rPr>
          <w:color w:val="CCCCCC"/>
          <w:sz w:val="20"/>
        </w:rPr>
        <w:t>_____________________________________________________________________________________</w:t>
      </w:r>
    </w:p>
    <w:p w14:paraId="5FB8B6B9" w14:textId="77777777" w:rsidR="003E1629" w:rsidRDefault="00000000">
      <w:pPr>
        <w:spacing w:before="120" w:after="120"/>
      </w:pPr>
      <w:r>
        <w:rPr>
          <w:color w:val="CCCCCC"/>
          <w:sz w:val="20"/>
        </w:rPr>
        <w:t>_____________________________________________________________________________________</w:t>
      </w:r>
    </w:p>
    <w:p w14:paraId="4C46B0E5" w14:textId="77777777" w:rsidR="003E1629" w:rsidRDefault="00000000">
      <w:pPr>
        <w:spacing w:before="120" w:after="120"/>
      </w:pPr>
      <w:r>
        <w:rPr>
          <w:color w:val="CCCCCC"/>
          <w:sz w:val="20"/>
        </w:rPr>
        <w:t>_____________________________________________________________________________________</w:t>
      </w:r>
    </w:p>
    <w:p w14:paraId="4EFD2B4A" w14:textId="79A06978" w:rsidR="003E1629" w:rsidRDefault="000568D6">
      <w:r>
        <w:rPr>
          <w:b/>
        </w:rPr>
        <w:t xml:space="preserve">5. </w:t>
      </w:r>
      <w:r>
        <w:t xml:space="preserve">A student measures the density of aluminum and gets 2.50 g/cm³. The accepted (true) density is 2.70 g/cm³. Calculate the percent error. Show your work.  </w:t>
      </w:r>
      <w:r>
        <w:rPr>
          <w:color w:val="888888"/>
          <w:sz w:val="18"/>
        </w:rPr>
        <w:t>(2 points)</w:t>
      </w:r>
    </w:p>
    <w:p w14:paraId="61729783" w14:textId="77777777" w:rsidR="003E1629" w:rsidRDefault="00000000">
      <w:pPr>
        <w:spacing w:before="120" w:after="120"/>
      </w:pPr>
      <w:r>
        <w:rPr>
          <w:color w:val="CCCCCC"/>
          <w:sz w:val="20"/>
        </w:rPr>
        <w:t>_____________________________________________________________________________________</w:t>
      </w:r>
    </w:p>
    <w:p w14:paraId="042B706F" w14:textId="77777777" w:rsidR="003E1629" w:rsidRDefault="00000000">
      <w:pPr>
        <w:spacing w:before="120" w:after="120"/>
      </w:pPr>
      <w:r>
        <w:rPr>
          <w:color w:val="CCCCCC"/>
          <w:sz w:val="20"/>
        </w:rPr>
        <w:t>_____________________________________________________________________________________</w:t>
      </w:r>
    </w:p>
    <w:p w14:paraId="1184FEC3" w14:textId="77777777" w:rsidR="003E1629" w:rsidRDefault="00000000">
      <w:pPr>
        <w:spacing w:before="120" w:after="120"/>
      </w:pPr>
      <w:r>
        <w:rPr>
          <w:color w:val="CCCCCC"/>
          <w:sz w:val="20"/>
        </w:rPr>
        <w:t>_____________________________________________________________________________________</w:t>
      </w:r>
    </w:p>
    <w:p w14:paraId="362E274D" w14:textId="77777777" w:rsidR="003E1629" w:rsidRDefault="00000000">
      <w:pPr>
        <w:spacing w:before="120" w:after="120"/>
      </w:pPr>
      <w:r>
        <w:rPr>
          <w:color w:val="CCCCCC"/>
          <w:sz w:val="20"/>
        </w:rPr>
        <w:t>_____________________________________________________________________________________</w:t>
      </w:r>
    </w:p>
    <w:p w14:paraId="23A6921C" w14:textId="0DEC549A" w:rsidR="003E1629" w:rsidRDefault="000568D6">
      <w:r>
        <w:rPr>
          <w:b/>
        </w:rPr>
        <w:t xml:space="preserve">6. </w:t>
      </w:r>
      <w:r>
        <w:t xml:space="preserve">A quality control technician uses an analytical balance to measure the mass of a 10.000 g reference standard five times. The results are:  </w:t>
      </w:r>
      <w:r>
        <w:rPr>
          <w:color w:val="888888"/>
          <w:sz w:val="18"/>
        </w:rPr>
        <w:t>(4 points)</w:t>
      </w:r>
    </w:p>
    <w:tbl>
      <w:tblPr>
        <w:tblStyle w:val="TableGrid"/>
        <w:tblW w:w="0" w:type="auto"/>
        <w:jc w:val="center"/>
        <w:tblLook w:val="04A0" w:firstRow="1" w:lastRow="0" w:firstColumn="1" w:lastColumn="0" w:noHBand="0" w:noVBand="1"/>
      </w:tblPr>
      <w:tblGrid>
        <w:gridCol w:w="1958"/>
        <w:gridCol w:w="1958"/>
        <w:gridCol w:w="1958"/>
        <w:gridCol w:w="1958"/>
        <w:gridCol w:w="1958"/>
      </w:tblGrid>
      <w:tr w:rsidR="003E1629" w14:paraId="14C1015B" w14:textId="77777777">
        <w:trPr>
          <w:jc w:val="center"/>
        </w:trPr>
        <w:tc>
          <w:tcPr>
            <w:tcW w:w="1958" w:type="dxa"/>
            <w:shd w:val="clear" w:color="auto" w:fill="E8E8E8"/>
          </w:tcPr>
          <w:p w14:paraId="48400D8B" w14:textId="77777777" w:rsidR="003E1629" w:rsidRDefault="00000000">
            <w:pPr>
              <w:jc w:val="center"/>
            </w:pPr>
            <w:r>
              <w:rPr>
                <w:b/>
                <w:sz w:val="18"/>
              </w:rPr>
              <w:t>Trial 1</w:t>
            </w:r>
          </w:p>
        </w:tc>
        <w:tc>
          <w:tcPr>
            <w:tcW w:w="1958" w:type="dxa"/>
            <w:shd w:val="clear" w:color="auto" w:fill="E8E8E8"/>
          </w:tcPr>
          <w:p w14:paraId="5C547160" w14:textId="77777777" w:rsidR="003E1629" w:rsidRDefault="00000000">
            <w:pPr>
              <w:jc w:val="center"/>
            </w:pPr>
            <w:r>
              <w:rPr>
                <w:b/>
                <w:sz w:val="18"/>
              </w:rPr>
              <w:t>Trial 2</w:t>
            </w:r>
          </w:p>
        </w:tc>
        <w:tc>
          <w:tcPr>
            <w:tcW w:w="1958" w:type="dxa"/>
            <w:shd w:val="clear" w:color="auto" w:fill="E8E8E8"/>
          </w:tcPr>
          <w:p w14:paraId="2E8E4E96" w14:textId="77777777" w:rsidR="003E1629" w:rsidRDefault="00000000">
            <w:pPr>
              <w:jc w:val="center"/>
            </w:pPr>
            <w:r>
              <w:rPr>
                <w:b/>
                <w:sz w:val="18"/>
              </w:rPr>
              <w:t>Trial 3</w:t>
            </w:r>
          </w:p>
        </w:tc>
        <w:tc>
          <w:tcPr>
            <w:tcW w:w="1958" w:type="dxa"/>
            <w:shd w:val="clear" w:color="auto" w:fill="E8E8E8"/>
          </w:tcPr>
          <w:p w14:paraId="24699AC0" w14:textId="77777777" w:rsidR="003E1629" w:rsidRDefault="00000000">
            <w:pPr>
              <w:jc w:val="center"/>
            </w:pPr>
            <w:r>
              <w:rPr>
                <w:b/>
                <w:sz w:val="18"/>
              </w:rPr>
              <w:t>Trial 4</w:t>
            </w:r>
          </w:p>
        </w:tc>
        <w:tc>
          <w:tcPr>
            <w:tcW w:w="1958" w:type="dxa"/>
            <w:shd w:val="clear" w:color="auto" w:fill="E8E8E8"/>
          </w:tcPr>
          <w:p w14:paraId="02626B74" w14:textId="77777777" w:rsidR="003E1629" w:rsidRDefault="00000000">
            <w:pPr>
              <w:jc w:val="center"/>
            </w:pPr>
            <w:r>
              <w:rPr>
                <w:b/>
                <w:sz w:val="18"/>
              </w:rPr>
              <w:t>Trial 5</w:t>
            </w:r>
          </w:p>
        </w:tc>
      </w:tr>
      <w:tr w:rsidR="003E1629" w14:paraId="262B2C37" w14:textId="77777777">
        <w:trPr>
          <w:jc w:val="center"/>
        </w:trPr>
        <w:tc>
          <w:tcPr>
            <w:tcW w:w="1958" w:type="dxa"/>
          </w:tcPr>
          <w:p w14:paraId="4B5DCD16" w14:textId="77777777" w:rsidR="003E1629" w:rsidRDefault="00000000" w:rsidP="00E74487">
            <w:pPr>
              <w:contextualSpacing/>
              <w:jc w:val="center"/>
            </w:pPr>
            <w:r>
              <w:rPr>
                <w:sz w:val="18"/>
              </w:rPr>
              <w:t>10.152 g</w:t>
            </w:r>
          </w:p>
        </w:tc>
        <w:tc>
          <w:tcPr>
            <w:tcW w:w="1958" w:type="dxa"/>
          </w:tcPr>
          <w:p w14:paraId="6891AB58" w14:textId="77777777" w:rsidR="003E1629" w:rsidRDefault="00000000" w:rsidP="00E74487">
            <w:pPr>
              <w:contextualSpacing/>
              <w:jc w:val="center"/>
            </w:pPr>
            <w:r>
              <w:rPr>
                <w:sz w:val="18"/>
              </w:rPr>
              <w:t>10.151 g</w:t>
            </w:r>
          </w:p>
        </w:tc>
        <w:tc>
          <w:tcPr>
            <w:tcW w:w="1958" w:type="dxa"/>
          </w:tcPr>
          <w:p w14:paraId="37672D74" w14:textId="77777777" w:rsidR="003E1629" w:rsidRDefault="00000000" w:rsidP="00E74487">
            <w:pPr>
              <w:contextualSpacing/>
              <w:jc w:val="center"/>
            </w:pPr>
            <w:r>
              <w:rPr>
                <w:sz w:val="18"/>
              </w:rPr>
              <w:t>10.153 g</w:t>
            </w:r>
          </w:p>
        </w:tc>
        <w:tc>
          <w:tcPr>
            <w:tcW w:w="1958" w:type="dxa"/>
          </w:tcPr>
          <w:p w14:paraId="0C4796DB" w14:textId="77777777" w:rsidR="003E1629" w:rsidRDefault="00000000" w:rsidP="00E74487">
            <w:pPr>
              <w:contextualSpacing/>
              <w:jc w:val="center"/>
            </w:pPr>
            <w:r>
              <w:rPr>
                <w:sz w:val="18"/>
              </w:rPr>
              <w:t>10.150 g</w:t>
            </w:r>
          </w:p>
        </w:tc>
        <w:tc>
          <w:tcPr>
            <w:tcW w:w="1958" w:type="dxa"/>
          </w:tcPr>
          <w:p w14:paraId="31730FA0" w14:textId="77777777" w:rsidR="003E1629" w:rsidRDefault="00000000" w:rsidP="00E74487">
            <w:pPr>
              <w:contextualSpacing/>
              <w:jc w:val="center"/>
            </w:pPr>
            <w:r>
              <w:rPr>
                <w:sz w:val="18"/>
              </w:rPr>
              <w:t>10.152 g</w:t>
            </w:r>
          </w:p>
        </w:tc>
      </w:tr>
    </w:tbl>
    <w:p w14:paraId="614C1192" w14:textId="77777777" w:rsidR="003E1629" w:rsidRDefault="003E1629" w:rsidP="00E74487">
      <w:pPr>
        <w:contextualSpacing/>
      </w:pPr>
    </w:p>
    <w:p w14:paraId="3E4AF4D7" w14:textId="77777777" w:rsidR="003E1629" w:rsidRDefault="00000000" w:rsidP="00E74487">
      <w:pPr>
        <w:ind w:left="432"/>
        <w:contextualSpacing/>
      </w:pPr>
      <w:r>
        <w:rPr>
          <w:b/>
        </w:rPr>
        <w:t xml:space="preserve">a) </w:t>
      </w:r>
      <w:r>
        <w:t>Are these measurements precise? Explain your reasoning. (1 pt)</w:t>
      </w:r>
    </w:p>
    <w:p w14:paraId="5C9FBE09" w14:textId="488C90B0" w:rsidR="003E1629" w:rsidRDefault="00000000" w:rsidP="00E74487">
      <w:pPr>
        <w:spacing w:before="120" w:after="120"/>
        <w:contextualSpacing/>
      </w:pPr>
      <w:r>
        <w:rPr>
          <w:color w:val="CCCCCC"/>
          <w:sz w:val="20"/>
        </w:rPr>
        <w:t>____________________________________________________________________________________</w:t>
      </w:r>
      <w:r w:rsidR="0024728E">
        <w:rPr>
          <w:color w:val="CCCCCC"/>
          <w:sz w:val="20"/>
        </w:rPr>
        <w:t>__________</w:t>
      </w:r>
      <w:r>
        <w:rPr>
          <w:color w:val="CCCCCC"/>
          <w:sz w:val="20"/>
        </w:rPr>
        <w:t>_</w:t>
      </w:r>
    </w:p>
    <w:p w14:paraId="774A489E" w14:textId="2AA9D0DB" w:rsidR="003E1629" w:rsidRDefault="00000000" w:rsidP="00E74487">
      <w:pPr>
        <w:spacing w:before="120" w:after="120"/>
        <w:contextualSpacing/>
      </w:pPr>
      <w:r>
        <w:rPr>
          <w:color w:val="CCCCCC"/>
          <w:sz w:val="20"/>
        </w:rPr>
        <w:t>_________________________________________________________________________________</w:t>
      </w:r>
      <w:r w:rsidR="0024728E">
        <w:rPr>
          <w:color w:val="CCCCCC"/>
          <w:sz w:val="20"/>
        </w:rPr>
        <w:t>__________</w:t>
      </w:r>
      <w:r>
        <w:rPr>
          <w:color w:val="CCCCCC"/>
          <w:sz w:val="20"/>
        </w:rPr>
        <w:t>____</w:t>
      </w:r>
    </w:p>
    <w:p w14:paraId="77D0BE12" w14:textId="77777777" w:rsidR="003E1629" w:rsidRDefault="00000000" w:rsidP="00E74487">
      <w:pPr>
        <w:ind w:left="432"/>
        <w:contextualSpacing/>
      </w:pPr>
      <w:r>
        <w:rPr>
          <w:b/>
        </w:rPr>
        <w:t xml:space="preserve">b) </w:t>
      </w:r>
      <w:r>
        <w:t>Are these measurements accurate? Explain your reasoning. (1 pt)</w:t>
      </w:r>
    </w:p>
    <w:p w14:paraId="1E18AF4E" w14:textId="3B9CF526" w:rsidR="003E1629" w:rsidRDefault="00000000" w:rsidP="00E74487">
      <w:pPr>
        <w:spacing w:before="120" w:after="120"/>
        <w:contextualSpacing/>
      </w:pPr>
      <w:r>
        <w:rPr>
          <w:color w:val="CCCCCC"/>
          <w:sz w:val="20"/>
        </w:rPr>
        <w:t>________________________________________________________________________________</w:t>
      </w:r>
      <w:r w:rsidR="0024728E">
        <w:rPr>
          <w:color w:val="CCCCCC"/>
          <w:sz w:val="20"/>
        </w:rPr>
        <w:t>_________</w:t>
      </w:r>
      <w:r>
        <w:rPr>
          <w:color w:val="CCCCCC"/>
          <w:sz w:val="20"/>
        </w:rPr>
        <w:t>_____</w:t>
      </w:r>
    </w:p>
    <w:p w14:paraId="3409F311" w14:textId="0973494E" w:rsidR="003E1629" w:rsidRDefault="00000000" w:rsidP="00E74487">
      <w:pPr>
        <w:spacing w:before="120" w:after="120"/>
        <w:contextualSpacing/>
      </w:pPr>
      <w:r>
        <w:rPr>
          <w:color w:val="CCCCCC"/>
          <w:sz w:val="20"/>
        </w:rPr>
        <w:t>________________________________________________________________________________</w:t>
      </w:r>
      <w:r w:rsidR="0024728E">
        <w:rPr>
          <w:color w:val="CCCCCC"/>
          <w:sz w:val="20"/>
        </w:rPr>
        <w:t>_________</w:t>
      </w:r>
      <w:r>
        <w:rPr>
          <w:color w:val="CCCCCC"/>
          <w:sz w:val="20"/>
        </w:rPr>
        <w:t>_____</w:t>
      </w:r>
    </w:p>
    <w:p w14:paraId="7CBEA1B2" w14:textId="77777777" w:rsidR="003E1629" w:rsidRDefault="00000000" w:rsidP="00E74487">
      <w:pPr>
        <w:ind w:left="432"/>
        <w:contextualSpacing/>
      </w:pPr>
      <w:r>
        <w:rPr>
          <w:b/>
        </w:rPr>
        <w:t xml:space="preserve">c) </w:t>
      </w:r>
      <w:r>
        <w:t>What type of error (systematic or random) do these results suggest? Justify your answer. (1 pt)</w:t>
      </w:r>
    </w:p>
    <w:p w14:paraId="384E37A7" w14:textId="5EE57A3C" w:rsidR="003E1629" w:rsidRDefault="00000000" w:rsidP="00E74487">
      <w:pPr>
        <w:spacing w:before="120" w:after="120"/>
        <w:contextualSpacing/>
      </w:pPr>
      <w:r>
        <w:rPr>
          <w:color w:val="CCCCCC"/>
          <w:sz w:val="20"/>
        </w:rPr>
        <w:t>___________________________________________________________________________</w:t>
      </w:r>
      <w:r w:rsidR="0024728E">
        <w:rPr>
          <w:color w:val="CCCCCC"/>
          <w:sz w:val="20"/>
        </w:rPr>
        <w:t>_________</w:t>
      </w:r>
      <w:r>
        <w:rPr>
          <w:color w:val="CCCCCC"/>
          <w:sz w:val="20"/>
        </w:rPr>
        <w:t>__________</w:t>
      </w:r>
    </w:p>
    <w:p w14:paraId="2BB9E39A" w14:textId="2A88956B" w:rsidR="003E1629" w:rsidRDefault="00000000" w:rsidP="00E74487">
      <w:pPr>
        <w:spacing w:before="120" w:after="120"/>
        <w:contextualSpacing/>
      </w:pPr>
      <w:r>
        <w:rPr>
          <w:color w:val="CCCCCC"/>
          <w:sz w:val="20"/>
        </w:rPr>
        <w:t>___________________________________________________________________________</w:t>
      </w:r>
      <w:r w:rsidR="0024728E">
        <w:rPr>
          <w:color w:val="CCCCCC"/>
          <w:sz w:val="20"/>
        </w:rPr>
        <w:t>_________</w:t>
      </w:r>
      <w:r>
        <w:rPr>
          <w:color w:val="CCCCCC"/>
          <w:sz w:val="20"/>
        </w:rPr>
        <w:t>__________</w:t>
      </w:r>
    </w:p>
    <w:p w14:paraId="155D4DEF" w14:textId="77777777" w:rsidR="003E1629" w:rsidRDefault="00000000" w:rsidP="00E74487">
      <w:pPr>
        <w:ind w:left="432"/>
        <w:contextualSpacing/>
      </w:pPr>
      <w:r>
        <w:rPr>
          <w:b/>
        </w:rPr>
        <w:t xml:space="preserve">d) </w:t>
      </w:r>
      <w:r>
        <w:t>Based on this data, should the technician recommend that the balance passes QC? Why or why not? (1 pt)</w:t>
      </w:r>
    </w:p>
    <w:p w14:paraId="37838C23" w14:textId="2E0A14FF" w:rsidR="003E1629" w:rsidRDefault="00000000" w:rsidP="00E74487">
      <w:pPr>
        <w:spacing w:before="120" w:after="120"/>
        <w:contextualSpacing/>
      </w:pPr>
      <w:r>
        <w:rPr>
          <w:color w:val="CCCCCC"/>
          <w:sz w:val="20"/>
        </w:rPr>
        <w:t>_________________________________________________________________________________</w:t>
      </w:r>
      <w:r w:rsidR="0024728E">
        <w:rPr>
          <w:color w:val="CCCCCC"/>
          <w:sz w:val="20"/>
        </w:rPr>
        <w:t>__________</w:t>
      </w:r>
      <w:r>
        <w:rPr>
          <w:color w:val="CCCCCC"/>
          <w:sz w:val="20"/>
        </w:rPr>
        <w:t>____</w:t>
      </w:r>
    </w:p>
    <w:p w14:paraId="4CA3EB0A" w14:textId="5C6C0E64" w:rsidR="003E1629" w:rsidRDefault="00000000" w:rsidP="00E74487">
      <w:pPr>
        <w:spacing w:before="120" w:after="120"/>
        <w:contextualSpacing/>
      </w:pPr>
      <w:r>
        <w:rPr>
          <w:color w:val="CCCCCC"/>
          <w:sz w:val="20"/>
        </w:rPr>
        <w:t>________________________________________________________________________________</w:t>
      </w:r>
      <w:r w:rsidR="0024728E">
        <w:rPr>
          <w:color w:val="CCCCCC"/>
          <w:sz w:val="20"/>
        </w:rPr>
        <w:t>__________</w:t>
      </w:r>
      <w:r>
        <w:rPr>
          <w:color w:val="CCCCCC"/>
          <w:sz w:val="20"/>
        </w:rPr>
        <w:t>_____</w:t>
      </w:r>
    </w:p>
    <w:p w14:paraId="477CADAF" w14:textId="77777777" w:rsidR="003E1629" w:rsidRDefault="00000000" w:rsidP="00E74487">
      <w:pPr>
        <w:contextualSpacing/>
      </w:pPr>
      <w:r>
        <w:br w:type="page"/>
      </w:r>
    </w:p>
    <w:p w14:paraId="1486735A" w14:textId="77777777" w:rsidR="003E1629" w:rsidRDefault="00000000" w:rsidP="0024728E">
      <w:pPr>
        <w:pStyle w:val="Heading2"/>
        <w:ind w:left="-540" w:right="-648"/>
      </w:pPr>
      <w:r>
        <w:rPr>
          <w:color w:val="1A1A2E"/>
        </w:rPr>
        <w:lastRenderedPageBreak/>
        <w:t>Answer Key</w:t>
      </w:r>
    </w:p>
    <w:p w14:paraId="05040D7F" w14:textId="77777777" w:rsidR="003E1629" w:rsidRDefault="00000000" w:rsidP="0024728E">
      <w:pPr>
        <w:ind w:left="-540" w:right="-648"/>
      </w:pPr>
      <w:r>
        <w:rPr>
          <w:b/>
        </w:rPr>
        <w:t>Section 1: Measurement &amp; Significant Figures</w:t>
      </w:r>
    </w:p>
    <w:p w14:paraId="07866225" w14:textId="77777777" w:rsidR="003E1629" w:rsidRDefault="00000000" w:rsidP="0024728E">
      <w:pPr>
        <w:ind w:left="-540" w:right="-648"/>
      </w:pPr>
      <w:r>
        <w:rPr>
          <w:b/>
          <w:sz w:val="20"/>
        </w:rPr>
        <w:t xml:space="preserve">1.  </w:t>
      </w:r>
      <w:r>
        <w:rPr>
          <w:sz w:val="20"/>
        </w:rPr>
        <w:t>Significant figures communicate the precision of a measurement. Writing every number from a calculator implies a level of certainty or precision that the measuring instrument could not actually provide. Sig figs ensure we don't overstate our confidence in the data.</w:t>
      </w:r>
    </w:p>
    <w:p w14:paraId="496FEC96" w14:textId="77777777" w:rsidR="003E1629" w:rsidRDefault="00000000" w:rsidP="0024728E">
      <w:pPr>
        <w:ind w:left="-540" w:right="-648"/>
      </w:pPr>
      <w:r>
        <w:rPr>
          <w:color w:val="666666"/>
          <w:sz w:val="18"/>
        </w:rPr>
        <w:t xml:space="preserve">1 pt for mentioning precision/certainty of the tool. 1 pt for explaining that calculators generate numbers beyond what was </w:t>
      </w:r>
      <w:proofErr w:type="gramStart"/>
      <w:r>
        <w:rPr>
          <w:color w:val="666666"/>
          <w:sz w:val="18"/>
        </w:rPr>
        <w:t>actually measured</w:t>
      </w:r>
      <w:proofErr w:type="gramEnd"/>
      <w:r>
        <w:rPr>
          <w:color w:val="666666"/>
          <w:sz w:val="18"/>
        </w:rPr>
        <w:t>.</w:t>
      </w:r>
    </w:p>
    <w:p w14:paraId="65D40F18" w14:textId="77777777" w:rsidR="003E1629" w:rsidRDefault="00000000" w:rsidP="0024728E">
      <w:pPr>
        <w:ind w:left="-540" w:right="-648"/>
      </w:pPr>
      <w:r>
        <w:rPr>
          <w:b/>
          <w:sz w:val="20"/>
        </w:rPr>
        <w:t xml:space="preserve">2.  </w:t>
      </w:r>
      <w:r>
        <w:rPr>
          <w:sz w:val="20"/>
        </w:rPr>
        <w:t>C — 4 sig figs. Leading zeros are not significant; trailing zeros after a decimal point are (4, 0, 5, 0).</w:t>
      </w:r>
    </w:p>
    <w:p w14:paraId="1353F0BA" w14:textId="77777777" w:rsidR="003E1629" w:rsidRDefault="00000000" w:rsidP="0024728E">
      <w:pPr>
        <w:ind w:left="-540" w:right="-648"/>
      </w:pPr>
      <w:r>
        <w:rPr>
          <w:b/>
          <w:sz w:val="20"/>
        </w:rPr>
        <w:t xml:space="preserve">3.  </w:t>
      </w:r>
      <w:r>
        <w:rPr>
          <w:sz w:val="20"/>
        </w:rPr>
        <w:t>B — Read to the marked lines and estimate one additional digit.</w:t>
      </w:r>
    </w:p>
    <w:p w14:paraId="1646BD5B" w14:textId="77777777" w:rsidR="003E1629" w:rsidRDefault="00000000" w:rsidP="0024728E">
      <w:pPr>
        <w:ind w:left="-540" w:right="-648"/>
      </w:pPr>
      <w:r>
        <w:rPr>
          <w:b/>
          <w:sz w:val="20"/>
        </w:rPr>
        <w:t xml:space="preserve">4.  </w:t>
      </w:r>
      <w:r>
        <w:rPr>
          <w:sz w:val="20"/>
        </w:rPr>
        <w:t>12.4 cm × 5.2 cm = 64.48 cm² → Rounded to 64 cm²</w:t>
      </w:r>
    </w:p>
    <w:p w14:paraId="32DAFEDC" w14:textId="77777777" w:rsidR="003E1629" w:rsidRDefault="00000000" w:rsidP="0024728E">
      <w:pPr>
        <w:ind w:left="-540" w:right="-648"/>
      </w:pPr>
      <w:r>
        <w:rPr>
          <w:color w:val="666666"/>
          <w:sz w:val="18"/>
        </w:rPr>
        <w:t>1 pt for correct setup/calculation. 1 pt for rounding to 2 sig figs (since 5.2 has only 2 sig figs, multiplication rule applies).</w:t>
      </w:r>
    </w:p>
    <w:p w14:paraId="16701D9C" w14:textId="77777777" w:rsidR="003E1629" w:rsidRDefault="00000000" w:rsidP="0024728E">
      <w:pPr>
        <w:ind w:left="-540" w:right="-648"/>
      </w:pPr>
      <w:r>
        <w:rPr>
          <w:b/>
          <w:sz w:val="20"/>
        </w:rPr>
        <w:t xml:space="preserve">5.  </w:t>
      </w:r>
      <w:r>
        <w:rPr>
          <w:sz w:val="20"/>
        </w:rPr>
        <w:t>14.5 g + 2.13 g + 0.522 g = 17.152 g → Rounded to 17.2 g</w:t>
      </w:r>
    </w:p>
    <w:p w14:paraId="58536F73" w14:textId="09C2BFD9" w:rsidR="003E1629" w:rsidRDefault="00000000" w:rsidP="0024728E">
      <w:pPr>
        <w:ind w:left="-540" w:right="-648"/>
      </w:pPr>
      <w:r>
        <w:rPr>
          <w:color w:val="666666"/>
          <w:sz w:val="18"/>
        </w:rPr>
        <w:t xml:space="preserve">1 pt for correct setup/calculation. 1 pt for rounding to 1 decimal place (addition rule: limit to the least precise decimal place, which is the </w:t>
      </w:r>
      <w:proofErr w:type="gramStart"/>
      <w:r>
        <w:rPr>
          <w:color w:val="666666"/>
          <w:sz w:val="18"/>
        </w:rPr>
        <w:t>tenths</w:t>
      </w:r>
      <w:proofErr w:type="gramEnd"/>
      <w:r>
        <w:rPr>
          <w:color w:val="666666"/>
          <w:sz w:val="18"/>
        </w:rPr>
        <w:t xml:space="preserve"> place in 14.5).</w:t>
      </w:r>
    </w:p>
    <w:p w14:paraId="13E77A3A" w14:textId="77777777" w:rsidR="003E1629" w:rsidRDefault="00000000" w:rsidP="0024728E">
      <w:pPr>
        <w:ind w:left="-540" w:right="-648"/>
      </w:pPr>
      <w:r>
        <w:rPr>
          <w:b/>
        </w:rPr>
        <w:t>Section 2: Metric Conversions &amp; Dimensional Analysis</w:t>
      </w:r>
    </w:p>
    <w:p w14:paraId="3248C8AE" w14:textId="77777777" w:rsidR="003E1629" w:rsidRDefault="00000000" w:rsidP="0024728E">
      <w:pPr>
        <w:ind w:left="-540" w:right="-648"/>
      </w:pPr>
      <w:r>
        <w:rPr>
          <w:b/>
          <w:sz w:val="20"/>
        </w:rPr>
        <w:t xml:space="preserve">6.  </w:t>
      </w:r>
      <w:r>
        <w:rPr>
          <w:sz w:val="20"/>
        </w:rPr>
        <w:t>A — 5.0 kg is 5000 g, which is the largest. (B = 5g, C = 500g, D = 50g)</w:t>
      </w:r>
    </w:p>
    <w:p w14:paraId="2D478B3C" w14:textId="77777777" w:rsidR="003E1629" w:rsidRDefault="00000000" w:rsidP="0024728E">
      <w:pPr>
        <w:ind w:left="-540" w:right="-648"/>
      </w:pPr>
      <w:r>
        <w:rPr>
          <w:b/>
          <w:sz w:val="20"/>
        </w:rPr>
        <w:t xml:space="preserve">7.  </w:t>
      </w:r>
      <w:r>
        <w:rPr>
          <w:sz w:val="20"/>
        </w:rPr>
        <w:t>B — (1 m / 1000 mm). To cancel mm, mm must be in the denominator.</w:t>
      </w:r>
    </w:p>
    <w:p w14:paraId="43BDFD67" w14:textId="49A28F35" w:rsidR="003E1629" w:rsidRDefault="00000000" w:rsidP="0024728E">
      <w:pPr>
        <w:ind w:left="-540" w:right="-648"/>
      </w:pPr>
      <w:r>
        <w:rPr>
          <w:b/>
          <w:sz w:val="20"/>
        </w:rPr>
        <w:t xml:space="preserve">8.  </w:t>
      </w:r>
      <w:r>
        <w:rPr>
          <w:sz w:val="20"/>
        </w:rPr>
        <w:t>15.0 mL (Because 1 cm³ is exactly equal to 1 mL).</w:t>
      </w:r>
    </w:p>
    <w:p w14:paraId="6AAF424A" w14:textId="57EF27AC" w:rsidR="003E1629" w:rsidRDefault="00000000" w:rsidP="0024728E">
      <w:pPr>
        <w:ind w:left="-540" w:right="-648"/>
      </w:pPr>
      <w:proofErr w:type="gramStart"/>
      <w:r>
        <w:rPr>
          <w:b/>
          <w:sz w:val="20"/>
        </w:rPr>
        <w:t xml:space="preserve">9.  </w:t>
      </w:r>
      <w:r>
        <w:rPr>
          <w:sz w:val="20"/>
        </w:rPr>
        <w:t>(</w:t>
      </w:r>
      <w:proofErr w:type="gramEnd"/>
      <w:r>
        <w:rPr>
          <w:sz w:val="20"/>
        </w:rPr>
        <w:t xml:space="preserve">65 </w:t>
      </w:r>
      <w:r w:rsidR="0024728E">
        <w:rPr>
          <w:sz w:val="20"/>
        </w:rPr>
        <w:t>km</w:t>
      </w:r>
      <w:r>
        <w:rPr>
          <w:sz w:val="20"/>
        </w:rPr>
        <w:t xml:space="preserve"> / 1 hr) × (1</w:t>
      </w:r>
      <w:r w:rsidR="0024728E">
        <w:rPr>
          <w:sz w:val="20"/>
        </w:rPr>
        <w:t>000</w:t>
      </w:r>
      <w:r>
        <w:rPr>
          <w:sz w:val="20"/>
        </w:rPr>
        <w:t xml:space="preserve"> m / 1 </w:t>
      </w:r>
      <w:r w:rsidR="0024728E">
        <w:rPr>
          <w:sz w:val="20"/>
        </w:rPr>
        <w:t>km</w:t>
      </w:r>
      <w:r>
        <w:rPr>
          <w:sz w:val="20"/>
        </w:rPr>
        <w:t>)</w:t>
      </w:r>
      <w:r w:rsidR="0024728E" w:rsidRPr="0024728E">
        <w:rPr>
          <w:sz w:val="20"/>
        </w:rPr>
        <w:t xml:space="preserve"> </w:t>
      </w:r>
      <w:r w:rsidR="0024728E">
        <w:rPr>
          <w:sz w:val="20"/>
        </w:rPr>
        <w:t xml:space="preserve">× (1 </w:t>
      </w:r>
      <w:proofErr w:type="spellStart"/>
      <w:r w:rsidR="0024728E">
        <w:rPr>
          <w:sz w:val="20"/>
        </w:rPr>
        <w:t>hr</w:t>
      </w:r>
      <w:proofErr w:type="spellEnd"/>
      <w:r w:rsidR="0024728E">
        <w:rPr>
          <w:sz w:val="20"/>
        </w:rPr>
        <w:t xml:space="preserve"> / 3600 s)</w:t>
      </w:r>
    </w:p>
    <w:p w14:paraId="6998414B" w14:textId="7C5CD11F" w:rsidR="003E1629" w:rsidRDefault="0024728E" w:rsidP="0024728E">
      <w:pPr>
        <w:ind w:left="-540" w:right="-648"/>
      </w:pPr>
      <w:r>
        <w:rPr>
          <w:color w:val="666666"/>
          <w:sz w:val="18"/>
        </w:rPr>
        <w:t xml:space="preserve">1 pt for correct setup showing meters canceling out, 1 pt for correct setup showing </w:t>
      </w:r>
      <w:proofErr w:type="spellStart"/>
      <w:r>
        <w:rPr>
          <w:color w:val="666666"/>
          <w:sz w:val="18"/>
        </w:rPr>
        <w:t>hrs</w:t>
      </w:r>
      <w:proofErr w:type="spellEnd"/>
      <w:r>
        <w:rPr>
          <w:color w:val="666666"/>
          <w:sz w:val="18"/>
        </w:rPr>
        <w:t xml:space="preserve"> cancelling out.</w:t>
      </w:r>
    </w:p>
    <w:p w14:paraId="110DD249" w14:textId="77777777" w:rsidR="003E1629" w:rsidRDefault="00000000" w:rsidP="0024728E">
      <w:pPr>
        <w:ind w:left="-540" w:right="-648"/>
      </w:pPr>
      <w:r>
        <w:rPr>
          <w:b/>
        </w:rPr>
        <w:t>Section 3: Accuracy, Precision &amp; Error Analysis</w:t>
      </w:r>
    </w:p>
    <w:p w14:paraId="3ACDE216" w14:textId="0FCF8F8C" w:rsidR="003E1629" w:rsidRDefault="00000000" w:rsidP="0024728E">
      <w:pPr>
        <w:ind w:left="-540" w:right="-648"/>
      </w:pPr>
      <w:r>
        <w:rPr>
          <w:b/>
        </w:rPr>
        <w:t xml:space="preserve">10. a) </w:t>
      </w:r>
      <w:r>
        <w:t>Accuracy: How close a measurement is to the true or accepted value.</w:t>
      </w:r>
    </w:p>
    <w:p w14:paraId="1CEC385E" w14:textId="28C295F3" w:rsidR="003E1629" w:rsidRDefault="00000000" w:rsidP="0024728E">
      <w:pPr>
        <w:ind w:left="-540" w:right="-648"/>
      </w:pPr>
      <w:r>
        <w:rPr>
          <w:b/>
        </w:rPr>
        <w:t xml:space="preserve">b) </w:t>
      </w:r>
      <w:r>
        <w:t>Precision: How close a series of measurements are to one another (reproducibility).</w:t>
      </w:r>
    </w:p>
    <w:p w14:paraId="5193FCA4" w14:textId="4BFF4592" w:rsidR="003E1629" w:rsidRDefault="00000000" w:rsidP="0024728E">
      <w:pPr>
        <w:ind w:left="-540" w:right="-648"/>
      </w:pPr>
      <w:r>
        <w:rPr>
          <w:b/>
          <w:sz w:val="20"/>
        </w:rPr>
        <w:t>11</w:t>
      </w:r>
      <w:proofErr w:type="gramStart"/>
      <w:r>
        <w:rPr>
          <w:b/>
          <w:sz w:val="20"/>
        </w:rPr>
        <w:t xml:space="preserve">.  </w:t>
      </w:r>
      <w:r>
        <w:rPr>
          <w:sz w:val="20"/>
        </w:rPr>
        <w:t>C —</w:t>
      </w:r>
      <w:proofErr w:type="gramEnd"/>
      <w:r>
        <w:rPr>
          <w:sz w:val="20"/>
        </w:rPr>
        <w:t xml:space="preserve"> Using a balance that has not been properly zeroed. (Systematic </w:t>
      </w:r>
      <w:proofErr w:type="gramStart"/>
      <w:r>
        <w:rPr>
          <w:sz w:val="20"/>
        </w:rPr>
        <w:t>error is</w:t>
      </w:r>
      <w:proofErr w:type="gramEnd"/>
      <w:r>
        <w:rPr>
          <w:sz w:val="20"/>
        </w:rPr>
        <w:t xml:space="preserve"> consistent and directional).</w:t>
      </w:r>
    </w:p>
    <w:p w14:paraId="577F56C9" w14:textId="1B1CD805" w:rsidR="003E1629" w:rsidRDefault="00000000" w:rsidP="0024728E">
      <w:pPr>
        <w:ind w:left="-540" w:right="-648"/>
      </w:pPr>
      <w:r>
        <w:rPr>
          <w:b/>
          <w:sz w:val="20"/>
        </w:rPr>
        <w:t>12</w:t>
      </w:r>
      <w:proofErr w:type="gramStart"/>
      <w:r>
        <w:rPr>
          <w:b/>
          <w:sz w:val="20"/>
        </w:rPr>
        <w:t xml:space="preserve">.  </w:t>
      </w:r>
      <w:r>
        <w:rPr>
          <w:sz w:val="20"/>
        </w:rPr>
        <w:t>Random</w:t>
      </w:r>
      <w:proofErr w:type="gramEnd"/>
      <w:r>
        <w:rPr>
          <w:sz w:val="20"/>
        </w:rPr>
        <w:t xml:space="preserve"> error. Because random errors fluctuate above and below the true value, taking an </w:t>
      </w:r>
      <w:proofErr w:type="gramStart"/>
      <w:r>
        <w:rPr>
          <w:sz w:val="20"/>
        </w:rPr>
        <w:t>average cancels</w:t>
      </w:r>
      <w:proofErr w:type="gramEnd"/>
      <w:r>
        <w:rPr>
          <w:sz w:val="20"/>
        </w:rPr>
        <w:t xml:space="preserve"> out these fluctuations, moving the mean closer to the true value.</w:t>
      </w:r>
    </w:p>
    <w:p w14:paraId="4B313702" w14:textId="77777777" w:rsidR="003E1629" w:rsidRDefault="00000000" w:rsidP="0024728E">
      <w:pPr>
        <w:ind w:left="-540" w:right="-648"/>
      </w:pPr>
      <w:r>
        <w:rPr>
          <w:b/>
          <w:sz w:val="20"/>
        </w:rPr>
        <w:t xml:space="preserve">13.  </w:t>
      </w:r>
      <w:r>
        <w:rPr>
          <w:sz w:val="20"/>
        </w:rPr>
        <w:t>No, a lower R² value does not necessarily mean the data is inaccurate (the trendline itself could still be very accurate). The scatter indicates low precision (random error), meaning individual data points fluctuate unpredictably around the true value.</w:t>
      </w:r>
    </w:p>
    <w:p w14:paraId="4BA9DF64" w14:textId="3C97F376" w:rsidR="003E1629" w:rsidRDefault="00000000" w:rsidP="0024728E">
      <w:pPr>
        <w:ind w:left="-540" w:right="-648"/>
      </w:pPr>
      <w:r>
        <w:rPr>
          <w:color w:val="666666"/>
          <w:sz w:val="18"/>
        </w:rPr>
        <w:t>1 pt for stating it does not mean inaccuracy. 1 pt for identifying the scatter as random error / low precision.</w:t>
      </w:r>
    </w:p>
    <w:p w14:paraId="5489D47D" w14:textId="49FB441E" w:rsidR="003E1629" w:rsidRDefault="00000000" w:rsidP="008D1D9A">
      <w:pPr>
        <w:ind w:left="-540" w:right="-648"/>
      </w:pPr>
      <w:r>
        <w:rPr>
          <w:b/>
          <w:sz w:val="20"/>
        </w:rPr>
        <w:t>14</w:t>
      </w:r>
      <w:proofErr w:type="gramStart"/>
      <w:r>
        <w:rPr>
          <w:b/>
          <w:sz w:val="20"/>
        </w:rPr>
        <w:t xml:space="preserve">.  </w:t>
      </w:r>
      <w:r>
        <w:rPr>
          <w:sz w:val="20"/>
        </w:rPr>
        <w:t>%</w:t>
      </w:r>
      <w:proofErr w:type="gramEnd"/>
      <w:r>
        <w:rPr>
          <w:sz w:val="20"/>
        </w:rPr>
        <w:t xml:space="preserve"> Error = |2.50 − 2.70| / 2.70 × 100 = 0.20 / 2.70 × 100 = 7.4%</w:t>
      </w:r>
      <w:r w:rsidR="008D1D9A">
        <w:t xml:space="preserve">           </w:t>
      </w:r>
      <w:r>
        <w:rPr>
          <w:color w:val="666666"/>
          <w:sz w:val="18"/>
        </w:rPr>
        <w:t xml:space="preserve">1 pt </w:t>
      </w:r>
      <w:r w:rsidR="008D1D9A">
        <w:rPr>
          <w:color w:val="666666"/>
          <w:sz w:val="18"/>
        </w:rPr>
        <w:t xml:space="preserve">for </w:t>
      </w:r>
      <w:proofErr w:type="gramStart"/>
      <w:r>
        <w:rPr>
          <w:color w:val="666666"/>
          <w:sz w:val="18"/>
        </w:rPr>
        <w:t>setup</w:t>
      </w:r>
      <w:r w:rsidR="008D1D9A">
        <w:rPr>
          <w:color w:val="666666"/>
          <w:sz w:val="18"/>
        </w:rPr>
        <w:t xml:space="preserve">, </w:t>
      </w:r>
      <w:r>
        <w:rPr>
          <w:color w:val="666666"/>
          <w:sz w:val="18"/>
        </w:rPr>
        <w:t xml:space="preserve"> 1</w:t>
      </w:r>
      <w:proofErr w:type="gramEnd"/>
      <w:r>
        <w:rPr>
          <w:color w:val="666666"/>
          <w:sz w:val="18"/>
        </w:rPr>
        <w:t xml:space="preserve"> pt answer</w:t>
      </w:r>
    </w:p>
    <w:p w14:paraId="7506EB4C" w14:textId="2C63BFD3" w:rsidR="003E1629" w:rsidRDefault="00000000" w:rsidP="0024728E">
      <w:pPr>
        <w:ind w:left="-540" w:right="-648"/>
      </w:pPr>
      <w:r>
        <w:rPr>
          <w:b/>
        </w:rPr>
        <w:t xml:space="preserve">15. a) </w:t>
      </w:r>
      <w:r>
        <w:t>Yes, they are precise. The readings (10.150–10.153 g) are very close to each other.</w:t>
      </w:r>
    </w:p>
    <w:p w14:paraId="257DB062" w14:textId="77777777" w:rsidR="003E1629" w:rsidRDefault="00000000" w:rsidP="0024728E">
      <w:pPr>
        <w:ind w:left="-540" w:right="-648"/>
      </w:pPr>
      <w:r>
        <w:rPr>
          <w:b/>
        </w:rPr>
        <w:t xml:space="preserve">b) </w:t>
      </w:r>
      <w:r>
        <w:t>No, they are not accurate. All readings are ~0.152 g above the true value of 10.000 g.</w:t>
      </w:r>
    </w:p>
    <w:p w14:paraId="2A10B7A3" w14:textId="77777777" w:rsidR="008D1D9A" w:rsidRDefault="00000000" w:rsidP="008D1D9A">
      <w:pPr>
        <w:ind w:left="-540" w:right="-648"/>
      </w:pPr>
      <w:r>
        <w:rPr>
          <w:b/>
        </w:rPr>
        <w:t xml:space="preserve">c) </w:t>
      </w:r>
      <w:r>
        <w:t>Systematic error. All measurements are consistently shifted in the same direction (too high).</w:t>
      </w:r>
    </w:p>
    <w:p w14:paraId="0FEF30F5" w14:textId="16C1F640" w:rsidR="003E1629" w:rsidRDefault="00000000" w:rsidP="008D1D9A">
      <w:pPr>
        <w:ind w:left="-540" w:right="-648"/>
      </w:pPr>
      <w:r>
        <w:rPr>
          <w:b/>
        </w:rPr>
        <w:t xml:space="preserve">d) </w:t>
      </w:r>
      <w:r>
        <w:t>No, the balance should not pass QC. It has a consistent positive bias and needs recalibration.</w:t>
      </w:r>
    </w:p>
    <w:sectPr w:rsidR="003E1629" w:rsidSect="008D1D9A">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27955207">
    <w:abstractNumId w:val="8"/>
  </w:num>
  <w:num w:numId="2" w16cid:durableId="1729768271">
    <w:abstractNumId w:val="6"/>
  </w:num>
  <w:num w:numId="3" w16cid:durableId="1841963596">
    <w:abstractNumId w:val="5"/>
  </w:num>
  <w:num w:numId="4" w16cid:durableId="572201674">
    <w:abstractNumId w:val="4"/>
  </w:num>
  <w:num w:numId="5" w16cid:durableId="1686707086">
    <w:abstractNumId w:val="7"/>
  </w:num>
  <w:num w:numId="6" w16cid:durableId="1690259078">
    <w:abstractNumId w:val="3"/>
  </w:num>
  <w:num w:numId="7" w16cid:durableId="417335045">
    <w:abstractNumId w:val="2"/>
  </w:num>
  <w:num w:numId="8" w16cid:durableId="67774733">
    <w:abstractNumId w:val="1"/>
  </w:num>
  <w:num w:numId="9" w16cid:durableId="217668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8D6"/>
    <w:rsid w:val="0006063C"/>
    <w:rsid w:val="00096F3A"/>
    <w:rsid w:val="0015074B"/>
    <w:rsid w:val="00222BA1"/>
    <w:rsid w:val="0024728E"/>
    <w:rsid w:val="0029639D"/>
    <w:rsid w:val="00326F90"/>
    <w:rsid w:val="003E1629"/>
    <w:rsid w:val="008D1D9A"/>
    <w:rsid w:val="00AA1D8D"/>
    <w:rsid w:val="00B47730"/>
    <w:rsid w:val="00CB0664"/>
    <w:rsid w:val="00E74487"/>
    <w:rsid w:val="00EF10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AD15C"/>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1546</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3</cp:revision>
  <cp:lastPrinted>2026-08-27T15:12:00Z</cp:lastPrinted>
  <dcterms:created xsi:type="dcterms:W3CDTF">2013-12-23T23:15:00Z</dcterms:created>
  <dcterms:modified xsi:type="dcterms:W3CDTF">2026-08-27T15:59:00Z</dcterms:modified>
  <cp:category/>
</cp:coreProperties>
</file>