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0B85C" w14:textId="21BACBE7" w:rsidR="00775AB0" w:rsidRDefault="00000000">
      <w:r>
        <w:rPr>
          <w:b/>
          <w:sz w:val="32"/>
        </w:rPr>
        <w:t xml:space="preserve">Honors </w:t>
      </w:r>
      <w:r w:rsidR="00620000">
        <w:rPr>
          <w:b/>
          <w:sz w:val="32"/>
        </w:rPr>
        <w:t>Chemistry</w:t>
      </w:r>
      <w:r>
        <w:rPr>
          <w:b/>
          <w:sz w:val="32"/>
        </w:rPr>
        <w:t xml:space="preserve">: Unit </w:t>
      </w:r>
      <w:r w:rsidR="00FF46AA">
        <w:rPr>
          <w:b/>
          <w:sz w:val="32"/>
        </w:rPr>
        <w:t>2</w:t>
      </w:r>
      <w:r>
        <w:rPr>
          <w:b/>
          <w:sz w:val="32"/>
        </w:rPr>
        <w:t xml:space="preserve"> Student Tracker</w:t>
      </w:r>
    </w:p>
    <w:p w14:paraId="61DD7377" w14:textId="77777777" w:rsidR="00775AB0" w:rsidRDefault="00000000">
      <w:r>
        <w:t>Name: _______________________________      Period: _____</w:t>
      </w:r>
    </w:p>
    <w:p w14:paraId="07A39877" w14:textId="4579A20B" w:rsidR="00775AB0" w:rsidRDefault="00000000">
      <w:r>
        <w:rPr>
          <w:i/>
        </w:rPr>
        <w:t xml:space="preserve">Unit </w:t>
      </w:r>
      <w:r w:rsidR="00FF46AA">
        <w:rPr>
          <w:i/>
        </w:rPr>
        <w:t>2</w:t>
      </w:r>
      <w:r>
        <w:rPr>
          <w:i/>
        </w:rPr>
        <w:t xml:space="preserve">: </w:t>
      </w:r>
      <w:r w:rsidR="00620000">
        <w:rPr>
          <w:i/>
        </w:rPr>
        <w:t>Measurement, Unit Conversions, and Precision vs. Accuracy</w:t>
      </w:r>
    </w:p>
    <w:p w14:paraId="2A1CC6DA" w14:textId="77777777" w:rsidR="00775AB0" w:rsidRDefault="00775AB0"/>
    <w:p w14:paraId="2D0566D3" w14:textId="77777777" w:rsidR="00775AB0" w:rsidRDefault="00000000">
      <w:pPr>
        <w:pStyle w:val="Heading2"/>
      </w:pPr>
      <w:r>
        <w:t>How to Use This Tracker</w:t>
      </w:r>
    </w:p>
    <w:p w14:paraId="7EEB17C2" w14:textId="0EFF3EB0" w:rsidR="00775AB0" w:rsidRDefault="00000000">
      <w:r>
        <w:t xml:space="preserve">This tracker is your roadmap for Unit 3 (Aug 27 - Sep 9). Use it to keep track of daily activities, guided notes, mastery checks, and your progress on the Choice Board. Turn in your Must Do / Aspire to Do assignments, with this </w:t>
      </w:r>
      <w:r w:rsidRPr="00FF46AA">
        <w:rPr>
          <w:b/>
          <w:bCs/>
        </w:rPr>
        <w:t>tracker</w:t>
      </w:r>
      <w:r>
        <w:t xml:space="preserve"> </w:t>
      </w:r>
      <w:r w:rsidR="00FF46AA">
        <w:t xml:space="preserve">AND your </w:t>
      </w:r>
      <w:r w:rsidR="00FF46AA" w:rsidRPr="00FF46AA">
        <w:rPr>
          <w:b/>
          <w:bCs/>
        </w:rPr>
        <w:t>choice board</w:t>
      </w:r>
      <w:r w:rsidR="00FF46AA">
        <w:t xml:space="preserve"> </w:t>
      </w:r>
      <w:r>
        <w:t>stapled on top, on the due date — Friday, September 4. Remember: your lab report is due Tuesday, September 1, and school is closed Monday, September 7 for Labor Day.</w:t>
      </w:r>
    </w:p>
    <w:p w14:paraId="1BFB71BA" w14:textId="68701C35" w:rsidR="00775AB0" w:rsidRDefault="00FF46AA">
      <w:pPr>
        <w:pStyle w:val="Heading2"/>
      </w:pPr>
      <w:r>
        <w:t xml:space="preserve">         Unit 2 Schedule (Aug 27 - Sep 9)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60"/>
        <w:gridCol w:w="3060"/>
        <w:gridCol w:w="3600"/>
      </w:tblGrid>
      <w:tr w:rsidR="00775AB0" w14:paraId="67B399F4" w14:textId="77777777" w:rsidTr="00FF46AA">
        <w:trPr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6B6FA" w14:textId="77777777" w:rsidR="00775AB0" w:rsidRDefault="00000000">
            <w:r>
              <w:rPr>
                <w:b/>
                <w:sz w:val="20"/>
              </w:rPr>
              <w:t>Day / Date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65675" w14:textId="77777777" w:rsidR="00775AB0" w:rsidRDefault="00000000">
            <w:r>
              <w:rPr>
                <w:b/>
                <w:sz w:val="20"/>
              </w:rPr>
              <w:t>Focus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FA4D6" w14:textId="77777777" w:rsidR="00775AB0" w:rsidRDefault="00000000">
            <w:r>
              <w:rPr>
                <w:b/>
                <w:sz w:val="20"/>
              </w:rPr>
              <w:t>Activities &amp; Homework</w:t>
            </w:r>
          </w:p>
        </w:tc>
      </w:tr>
      <w:tr w:rsidR="00775AB0" w14:paraId="57CE9C2C" w14:textId="77777777" w:rsidTr="00FF46AA">
        <w:trPr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61B5A" w14:textId="77777777" w:rsidR="00775AB0" w:rsidRDefault="00000000">
            <w:r>
              <w:rPr>
                <w:sz w:val="20"/>
              </w:rPr>
              <w:t>Day 1 / Thu, Aug 27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43340" w14:textId="77777777" w:rsidR="00775AB0" w:rsidRDefault="00000000">
            <w:r>
              <w:rPr>
                <w:sz w:val="20"/>
              </w:rPr>
              <w:t>Assessment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ED2ED" w14:textId="3CE76FFF" w:rsidR="00775AB0" w:rsidRDefault="00000000">
            <w:r>
              <w:rPr>
                <w:sz w:val="20"/>
              </w:rPr>
              <w:t xml:space="preserve">Unit </w:t>
            </w:r>
            <w:r w:rsidR="001812AB">
              <w:rPr>
                <w:sz w:val="20"/>
              </w:rPr>
              <w:t>2</w:t>
            </w:r>
            <w:r>
              <w:rPr>
                <w:sz w:val="20"/>
              </w:rPr>
              <w:t xml:space="preserve"> Pre-Test &amp; Unit Introduction. Review the choice board; record your pre-test scores in the tracker to find your level in each area.</w:t>
            </w:r>
          </w:p>
        </w:tc>
      </w:tr>
      <w:tr w:rsidR="00775AB0" w14:paraId="4C5E30C6" w14:textId="77777777" w:rsidTr="00FF46AA">
        <w:trPr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A33AB" w14:textId="77777777" w:rsidR="00775AB0" w:rsidRDefault="00000000">
            <w:r>
              <w:rPr>
                <w:sz w:val="20"/>
              </w:rPr>
              <w:t>Day 2 / Fri, Aug 28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CE3AA" w14:textId="77777777" w:rsidR="00775AB0" w:rsidRDefault="00000000">
            <w:r>
              <w:rPr>
                <w:sz w:val="20"/>
              </w:rPr>
              <w:t>Instruction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6C19B" w14:textId="3C048E54" w:rsidR="00775AB0" w:rsidRDefault="00000000">
            <w:r>
              <w:rPr>
                <w:sz w:val="20"/>
              </w:rPr>
              <w:t xml:space="preserve">Guided Cornell Notes — Area 1: </w:t>
            </w:r>
            <w:r w:rsidR="00620000">
              <w:rPr>
                <w:sz w:val="20"/>
              </w:rPr>
              <w:t>Measurement and Sig Figs</w:t>
            </w:r>
            <w:r w:rsidR="00FF46AA">
              <w:rPr>
                <w:sz w:val="20"/>
              </w:rPr>
              <w:t xml:space="preserve">. Begin to work independently on choice board assignments </w:t>
            </w:r>
            <w:r>
              <w:rPr>
                <w:sz w:val="20"/>
              </w:rPr>
              <w:t xml:space="preserve">HW: </w:t>
            </w:r>
            <w:r w:rsidR="00FF46AA">
              <w:rPr>
                <w:sz w:val="20"/>
              </w:rPr>
              <w:t>Finish Area 1 notes</w:t>
            </w:r>
            <w:r>
              <w:rPr>
                <w:sz w:val="20"/>
              </w:rPr>
              <w:t>.</w:t>
            </w:r>
          </w:p>
        </w:tc>
      </w:tr>
      <w:tr w:rsidR="00775AB0" w14:paraId="059C83E1" w14:textId="77777777" w:rsidTr="00FF46AA">
        <w:trPr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1F11F" w14:textId="77777777" w:rsidR="00775AB0" w:rsidRDefault="00000000">
            <w:r>
              <w:rPr>
                <w:sz w:val="20"/>
              </w:rPr>
              <w:t>Day 3 / Mon, Aug 31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C2042" w14:textId="05E4DB48" w:rsidR="00775AB0" w:rsidRDefault="00FF46AA">
            <w:r>
              <w:rPr>
                <w:sz w:val="20"/>
              </w:rPr>
              <w:t>Instruction/Independent work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E5055" w14:textId="426B50A9" w:rsidR="00775AB0" w:rsidRDefault="00FF46AA">
            <w:r>
              <w:rPr>
                <w:sz w:val="20"/>
              </w:rPr>
              <w:t>Guided Notes — Area 2:</w:t>
            </w:r>
            <w:r w:rsidR="001812AB">
              <w:rPr>
                <w:sz w:val="20"/>
              </w:rPr>
              <w:t xml:space="preserve"> </w:t>
            </w:r>
            <w:r w:rsidR="00620000">
              <w:rPr>
                <w:sz w:val="20"/>
              </w:rPr>
              <w:t>Unit Conversions</w:t>
            </w:r>
            <w:r w:rsidR="001812AB">
              <w:rPr>
                <w:sz w:val="20"/>
              </w:rPr>
              <w:t>.</w:t>
            </w:r>
            <w:r>
              <w:rPr>
                <w:sz w:val="20"/>
              </w:rPr>
              <w:t xml:space="preserve"> Work independently on choice board assignments. Lab report prep (report due tomorrow).</w:t>
            </w:r>
          </w:p>
        </w:tc>
      </w:tr>
      <w:tr w:rsidR="00775AB0" w14:paraId="25254056" w14:textId="77777777" w:rsidTr="00FF46AA">
        <w:trPr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C0EA7" w14:textId="77777777" w:rsidR="00775AB0" w:rsidRDefault="00000000">
            <w:r>
              <w:rPr>
                <w:sz w:val="20"/>
              </w:rPr>
              <w:t>Day 4 / Tue, Sep 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AF430" w14:textId="1D1CAD73" w:rsidR="00775AB0" w:rsidRDefault="00000000">
            <w:r>
              <w:rPr>
                <w:sz w:val="20"/>
              </w:rPr>
              <w:t>Application</w:t>
            </w:r>
            <w:r w:rsidR="00FF46AA">
              <w:rPr>
                <w:sz w:val="20"/>
              </w:rPr>
              <w:t>/Assessment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68EE8" w14:textId="2327557A" w:rsidR="00775AB0" w:rsidRDefault="00000000">
            <w:r>
              <w:rPr>
                <w:sz w:val="20"/>
              </w:rPr>
              <w:t xml:space="preserve">LAB REPORT DUE. </w:t>
            </w:r>
            <w:r w:rsidR="00FF46AA">
              <w:rPr>
                <w:sz w:val="20"/>
              </w:rPr>
              <w:t>Mastery Check Area 1</w:t>
            </w:r>
            <w:r>
              <w:rPr>
                <w:sz w:val="20"/>
              </w:rPr>
              <w:t>.</w:t>
            </w:r>
            <w:r w:rsidR="00FF46AA">
              <w:rPr>
                <w:sz w:val="20"/>
              </w:rPr>
              <w:t xml:space="preserve"> Continue to work on choice board assignments.</w:t>
            </w:r>
          </w:p>
        </w:tc>
      </w:tr>
      <w:tr w:rsidR="00775AB0" w14:paraId="1F757628" w14:textId="77777777" w:rsidTr="00FF46AA">
        <w:trPr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1E5DB" w14:textId="77777777" w:rsidR="00775AB0" w:rsidRDefault="00000000">
            <w:r>
              <w:rPr>
                <w:sz w:val="20"/>
              </w:rPr>
              <w:t>Day 5 / Wed, Sep 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BC865" w14:textId="3CA920EF" w:rsidR="00775AB0" w:rsidRDefault="00FF46AA">
            <w:r>
              <w:rPr>
                <w:sz w:val="20"/>
              </w:rPr>
              <w:t>Instruction/Independent work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38942" w14:textId="4C66616B" w:rsidR="00775AB0" w:rsidRDefault="00FF46AA">
            <w:r>
              <w:rPr>
                <w:sz w:val="20"/>
              </w:rPr>
              <w:t xml:space="preserve">Guided Notes — Area 3: </w:t>
            </w:r>
            <w:r w:rsidR="00620000">
              <w:rPr>
                <w:sz w:val="20"/>
              </w:rPr>
              <w:t>Precision vs. Accuracy</w:t>
            </w:r>
            <w:r>
              <w:rPr>
                <w:sz w:val="20"/>
              </w:rPr>
              <w:t xml:space="preserve">. Choice Board work: Area 2. Homework: Finish areas 2/3 notes. </w:t>
            </w:r>
          </w:p>
        </w:tc>
      </w:tr>
      <w:tr w:rsidR="00775AB0" w14:paraId="115804F8" w14:textId="77777777" w:rsidTr="00FF46AA">
        <w:trPr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9373" w14:textId="77777777" w:rsidR="00775AB0" w:rsidRDefault="00000000">
            <w:r>
              <w:rPr>
                <w:sz w:val="20"/>
              </w:rPr>
              <w:t>Day 6 / Thu, Sep 3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FA873" w14:textId="48CBD2EA" w:rsidR="00775AB0" w:rsidRDefault="00FF46AA">
            <w:r>
              <w:rPr>
                <w:sz w:val="20"/>
              </w:rPr>
              <w:t>Independent Work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E1F6A" w14:textId="28A14E38" w:rsidR="00775AB0" w:rsidRDefault="00000000">
            <w:r>
              <w:rPr>
                <w:sz w:val="20"/>
              </w:rPr>
              <w:t>Choice Board work: Area</w:t>
            </w:r>
            <w:r w:rsidR="00FF46AA">
              <w:rPr>
                <w:sz w:val="20"/>
              </w:rPr>
              <w:t>s 2/3</w:t>
            </w:r>
            <w:r>
              <w:rPr>
                <w:sz w:val="20"/>
              </w:rPr>
              <w:t>.</w:t>
            </w:r>
          </w:p>
        </w:tc>
      </w:tr>
      <w:tr w:rsidR="00775AB0" w14:paraId="68CF3040" w14:textId="77777777" w:rsidTr="00FF46AA">
        <w:trPr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614D" w14:textId="77777777" w:rsidR="00775AB0" w:rsidRDefault="00000000">
            <w:r>
              <w:rPr>
                <w:sz w:val="20"/>
              </w:rPr>
              <w:t>Day 7 / Fri, Sep 4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8C48D" w14:textId="77777777" w:rsidR="00775AB0" w:rsidRDefault="00000000">
            <w:r>
              <w:rPr>
                <w:sz w:val="20"/>
              </w:rPr>
              <w:t>Assessment / Application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93F8D" w14:textId="6CDC3924" w:rsidR="00775AB0" w:rsidRDefault="00000000">
            <w:r>
              <w:rPr>
                <w:sz w:val="20"/>
              </w:rPr>
              <w:t>MASTERY CHECK 2 — Area</w:t>
            </w:r>
            <w:r w:rsidR="00FF46AA">
              <w:rPr>
                <w:sz w:val="20"/>
              </w:rPr>
              <w:t>s 2/3</w:t>
            </w:r>
            <w:r>
              <w:rPr>
                <w:sz w:val="20"/>
              </w:rPr>
              <w:t xml:space="preserve"> (conversions &amp; </w:t>
            </w:r>
            <w:r w:rsidR="00FF46AA">
              <w:rPr>
                <w:sz w:val="20"/>
              </w:rPr>
              <w:t>accuracy/precision</w:t>
            </w:r>
            <w:r>
              <w:rPr>
                <w:sz w:val="20"/>
              </w:rPr>
              <w:t>). CHOICE BOARD DUE TODAY — staple this tracker to your submission.</w:t>
            </w:r>
          </w:p>
          <w:p w14:paraId="11A7AE1C" w14:textId="6FF4CC17" w:rsidR="00775AB0" w:rsidRDefault="00000000">
            <w:r>
              <w:rPr>
                <w:sz w:val="20"/>
              </w:rPr>
              <w:t>(School closed Sep 5</w:t>
            </w:r>
            <w:r w:rsidR="00FF46AA">
              <w:rPr>
                <w:sz w:val="20"/>
              </w:rPr>
              <w:t xml:space="preserve"> </w:t>
            </w:r>
            <w:r>
              <w:rPr>
                <w:sz w:val="20"/>
              </w:rPr>
              <w:t>for Labor Day)</w:t>
            </w:r>
          </w:p>
        </w:tc>
      </w:tr>
      <w:tr w:rsidR="00FF46AA" w14:paraId="45DB6A48" w14:textId="77777777" w:rsidTr="00FF46AA">
        <w:trPr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76A56" w14:textId="1A4D361E" w:rsidR="00FF46AA" w:rsidRDefault="00FF46AA">
            <w:pPr>
              <w:rPr>
                <w:sz w:val="20"/>
              </w:rPr>
            </w:pPr>
            <w:r>
              <w:rPr>
                <w:sz w:val="20"/>
              </w:rPr>
              <w:t>Day 8/ Mon, Sep 7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75E06" w14:textId="65DAABAF" w:rsidR="00FF46AA" w:rsidRDefault="00FF46AA">
            <w:pPr>
              <w:rPr>
                <w:sz w:val="20"/>
              </w:rPr>
            </w:pPr>
            <w:r>
              <w:rPr>
                <w:sz w:val="20"/>
              </w:rPr>
              <w:t>LABOR DAY! NO SCHOOL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F04E4" w14:textId="77777777" w:rsidR="00FF46AA" w:rsidRDefault="00FF46AA">
            <w:pPr>
              <w:rPr>
                <w:sz w:val="20"/>
              </w:rPr>
            </w:pPr>
          </w:p>
        </w:tc>
      </w:tr>
      <w:tr w:rsidR="00775AB0" w14:paraId="7C1105B1" w14:textId="77777777" w:rsidTr="00FF46AA">
        <w:trPr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AFD69" w14:textId="4603DC2B" w:rsidR="00775AB0" w:rsidRDefault="00000000">
            <w:r>
              <w:rPr>
                <w:sz w:val="20"/>
              </w:rPr>
              <w:t xml:space="preserve">Day </w:t>
            </w:r>
            <w:r w:rsidR="00FF46AA">
              <w:rPr>
                <w:sz w:val="20"/>
              </w:rPr>
              <w:t>9</w:t>
            </w:r>
            <w:r>
              <w:rPr>
                <w:sz w:val="20"/>
              </w:rPr>
              <w:t xml:space="preserve"> / Tue, Sep 8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89024" w14:textId="77777777" w:rsidR="00775AB0" w:rsidRDefault="00000000">
            <w:r>
              <w:rPr>
                <w:sz w:val="20"/>
              </w:rPr>
              <w:t>Review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E9D9A" w14:textId="77777777" w:rsidR="00775AB0" w:rsidRDefault="00000000">
            <w:r>
              <w:rPr>
                <w:sz w:val="20"/>
              </w:rPr>
              <w:t>Unit Review &amp; remediation. Mastery-check retakes / redo options; study for the unit exam.</w:t>
            </w:r>
          </w:p>
        </w:tc>
      </w:tr>
      <w:tr w:rsidR="00775AB0" w14:paraId="68667C1D" w14:textId="77777777" w:rsidTr="00FF46AA">
        <w:trPr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454F5" w14:textId="008C5F49" w:rsidR="00775AB0" w:rsidRDefault="00000000">
            <w:r>
              <w:rPr>
                <w:sz w:val="20"/>
              </w:rPr>
              <w:t xml:space="preserve">Day </w:t>
            </w:r>
            <w:r w:rsidR="00FF46AA">
              <w:rPr>
                <w:sz w:val="20"/>
              </w:rPr>
              <w:t>10</w:t>
            </w:r>
            <w:r>
              <w:rPr>
                <w:sz w:val="20"/>
              </w:rPr>
              <w:t xml:space="preserve"> / Wed, Sep 9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C0603" w14:textId="77777777" w:rsidR="00775AB0" w:rsidRDefault="00000000">
            <w:r>
              <w:rPr>
                <w:sz w:val="20"/>
              </w:rPr>
              <w:t>Assessment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F4DBF" w14:textId="142B7D0F" w:rsidR="00775AB0" w:rsidRDefault="00000000">
            <w:r>
              <w:rPr>
                <w:sz w:val="20"/>
              </w:rPr>
              <w:t xml:space="preserve">UNIT EXAM — Measurement, Metric Conversions &amp; </w:t>
            </w:r>
            <w:r w:rsidR="00620000">
              <w:rPr>
                <w:sz w:val="20"/>
              </w:rPr>
              <w:t>Precision vs Accuracy</w:t>
            </w:r>
            <w:r>
              <w:rPr>
                <w:sz w:val="20"/>
              </w:rPr>
              <w:t>.</w:t>
            </w:r>
          </w:p>
        </w:tc>
      </w:tr>
    </w:tbl>
    <w:p w14:paraId="3EB45BAC" w14:textId="77777777" w:rsidR="00775AB0" w:rsidRDefault="00775AB0" w:rsidP="00FF46AA">
      <w:pPr>
        <w:spacing w:line="240" w:lineRule="auto"/>
        <w:contextualSpacing/>
      </w:pPr>
    </w:p>
    <w:p w14:paraId="68827D38" w14:textId="77777777" w:rsidR="00FF46AA" w:rsidRDefault="00FF46AA" w:rsidP="00FF46AA">
      <w:pPr>
        <w:pStyle w:val="Heading2"/>
        <w:spacing w:line="240" w:lineRule="auto"/>
        <w:contextualSpacing/>
      </w:pPr>
    </w:p>
    <w:p w14:paraId="43503A1A" w14:textId="77777777" w:rsidR="00FF46AA" w:rsidRDefault="00FF46AA" w:rsidP="00FF46AA">
      <w:pPr>
        <w:pStyle w:val="Heading2"/>
        <w:spacing w:line="240" w:lineRule="auto"/>
        <w:contextualSpacing/>
      </w:pPr>
    </w:p>
    <w:p w14:paraId="598D0660" w14:textId="77777777" w:rsidR="00FF46AA" w:rsidRDefault="00FF46AA" w:rsidP="00FF46AA">
      <w:pPr>
        <w:pStyle w:val="Heading2"/>
        <w:spacing w:line="240" w:lineRule="auto"/>
        <w:contextualSpacing/>
      </w:pPr>
    </w:p>
    <w:p w14:paraId="116CABD1" w14:textId="77777777" w:rsidR="00FF46AA" w:rsidRPr="00FF46AA" w:rsidRDefault="00FF46AA" w:rsidP="00FF46AA"/>
    <w:p w14:paraId="06678907" w14:textId="77777777" w:rsidR="00FF46AA" w:rsidRDefault="00FF46AA" w:rsidP="00FF46AA">
      <w:pPr>
        <w:pStyle w:val="Heading2"/>
        <w:spacing w:line="240" w:lineRule="auto"/>
        <w:contextualSpacing/>
      </w:pPr>
    </w:p>
    <w:p w14:paraId="282DA7FB" w14:textId="41EEEF85" w:rsidR="00775AB0" w:rsidRDefault="00000000" w:rsidP="00FF46AA">
      <w:pPr>
        <w:pStyle w:val="Heading2"/>
        <w:spacing w:line="240" w:lineRule="auto"/>
        <w:contextualSpacing/>
      </w:pPr>
      <w:r>
        <w:t>Choice Board Progress Tracking</w:t>
      </w:r>
    </w:p>
    <w:p w14:paraId="7A92217F" w14:textId="77777777" w:rsidR="00775AB0" w:rsidRDefault="00000000">
      <w:r>
        <w:t>Check off the assignments as you complete them based on your pre-test results. All choice board assignments are due Friday, September 4.</w:t>
      </w:r>
    </w:p>
    <w:p w14:paraId="531BF2C2" w14:textId="77777777" w:rsidR="00775AB0" w:rsidRDefault="00000000">
      <w:r>
        <w:rPr>
          <w:b/>
        </w:rPr>
        <w:t>Area 1: Measurement &amp; Significant Figures</w:t>
      </w:r>
    </w:p>
    <w:p w14:paraId="723CCC6C" w14:textId="77777777" w:rsidR="00775AB0" w:rsidRDefault="00000000">
      <w:r>
        <w:t>[  ] MUST DO / ASPIRE TO DO assignment: ___________________________________</w:t>
      </w:r>
    </w:p>
    <w:p w14:paraId="217B442C" w14:textId="77777777" w:rsidR="00775AB0" w:rsidRDefault="00000000">
      <w:r>
        <w:t>[  ] SHOULD DO assignment (if applicable): ________________________________</w:t>
      </w:r>
    </w:p>
    <w:p w14:paraId="10F3060F" w14:textId="77777777" w:rsidR="00775AB0" w:rsidRDefault="00000000">
      <w:r>
        <w:rPr>
          <w:b/>
        </w:rPr>
        <w:t>Area 2: Metric Conversions &amp; Dimensional Analysis</w:t>
      </w:r>
    </w:p>
    <w:p w14:paraId="563C1828" w14:textId="77777777" w:rsidR="00775AB0" w:rsidRDefault="00000000">
      <w:r>
        <w:t>[  ] MUST DO / ASPIRE TO DO assignment: ___________________________________</w:t>
      </w:r>
    </w:p>
    <w:p w14:paraId="5A77A4E6" w14:textId="77777777" w:rsidR="00775AB0" w:rsidRDefault="00000000">
      <w:r>
        <w:t>[  ] SHOULD DO assignment (if applicable): ________________________________</w:t>
      </w:r>
    </w:p>
    <w:p w14:paraId="3AFDFAC0" w14:textId="77777777" w:rsidR="00775AB0" w:rsidRDefault="00000000">
      <w:r>
        <w:rPr>
          <w:b/>
        </w:rPr>
        <w:t>Area 3: Accuracy, Precision &amp; Error Analysis</w:t>
      </w:r>
    </w:p>
    <w:p w14:paraId="3C896082" w14:textId="77777777" w:rsidR="00775AB0" w:rsidRDefault="00000000">
      <w:r>
        <w:t>[  ] MUST DO / ASPIRE TO DO assignment: ___________________________________</w:t>
      </w:r>
    </w:p>
    <w:p w14:paraId="528DE85C" w14:textId="11081F16" w:rsidR="00775AB0" w:rsidRDefault="00000000">
      <w:r>
        <w:t>[  ] SHOULD DO assignment (if applicable): ________________________________</w:t>
      </w:r>
    </w:p>
    <w:p w14:paraId="2917FD65" w14:textId="77777777" w:rsidR="00775AB0" w:rsidRDefault="00000000">
      <w:pPr>
        <w:pStyle w:val="Heading2"/>
      </w:pPr>
      <w:r>
        <w:t>Daily Goal Setting</w:t>
      </w:r>
    </w:p>
    <w:p w14:paraId="1860DBB8" w14:textId="77777777" w:rsidR="00775AB0" w:rsidRDefault="00000000">
      <w:r>
        <w:t>Write down one specific goal for each class period (e.g., "Finish Area 1 Must Do").</w:t>
      </w:r>
    </w:p>
    <w:p w14:paraId="56D9D505" w14:textId="77777777" w:rsidR="00775AB0" w:rsidRDefault="00000000">
      <w:r>
        <w:t>Day 1 Goal: __________________________________________________________________________________________</w:t>
      </w:r>
    </w:p>
    <w:p w14:paraId="7DCDFCFA" w14:textId="77777777" w:rsidR="00775AB0" w:rsidRDefault="00000000">
      <w:r>
        <w:t>Day 2 Goal: __________________________________________________________________________________________</w:t>
      </w:r>
    </w:p>
    <w:p w14:paraId="626EECB1" w14:textId="77777777" w:rsidR="00775AB0" w:rsidRDefault="00000000">
      <w:r>
        <w:t>Day 3 Goal: __________________________________________________________________________________________</w:t>
      </w:r>
    </w:p>
    <w:p w14:paraId="547B3577" w14:textId="77777777" w:rsidR="00775AB0" w:rsidRDefault="00000000">
      <w:r>
        <w:t>Day 4 Goal: __________________________________________________________________________________________</w:t>
      </w:r>
    </w:p>
    <w:p w14:paraId="15BEF70A" w14:textId="77777777" w:rsidR="00775AB0" w:rsidRDefault="00000000">
      <w:r>
        <w:t>Day 5 Goal: __________________________________________________________________________________________</w:t>
      </w:r>
    </w:p>
    <w:p w14:paraId="5A18082F" w14:textId="77777777" w:rsidR="00775AB0" w:rsidRDefault="00000000">
      <w:r>
        <w:t>Day 6 Goal: __________________________________________________________________________________________</w:t>
      </w:r>
    </w:p>
    <w:p w14:paraId="66FECCD6" w14:textId="77777777" w:rsidR="00775AB0" w:rsidRDefault="00000000">
      <w:r>
        <w:t>Day 7 Goal: __________________________________________________________________________________________</w:t>
      </w:r>
    </w:p>
    <w:p w14:paraId="58051ECF" w14:textId="77777777" w:rsidR="00775AB0" w:rsidRDefault="00000000">
      <w:r>
        <w:t>Day 8 Goal: __________________________________________________________________________________________</w:t>
      </w:r>
    </w:p>
    <w:p w14:paraId="577BC8B5" w14:textId="77777777" w:rsidR="00775AB0" w:rsidRDefault="00000000">
      <w:r>
        <w:t>Day 9 Goal: __________________________________________________________________________________________</w:t>
      </w:r>
    </w:p>
    <w:p w14:paraId="1DDB1617" w14:textId="480526C8" w:rsidR="00FF46AA" w:rsidRDefault="00FF46AA" w:rsidP="00FF46AA">
      <w:r>
        <w:t>Day 10 Goal: __________________________________________________________________________________________</w:t>
      </w:r>
    </w:p>
    <w:p w14:paraId="1AA743A7" w14:textId="77777777" w:rsidR="00FF46AA" w:rsidRDefault="00FF46AA"/>
    <w:sectPr w:rsidR="00FF46AA" w:rsidSect="00FF46AA">
      <w:pgSz w:w="12240" w:h="15840"/>
      <w:pgMar w:top="900" w:right="900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7382525">
    <w:abstractNumId w:val="8"/>
  </w:num>
  <w:num w:numId="2" w16cid:durableId="1061246738">
    <w:abstractNumId w:val="6"/>
  </w:num>
  <w:num w:numId="3" w16cid:durableId="1049765146">
    <w:abstractNumId w:val="5"/>
  </w:num>
  <w:num w:numId="4" w16cid:durableId="1193957887">
    <w:abstractNumId w:val="4"/>
  </w:num>
  <w:num w:numId="5" w16cid:durableId="1601137703">
    <w:abstractNumId w:val="7"/>
  </w:num>
  <w:num w:numId="6" w16cid:durableId="1481313899">
    <w:abstractNumId w:val="3"/>
  </w:num>
  <w:num w:numId="7" w16cid:durableId="815268824">
    <w:abstractNumId w:val="2"/>
  </w:num>
  <w:num w:numId="8" w16cid:durableId="1991594537">
    <w:abstractNumId w:val="1"/>
  </w:num>
  <w:num w:numId="9" w16cid:durableId="1632638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6F3A"/>
    <w:rsid w:val="0015074B"/>
    <w:rsid w:val="001812AB"/>
    <w:rsid w:val="0029639D"/>
    <w:rsid w:val="00326F90"/>
    <w:rsid w:val="00340FC3"/>
    <w:rsid w:val="00620000"/>
    <w:rsid w:val="00775AB0"/>
    <w:rsid w:val="00950BA6"/>
    <w:rsid w:val="00AA1D8D"/>
    <w:rsid w:val="00B47730"/>
    <w:rsid w:val="00CB0664"/>
    <w:rsid w:val="00FC693F"/>
    <w:rsid w:val="00FF4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3B06AF2"/>
  <w14:defaultImageDpi w14:val="300"/>
  <w15:docId w15:val="{4AC6806F-5AD5-4675-9FD5-49F1E316D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587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Toni Green</cp:lastModifiedBy>
  <cp:revision>3</cp:revision>
  <cp:lastPrinted>2026-08-28T15:46:00Z</cp:lastPrinted>
  <dcterms:created xsi:type="dcterms:W3CDTF">2026-08-28T18:03:00Z</dcterms:created>
  <dcterms:modified xsi:type="dcterms:W3CDTF">2026-08-28T18:04:00Z</dcterms:modified>
  <cp:category/>
</cp:coreProperties>
</file>