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AC34" w14:textId="1AFE2385" w:rsidR="00537F76" w:rsidRDefault="00000000" w:rsidP="00A27B0E">
      <w:pPr>
        <w:pStyle w:val="Title"/>
        <w:ind w:right="-630"/>
        <w:jc w:val="center"/>
      </w:pPr>
      <w:r>
        <w:t xml:space="preserve">Honors Chemistry: Unit </w:t>
      </w:r>
      <w:r w:rsidR="00A27B0E">
        <w:t>2</w:t>
      </w:r>
      <w:r>
        <w:t xml:space="preserve"> Student Tracker</w:t>
      </w:r>
    </w:p>
    <w:p w14:paraId="0F8FF7AC" w14:textId="77777777" w:rsidR="00537F76" w:rsidRDefault="00000000">
      <w:r>
        <w:t>Name: _______________________________   Period: _____</w:t>
      </w:r>
    </w:p>
    <w:p w14:paraId="211D3E7A" w14:textId="275CAE50" w:rsidR="00537F76" w:rsidRDefault="00000000">
      <w:pPr>
        <w:pStyle w:val="Subtitle"/>
      </w:pPr>
      <w:r>
        <w:t xml:space="preserve">Unit </w:t>
      </w:r>
      <w:r w:rsidR="00A27B0E">
        <w:t>2</w:t>
      </w:r>
      <w:r>
        <w:t xml:space="preserve">: </w:t>
      </w:r>
      <w:r w:rsidR="00A27B0E">
        <w:t>Measurement, Significant Figures, and Precision vs. Accuracy</w:t>
      </w:r>
    </w:p>
    <w:p w14:paraId="79F2A29D" w14:textId="77777777" w:rsidR="00537F76" w:rsidRDefault="00000000">
      <w:pPr>
        <w:pStyle w:val="Heading2"/>
      </w:pPr>
      <w:r>
        <w:t>How to Use This Tracker</w:t>
      </w:r>
    </w:p>
    <w:p w14:paraId="6C554822" w14:textId="77777777" w:rsidR="00537F76" w:rsidRDefault="00000000">
      <w:r>
        <w:t>This tracker is your roadmap for Unit 1. Use it to keep track of daily activities, guided notes, mastery checks, and your progress on the Choice Board assignments. Update your 'Daily Goal' each day when you come to class.</w:t>
      </w:r>
    </w:p>
    <w:p w14:paraId="1EBD3E29" w14:textId="21209B22" w:rsidR="00537F76" w:rsidRDefault="00000000">
      <w:pPr>
        <w:pStyle w:val="Heading2"/>
      </w:pPr>
      <w:r>
        <w:t xml:space="preserve">Unit 1 Schedule (Aug </w:t>
      </w:r>
      <w:r w:rsidR="00A27B0E">
        <w:t>27</w:t>
      </w:r>
      <w:r>
        <w:t xml:space="preserve"> - </w:t>
      </w:r>
      <w:r w:rsidR="00A27B0E">
        <w:t>Sep</w:t>
      </w:r>
      <w:r>
        <w:t xml:space="preserve"> </w:t>
      </w:r>
      <w:r w:rsidR="00A27B0E">
        <w:t>9</w:t>
      </w:r>
      <w:r>
        <w:t>)</w:t>
      </w:r>
    </w:p>
    <w:tbl>
      <w:tblPr>
        <w:tblStyle w:val="TableGrid"/>
        <w:tblW w:w="0" w:type="auto"/>
        <w:tblLook w:val="04A0" w:firstRow="1" w:lastRow="0" w:firstColumn="1" w:lastColumn="0" w:noHBand="0" w:noVBand="1"/>
      </w:tblPr>
      <w:tblGrid>
        <w:gridCol w:w="2880"/>
        <w:gridCol w:w="2880"/>
        <w:gridCol w:w="2880"/>
      </w:tblGrid>
      <w:tr w:rsidR="00537F76" w14:paraId="35C08906" w14:textId="77777777">
        <w:tc>
          <w:tcPr>
            <w:tcW w:w="2880" w:type="dxa"/>
          </w:tcPr>
          <w:p w14:paraId="5D065D78" w14:textId="77777777" w:rsidR="00537F76" w:rsidRDefault="00000000">
            <w:r>
              <w:rPr>
                <w:b/>
              </w:rPr>
              <w:t>Day / Date</w:t>
            </w:r>
          </w:p>
        </w:tc>
        <w:tc>
          <w:tcPr>
            <w:tcW w:w="2880" w:type="dxa"/>
          </w:tcPr>
          <w:p w14:paraId="583CB5BC" w14:textId="77777777" w:rsidR="00537F76" w:rsidRDefault="00000000">
            <w:r>
              <w:rPr>
                <w:b/>
              </w:rPr>
              <w:t>Focus</w:t>
            </w:r>
          </w:p>
        </w:tc>
        <w:tc>
          <w:tcPr>
            <w:tcW w:w="2880" w:type="dxa"/>
          </w:tcPr>
          <w:p w14:paraId="2C14D1C7" w14:textId="77777777" w:rsidR="00537F76" w:rsidRDefault="00000000">
            <w:r>
              <w:rPr>
                <w:b/>
              </w:rPr>
              <w:t>Activities &amp; Homework</w:t>
            </w:r>
          </w:p>
        </w:tc>
      </w:tr>
      <w:tr w:rsidR="00537F76" w14:paraId="5459211F" w14:textId="77777777">
        <w:tc>
          <w:tcPr>
            <w:tcW w:w="2880" w:type="dxa"/>
          </w:tcPr>
          <w:p w14:paraId="36557AD4" w14:textId="0701966B" w:rsidR="00537F76" w:rsidRDefault="00000000">
            <w:r>
              <w:t>Day 1</w:t>
            </w:r>
            <w:r>
              <w:br/>
            </w:r>
            <w:r w:rsidR="00A27B0E">
              <w:t>Thu</w:t>
            </w:r>
            <w:r>
              <w:t xml:space="preserve">, Aug </w:t>
            </w:r>
            <w:r w:rsidR="00A27B0E">
              <w:t>27</w:t>
            </w:r>
          </w:p>
        </w:tc>
        <w:tc>
          <w:tcPr>
            <w:tcW w:w="2880" w:type="dxa"/>
          </w:tcPr>
          <w:p w14:paraId="0855F415" w14:textId="77777777" w:rsidR="00537F76" w:rsidRDefault="00000000">
            <w:r>
              <w:t>Assessment</w:t>
            </w:r>
          </w:p>
        </w:tc>
        <w:tc>
          <w:tcPr>
            <w:tcW w:w="2880" w:type="dxa"/>
          </w:tcPr>
          <w:p w14:paraId="64816DAB" w14:textId="77777777" w:rsidR="00537F76" w:rsidRDefault="00000000">
            <w:r>
              <w:t>Unit 1 Pre-Test &amp; Unit Introduction.</w:t>
            </w:r>
            <w:r>
              <w:br/>
              <w:t>Students receive their Choice Board.</w:t>
            </w:r>
          </w:p>
        </w:tc>
      </w:tr>
      <w:tr w:rsidR="00537F76" w14:paraId="22328404" w14:textId="77777777">
        <w:tc>
          <w:tcPr>
            <w:tcW w:w="2880" w:type="dxa"/>
          </w:tcPr>
          <w:p w14:paraId="7A588098" w14:textId="06D1C186" w:rsidR="00537F76" w:rsidRDefault="00000000">
            <w:r>
              <w:t>Day 2</w:t>
            </w:r>
            <w:r>
              <w:br/>
            </w:r>
            <w:r w:rsidR="00A27B0E">
              <w:t>Thu</w:t>
            </w:r>
            <w:r>
              <w:t xml:space="preserve">, Aug </w:t>
            </w:r>
            <w:r w:rsidR="00A27B0E">
              <w:t>28</w:t>
            </w:r>
          </w:p>
        </w:tc>
        <w:tc>
          <w:tcPr>
            <w:tcW w:w="2880" w:type="dxa"/>
          </w:tcPr>
          <w:p w14:paraId="304A3B5C" w14:textId="77777777" w:rsidR="00537F76" w:rsidRDefault="00000000">
            <w:r>
              <w:t>Investigation</w:t>
            </w:r>
          </w:p>
        </w:tc>
        <w:tc>
          <w:tcPr>
            <w:tcW w:w="2880" w:type="dxa"/>
          </w:tcPr>
          <w:p w14:paraId="2AD400E1" w14:textId="77777777" w:rsidR="00537F76" w:rsidRDefault="00000000">
            <w:r>
              <w:t>Introductory Lab &amp; Safety overview.</w:t>
            </w:r>
          </w:p>
        </w:tc>
      </w:tr>
      <w:tr w:rsidR="00537F76" w14:paraId="10F76EBE" w14:textId="77777777">
        <w:tc>
          <w:tcPr>
            <w:tcW w:w="2880" w:type="dxa"/>
          </w:tcPr>
          <w:p w14:paraId="06FF63D9" w14:textId="77777777" w:rsidR="00537F76" w:rsidRDefault="00000000">
            <w:r>
              <w:t>Day 3</w:t>
            </w:r>
            <w:r>
              <w:br/>
              <w:t>Thu, Aug 13</w:t>
            </w:r>
          </w:p>
        </w:tc>
        <w:tc>
          <w:tcPr>
            <w:tcW w:w="2880" w:type="dxa"/>
          </w:tcPr>
          <w:p w14:paraId="0EA63FDF" w14:textId="77777777" w:rsidR="00537F76" w:rsidRDefault="00000000">
            <w:r>
              <w:t>Instruction</w:t>
            </w:r>
          </w:p>
        </w:tc>
        <w:tc>
          <w:tcPr>
            <w:tcW w:w="2880" w:type="dxa"/>
          </w:tcPr>
          <w:p w14:paraId="1AECFECB" w14:textId="77777777" w:rsidR="00537F76" w:rsidRDefault="00000000">
            <w:r>
              <w:t>Guided Notes: Section 1 (Scientific Process) &amp; Section 2 (Chemical vs. Physical Changes).</w:t>
            </w:r>
            <w:r>
              <w:br/>
              <w:t>Homework: Begin Section 1 &amp; 2 Choice Board Must-Do assignments.</w:t>
            </w:r>
          </w:p>
        </w:tc>
      </w:tr>
      <w:tr w:rsidR="00537F76" w14:paraId="6972B918" w14:textId="77777777">
        <w:tc>
          <w:tcPr>
            <w:tcW w:w="2880" w:type="dxa"/>
          </w:tcPr>
          <w:p w14:paraId="7F601CF3" w14:textId="77777777" w:rsidR="00537F76" w:rsidRDefault="00000000">
            <w:r>
              <w:t>Day 4</w:t>
            </w:r>
            <w:r>
              <w:br/>
              <w:t>Fri, Aug 14</w:t>
            </w:r>
          </w:p>
        </w:tc>
        <w:tc>
          <w:tcPr>
            <w:tcW w:w="2880" w:type="dxa"/>
          </w:tcPr>
          <w:p w14:paraId="2543A3BE" w14:textId="77777777" w:rsidR="00537F76" w:rsidRDefault="00000000">
            <w:r>
              <w:t>Application</w:t>
            </w:r>
          </w:p>
        </w:tc>
        <w:tc>
          <w:tcPr>
            <w:tcW w:w="2880" w:type="dxa"/>
          </w:tcPr>
          <w:p w14:paraId="2EED8777" w14:textId="77777777" w:rsidR="00537F76" w:rsidRDefault="00000000">
            <w:r>
              <w:t>Choice Board &amp; Activity: In-class activities for Areas 1 &amp; 2.</w:t>
            </w:r>
            <w:r>
              <w:br/>
              <w:t>Homework: Complete Section 1 &amp; 2 Choice Board assignments.</w:t>
            </w:r>
          </w:p>
        </w:tc>
      </w:tr>
      <w:tr w:rsidR="00537F76" w14:paraId="04F0859A" w14:textId="77777777">
        <w:tc>
          <w:tcPr>
            <w:tcW w:w="2880" w:type="dxa"/>
          </w:tcPr>
          <w:p w14:paraId="7133B7E4" w14:textId="77777777" w:rsidR="00537F76" w:rsidRDefault="00000000">
            <w:r>
              <w:t>Day 5</w:t>
            </w:r>
            <w:r>
              <w:br/>
              <w:t>Mon, Aug 17</w:t>
            </w:r>
          </w:p>
        </w:tc>
        <w:tc>
          <w:tcPr>
            <w:tcW w:w="2880" w:type="dxa"/>
          </w:tcPr>
          <w:p w14:paraId="68228E6D" w14:textId="77777777" w:rsidR="00537F76" w:rsidRDefault="00000000">
            <w:r>
              <w:t>Assessment</w:t>
            </w:r>
          </w:p>
        </w:tc>
        <w:tc>
          <w:tcPr>
            <w:tcW w:w="2880" w:type="dxa"/>
          </w:tcPr>
          <w:p w14:paraId="10BEDB52" w14:textId="77777777" w:rsidR="00537F76" w:rsidRDefault="00000000">
            <w:r>
              <w:t>Mastery Check 1: 10-question MC (Sections 1 &amp; 2).</w:t>
            </w:r>
            <w:r>
              <w:br/>
              <w:t>Guided Notes: Section 3 (Data, Graphs &amp; Evidence).</w:t>
            </w:r>
          </w:p>
        </w:tc>
      </w:tr>
      <w:tr w:rsidR="00537F76" w14:paraId="2DBB4E73" w14:textId="77777777">
        <w:tc>
          <w:tcPr>
            <w:tcW w:w="2880" w:type="dxa"/>
          </w:tcPr>
          <w:p w14:paraId="1A4209E3" w14:textId="77777777" w:rsidR="00537F76" w:rsidRDefault="00000000">
            <w:r>
              <w:t>Day 6</w:t>
            </w:r>
            <w:r>
              <w:br/>
              <w:t>Tue, Aug 18</w:t>
            </w:r>
          </w:p>
        </w:tc>
        <w:tc>
          <w:tcPr>
            <w:tcW w:w="2880" w:type="dxa"/>
          </w:tcPr>
          <w:p w14:paraId="728211FE" w14:textId="77777777" w:rsidR="00537F76" w:rsidRDefault="00000000">
            <w:r>
              <w:t>Application</w:t>
            </w:r>
          </w:p>
        </w:tc>
        <w:tc>
          <w:tcPr>
            <w:tcW w:w="2880" w:type="dxa"/>
          </w:tcPr>
          <w:p w14:paraId="02F936E3" w14:textId="77777777" w:rsidR="00537F76" w:rsidRDefault="00000000">
            <w:r>
              <w:t>Choice Board Work: Focus on Area 3.</w:t>
            </w:r>
            <w:r>
              <w:br/>
              <w:t>Homework: Section 3 Choice Board assignments.</w:t>
            </w:r>
          </w:p>
        </w:tc>
      </w:tr>
      <w:tr w:rsidR="00537F76" w14:paraId="4C164AFC" w14:textId="77777777">
        <w:tc>
          <w:tcPr>
            <w:tcW w:w="2880" w:type="dxa"/>
          </w:tcPr>
          <w:p w14:paraId="05BD5D29" w14:textId="77777777" w:rsidR="00537F76" w:rsidRDefault="00000000">
            <w:r>
              <w:t>Day 7</w:t>
            </w:r>
            <w:r>
              <w:br/>
              <w:t>Wed, Aug 19</w:t>
            </w:r>
          </w:p>
        </w:tc>
        <w:tc>
          <w:tcPr>
            <w:tcW w:w="2880" w:type="dxa"/>
          </w:tcPr>
          <w:p w14:paraId="4CABAE08" w14:textId="77777777" w:rsidR="00537F76" w:rsidRDefault="00000000">
            <w:r>
              <w:t>Instruction</w:t>
            </w:r>
          </w:p>
        </w:tc>
        <w:tc>
          <w:tcPr>
            <w:tcW w:w="2880" w:type="dxa"/>
          </w:tcPr>
          <w:p w14:paraId="71405553" w14:textId="77777777" w:rsidR="00537F76" w:rsidRDefault="00000000">
            <w:r>
              <w:t>Guided Notes: Section 4 (Theories &amp; Laws).</w:t>
            </w:r>
          </w:p>
        </w:tc>
      </w:tr>
      <w:tr w:rsidR="00537F76" w14:paraId="6D597507" w14:textId="77777777">
        <w:tc>
          <w:tcPr>
            <w:tcW w:w="2880" w:type="dxa"/>
          </w:tcPr>
          <w:p w14:paraId="0E478CE0" w14:textId="77777777" w:rsidR="00537F76" w:rsidRDefault="00000000">
            <w:r>
              <w:t>Day 8</w:t>
            </w:r>
            <w:r>
              <w:br/>
              <w:t>Thu, Aug 20</w:t>
            </w:r>
          </w:p>
        </w:tc>
        <w:tc>
          <w:tcPr>
            <w:tcW w:w="2880" w:type="dxa"/>
          </w:tcPr>
          <w:p w14:paraId="69F4335B" w14:textId="77777777" w:rsidR="00537F76" w:rsidRDefault="00000000">
            <w:r>
              <w:t>Application</w:t>
            </w:r>
          </w:p>
        </w:tc>
        <w:tc>
          <w:tcPr>
            <w:tcW w:w="2880" w:type="dxa"/>
          </w:tcPr>
          <w:p w14:paraId="58631CEC" w14:textId="77777777" w:rsidR="00537F76" w:rsidRDefault="00000000">
            <w:r>
              <w:t>In-Class Activities &amp; continued Choice Board work for Area 4.</w:t>
            </w:r>
          </w:p>
        </w:tc>
      </w:tr>
      <w:tr w:rsidR="00537F76" w14:paraId="57E92D93" w14:textId="77777777">
        <w:tc>
          <w:tcPr>
            <w:tcW w:w="2880" w:type="dxa"/>
          </w:tcPr>
          <w:p w14:paraId="1BEB91F2" w14:textId="77777777" w:rsidR="00537F76" w:rsidRDefault="00000000">
            <w:r>
              <w:lastRenderedPageBreak/>
              <w:t>Day 9</w:t>
            </w:r>
            <w:r>
              <w:br/>
              <w:t>Fri, Aug 21</w:t>
            </w:r>
          </w:p>
        </w:tc>
        <w:tc>
          <w:tcPr>
            <w:tcW w:w="2880" w:type="dxa"/>
          </w:tcPr>
          <w:p w14:paraId="374AA2E4" w14:textId="77777777" w:rsidR="00537F76" w:rsidRDefault="00000000">
            <w:r>
              <w:t>Assessment &amp; Review</w:t>
            </w:r>
          </w:p>
        </w:tc>
        <w:tc>
          <w:tcPr>
            <w:tcW w:w="2880" w:type="dxa"/>
          </w:tcPr>
          <w:p w14:paraId="4557E496" w14:textId="77777777" w:rsidR="00537F76" w:rsidRDefault="00000000">
            <w:r>
              <w:t>Mastery Check 2: 10-question MC (Sections 3 &amp; 4).</w:t>
            </w:r>
            <w:r>
              <w:br/>
              <w:t>Unit Review Day, Choice Board final submissions.</w:t>
            </w:r>
          </w:p>
        </w:tc>
      </w:tr>
      <w:tr w:rsidR="00537F76" w14:paraId="320352EC" w14:textId="77777777">
        <w:tc>
          <w:tcPr>
            <w:tcW w:w="2880" w:type="dxa"/>
          </w:tcPr>
          <w:p w14:paraId="27864D80" w14:textId="77777777" w:rsidR="00537F76" w:rsidRDefault="00000000">
            <w:r>
              <w:t>Day 10</w:t>
            </w:r>
            <w:r>
              <w:br/>
              <w:t>Mon, Aug 24</w:t>
            </w:r>
          </w:p>
        </w:tc>
        <w:tc>
          <w:tcPr>
            <w:tcW w:w="2880" w:type="dxa"/>
          </w:tcPr>
          <w:p w14:paraId="6657ECF5" w14:textId="77777777" w:rsidR="00537F76" w:rsidRDefault="00000000">
            <w:r>
              <w:t>Assessment</w:t>
            </w:r>
          </w:p>
        </w:tc>
        <w:tc>
          <w:tcPr>
            <w:tcW w:w="2880" w:type="dxa"/>
          </w:tcPr>
          <w:p w14:paraId="562A5B74" w14:textId="77777777" w:rsidR="00537F76" w:rsidRDefault="00000000">
            <w:r>
              <w:t>Unit 1 Test</w:t>
            </w:r>
          </w:p>
        </w:tc>
      </w:tr>
    </w:tbl>
    <w:p w14:paraId="44910326" w14:textId="77777777" w:rsidR="00537F76" w:rsidRDefault="00000000">
      <w:r>
        <w:br w:type="page"/>
      </w:r>
    </w:p>
    <w:p w14:paraId="0A32935D" w14:textId="77777777" w:rsidR="00537F76" w:rsidRDefault="00000000">
      <w:pPr>
        <w:pStyle w:val="Heading2"/>
      </w:pPr>
      <w:r>
        <w:lastRenderedPageBreak/>
        <w:t>Choice Board Progress Tracking</w:t>
      </w:r>
    </w:p>
    <w:p w14:paraId="514BFFFF" w14:textId="77777777" w:rsidR="00537F76" w:rsidRDefault="00000000">
      <w:r>
        <w:t>Check off the assignments as you complete them based on your pre-test results.</w:t>
      </w:r>
    </w:p>
    <w:p w14:paraId="6BA8AFBA" w14:textId="77777777" w:rsidR="00537F76" w:rsidRDefault="00000000">
      <w:pPr>
        <w:pStyle w:val="Heading3"/>
      </w:pPr>
      <w:r>
        <w:t>Area 1: The Scientific Process &amp; What Constitutes Science</w:t>
      </w:r>
    </w:p>
    <w:p w14:paraId="416A6775" w14:textId="77777777" w:rsidR="00537F76" w:rsidRDefault="00000000">
      <w:r>
        <w:t>[  ] Must Do / Aspire to Do Assignment: ___________________________</w:t>
      </w:r>
    </w:p>
    <w:p w14:paraId="2A0FDB22" w14:textId="77777777" w:rsidR="00537F76" w:rsidRDefault="00000000">
      <w:r>
        <w:t>[  ] Should Do Assignment (if applicable): ________________________</w:t>
      </w:r>
    </w:p>
    <w:p w14:paraId="3D5662D8" w14:textId="77777777" w:rsidR="00537F76" w:rsidRDefault="00000000">
      <w:pPr>
        <w:pStyle w:val="Heading3"/>
      </w:pPr>
      <w:r>
        <w:t>Area 2: Chemical Reactions &amp; Physical vs. Chemical Changes</w:t>
      </w:r>
    </w:p>
    <w:p w14:paraId="361ADADA" w14:textId="77777777" w:rsidR="00537F76" w:rsidRDefault="00000000">
      <w:r>
        <w:t>[  ] Must Do / Aspire to Do Assignment: ___________________________</w:t>
      </w:r>
    </w:p>
    <w:p w14:paraId="3F4AA3A1" w14:textId="77777777" w:rsidR="00537F76" w:rsidRDefault="00000000">
      <w:r>
        <w:t>[  ] Should Do Assignment (if applicable): ________________________</w:t>
      </w:r>
    </w:p>
    <w:p w14:paraId="2D742770" w14:textId="77777777" w:rsidR="00537F76" w:rsidRDefault="00000000">
      <w:pPr>
        <w:pStyle w:val="Heading3"/>
      </w:pPr>
      <w:r>
        <w:t>Area 3: Data, Graphs &amp; Evidence</w:t>
      </w:r>
    </w:p>
    <w:p w14:paraId="5C19C642" w14:textId="77777777" w:rsidR="00537F76" w:rsidRDefault="00000000">
      <w:r>
        <w:t>[  ] Must Do / Aspire to Do Assignment: ___________________________</w:t>
      </w:r>
    </w:p>
    <w:p w14:paraId="63D7B242" w14:textId="77777777" w:rsidR="00537F76" w:rsidRDefault="00000000">
      <w:r>
        <w:t>[  ] Should Do Assignment (if applicable): ________________________</w:t>
      </w:r>
    </w:p>
    <w:p w14:paraId="64DE7779" w14:textId="77777777" w:rsidR="00537F76" w:rsidRDefault="00000000">
      <w:pPr>
        <w:pStyle w:val="Heading3"/>
      </w:pPr>
      <w:r>
        <w:t>Area 4: Theories &amp; Laws</w:t>
      </w:r>
    </w:p>
    <w:p w14:paraId="459A5392" w14:textId="77777777" w:rsidR="00537F76" w:rsidRDefault="00000000">
      <w:r>
        <w:t>[  ] Must Do / Aspire to Do Assignment: ___________________________</w:t>
      </w:r>
    </w:p>
    <w:p w14:paraId="4C84D01F" w14:textId="77777777" w:rsidR="00537F76" w:rsidRDefault="00000000">
      <w:r>
        <w:t>[  ] Should Do Assignment (if applicable): ________________________</w:t>
      </w:r>
    </w:p>
    <w:p w14:paraId="1E310510" w14:textId="77777777" w:rsidR="00537F76" w:rsidRDefault="00000000">
      <w:pPr>
        <w:pStyle w:val="Heading2"/>
      </w:pPr>
      <w:r>
        <w:t>Daily Goal Setting</w:t>
      </w:r>
    </w:p>
    <w:p w14:paraId="599BFB72" w14:textId="77777777" w:rsidR="00537F76" w:rsidRDefault="00000000">
      <w:r>
        <w:t>Write down one specific goal for each class period (e.g., "Finish Area 1 Must Do").</w:t>
      </w:r>
    </w:p>
    <w:p w14:paraId="500A2CF0" w14:textId="77777777" w:rsidR="00537F76" w:rsidRDefault="00000000">
      <w:r>
        <w:t>Day 1 Goal: ___________________________________________________________________</w:t>
      </w:r>
    </w:p>
    <w:p w14:paraId="316ADBF0" w14:textId="77777777" w:rsidR="00537F76" w:rsidRDefault="00000000">
      <w:r>
        <w:t>Day 2 Goal: ___________________________________________________________________</w:t>
      </w:r>
    </w:p>
    <w:p w14:paraId="6B845D7A" w14:textId="77777777" w:rsidR="00537F76" w:rsidRDefault="00000000">
      <w:r>
        <w:t>Day 3 Goal: ___________________________________________________________________</w:t>
      </w:r>
    </w:p>
    <w:p w14:paraId="5003029C" w14:textId="77777777" w:rsidR="00537F76" w:rsidRDefault="00000000">
      <w:r>
        <w:t>Day 4 Goal: ___________________________________________________________________</w:t>
      </w:r>
    </w:p>
    <w:p w14:paraId="1E880D17" w14:textId="77777777" w:rsidR="00537F76" w:rsidRDefault="00000000">
      <w:r>
        <w:t>Day 5 Goal: ___________________________________________________________________</w:t>
      </w:r>
    </w:p>
    <w:p w14:paraId="646AECD7" w14:textId="77777777" w:rsidR="00537F76" w:rsidRDefault="00000000">
      <w:r>
        <w:t>Day 6 Goal: ___________________________________________________________________</w:t>
      </w:r>
    </w:p>
    <w:p w14:paraId="750CEADD" w14:textId="77777777" w:rsidR="00537F76" w:rsidRDefault="00000000">
      <w:r>
        <w:t>Day 7 Goal: ___________________________________________________________________</w:t>
      </w:r>
    </w:p>
    <w:p w14:paraId="0B9B1CAB" w14:textId="77777777" w:rsidR="00537F76" w:rsidRDefault="00000000">
      <w:r>
        <w:t>Day 8 Goal: ___________________________________________________________________</w:t>
      </w:r>
    </w:p>
    <w:p w14:paraId="58A793AD" w14:textId="77777777" w:rsidR="00537F76" w:rsidRDefault="00000000">
      <w:r>
        <w:t>Day 9 Goal: ___________________________________________________________________</w:t>
      </w:r>
    </w:p>
    <w:sectPr w:rsidR="00537F76"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9595686">
    <w:abstractNumId w:val="8"/>
  </w:num>
  <w:num w:numId="2" w16cid:durableId="1664580569">
    <w:abstractNumId w:val="6"/>
  </w:num>
  <w:num w:numId="3" w16cid:durableId="1266770234">
    <w:abstractNumId w:val="5"/>
  </w:num>
  <w:num w:numId="4" w16cid:durableId="1904291207">
    <w:abstractNumId w:val="4"/>
  </w:num>
  <w:num w:numId="5" w16cid:durableId="2090077103">
    <w:abstractNumId w:val="7"/>
  </w:num>
  <w:num w:numId="6" w16cid:durableId="877931719">
    <w:abstractNumId w:val="3"/>
  </w:num>
  <w:num w:numId="7" w16cid:durableId="1575748355">
    <w:abstractNumId w:val="2"/>
  </w:num>
  <w:num w:numId="8" w16cid:durableId="1188520988">
    <w:abstractNumId w:val="1"/>
  </w:num>
  <w:num w:numId="9" w16cid:durableId="644512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F3A"/>
    <w:rsid w:val="0015074B"/>
    <w:rsid w:val="001C5353"/>
    <w:rsid w:val="0029639D"/>
    <w:rsid w:val="00326F90"/>
    <w:rsid w:val="00537F76"/>
    <w:rsid w:val="00A27B0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6B807F"/>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2026-08-27T13:50:00Z</dcterms:created>
  <dcterms:modified xsi:type="dcterms:W3CDTF">2026-08-27T17:42:00Z</dcterms:modified>
  <cp:category/>
</cp:coreProperties>
</file>