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8D47" w14:textId="77777777" w:rsidR="005A06EB" w:rsidRDefault="00000000">
      <w:r>
        <w:rPr>
          <w:b/>
          <w:sz w:val="30"/>
        </w:rPr>
        <w:t>Honors Chemistry— Unit 3: Classification and Measurement of Matter</w:t>
      </w:r>
    </w:p>
    <w:p w14:paraId="23D4C9D1" w14:textId="4406B4D0" w:rsidR="005A06EB" w:rsidRDefault="00000000">
      <w:r>
        <w:rPr>
          <w:b/>
          <w:sz w:val="26"/>
        </w:rPr>
        <w:t>BELLRINGERS — WEEK</w:t>
      </w:r>
      <w:r w:rsidR="00D36863">
        <w:rPr>
          <w:b/>
          <w:sz w:val="26"/>
        </w:rPr>
        <w:t>S</w:t>
      </w:r>
      <w:r>
        <w:rPr>
          <w:b/>
          <w:sz w:val="26"/>
        </w:rPr>
        <w:t xml:space="preserve"> </w:t>
      </w:r>
      <w:r w:rsidR="009C2DFD">
        <w:rPr>
          <w:b/>
          <w:sz w:val="26"/>
        </w:rPr>
        <w:t>6</w:t>
      </w:r>
      <w:r w:rsidR="00D36863">
        <w:rPr>
          <w:b/>
          <w:sz w:val="26"/>
        </w:rPr>
        <w:t>/7</w:t>
      </w:r>
    </w:p>
    <w:p w14:paraId="354F156B" w14:textId="77777777" w:rsidR="005A06EB" w:rsidRDefault="00000000">
      <w:r>
        <w:rPr>
          <w:sz w:val="20"/>
        </w:rPr>
        <w:t>Standards: SC.</w:t>
      </w:r>
      <w:proofErr w:type="gramStart"/>
      <w:r>
        <w:rPr>
          <w:sz w:val="20"/>
        </w:rPr>
        <w:t>912.P.</w:t>
      </w:r>
      <w:proofErr w:type="gramEnd"/>
      <w:r>
        <w:rPr>
          <w:sz w:val="20"/>
        </w:rPr>
        <w:t>8.</w:t>
      </w:r>
      <w:proofErr w:type="gramStart"/>
      <w:r>
        <w:rPr>
          <w:sz w:val="20"/>
        </w:rPr>
        <w:t>1  |</w:t>
      </w:r>
      <w:proofErr w:type="gramEnd"/>
      <w:r>
        <w:rPr>
          <w:sz w:val="20"/>
        </w:rPr>
        <w:t xml:space="preserve">  SC.</w:t>
      </w:r>
      <w:proofErr w:type="gramStart"/>
      <w:r>
        <w:rPr>
          <w:sz w:val="20"/>
        </w:rPr>
        <w:t>912.P.</w:t>
      </w:r>
      <w:proofErr w:type="gramEnd"/>
      <w:r>
        <w:rPr>
          <w:sz w:val="20"/>
        </w:rPr>
        <w:t>8.</w:t>
      </w:r>
      <w:proofErr w:type="gramStart"/>
      <w:r>
        <w:rPr>
          <w:sz w:val="20"/>
        </w:rPr>
        <w:t>2  |</w:t>
      </w:r>
      <w:proofErr w:type="gramEnd"/>
      <w:r>
        <w:rPr>
          <w:sz w:val="20"/>
        </w:rPr>
        <w:t xml:space="preserve">  SC.</w:t>
      </w:r>
      <w:proofErr w:type="gramStart"/>
      <w:r>
        <w:rPr>
          <w:sz w:val="20"/>
        </w:rPr>
        <w:t>912.L.</w:t>
      </w:r>
      <w:proofErr w:type="gramEnd"/>
      <w:r>
        <w:rPr>
          <w:sz w:val="20"/>
        </w:rPr>
        <w:t>18.</w:t>
      </w:r>
      <w:proofErr w:type="gramStart"/>
      <w:r>
        <w:rPr>
          <w:sz w:val="20"/>
        </w:rPr>
        <w:t>12  |</w:t>
      </w:r>
      <w:proofErr w:type="gramEnd"/>
      <w:r>
        <w:rPr>
          <w:sz w:val="20"/>
        </w:rPr>
        <w:t xml:space="preserve">  SC.</w:t>
      </w:r>
      <w:proofErr w:type="gramStart"/>
      <w:r>
        <w:rPr>
          <w:sz w:val="20"/>
        </w:rPr>
        <w:t>912.P.</w:t>
      </w:r>
      <w:proofErr w:type="gramEnd"/>
      <w:r>
        <w:rPr>
          <w:sz w:val="20"/>
        </w:rPr>
        <w:t>10.</w:t>
      </w:r>
      <w:proofErr w:type="gramStart"/>
      <w:r>
        <w:rPr>
          <w:sz w:val="20"/>
        </w:rPr>
        <w:t>5  |</w:t>
      </w:r>
      <w:proofErr w:type="gramEnd"/>
      <w:r>
        <w:rPr>
          <w:sz w:val="20"/>
        </w:rPr>
        <w:t xml:space="preserve">  SC.</w:t>
      </w:r>
      <w:proofErr w:type="gramStart"/>
      <w:r>
        <w:rPr>
          <w:sz w:val="20"/>
        </w:rPr>
        <w:t>912.P.</w:t>
      </w:r>
      <w:proofErr w:type="gramEnd"/>
      <w:r>
        <w:rPr>
          <w:sz w:val="20"/>
        </w:rPr>
        <w:t>12.</w:t>
      </w:r>
      <w:proofErr w:type="gramStart"/>
      <w:r>
        <w:rPr>
          <w:sz w:val="20"/>
        </w:rPr>
        <w:t>10  |</w:t>
      </w:r>
      <w:proofErr w:type="gramEnd"/>
      <w:r>
        <w:rPr>
          <w:sz w:val="20"/>
        </w:rPr>
        <w:t xml:space="preserve">  SC.</w:t>
      </w:r>
      <w:proofErr w:type="gramStart"/>
      <w:r>
        <w:rPr>
          <w:sz w:val="20"/>
        </w:rPr>
        <w:t>912.P.</w:t>
      </w:r>
      <w:proofErr w:type="gramEnd"/>
      <w:r>
        <w:rPr>
          <w:sz w:val="20"/>
        </w:rPr>
        <w:t>12.11</w:t>
      </w:r>
    </w:p>
    <w:p w14:paraId="35F57014" w14:textId="77777777" w:rsidR="005A06EB" w:rsidRDefault="00000000">
      <w:r>
        <w:t>Week of: ______________________    Name: ________________________________________________    Period: _____</w:t>
      </w:r>
    </w:p>
    <w:p w14:paraId="23D990AD" w14:textId="77777777" w:rsidR="005A06EB" w:rsidRDefault="00000000">
      <w:r>
        <w:rPr>
          <w:i/>
          <w:sz w:val="20"/>
        </w:rPr>
        <w:t>Answer each day's bellringer in its box. Turn this sheet in at the end of the week.</w:t>
      </w:r>
    </w:p>
    <w:tbl>
      <w:tblPr>
        <w:tblStyle w:val="TableGrid"/>
        <w:tblW w:w="0" w:type="auto"/>
        <w:tblLook w:val="04A0" w:firstRow="1" w:lastRow="0" w:firstColumn="1" w:lastColumn="0" w:noHBand="0" w:noVBand="1"/>
      </w:tblPr>
      <w:tblGrid>
        <w:gridCol w:w="4808"/>
        <w:gridCol w:w="6100"/>
      </w:tblGrid>
      <w:tr w:rsidR="009C2DFD" w14:paraId="225EF5CD" w14:textId="1CB50261" w:rsidTr="009C2DFD">
        <w:tc>
          <w:tcPr>
            <w:tcW w:w="4808" w:type="dxa"/>
          </w:tcPr>
          <w:p w14:paraId="6C8FF56B" w14:textId="4DD62757" w:rsidR="009C2DFD" w:rsidRDefault="009C2DFD">
            <w:r>
              <w:rPr>
                <w:b/>
              </w:rPr>
              <w:t>Day 1</w:t>
            </w:r>
            <w:r w:rsidR="00D36863">
              <w:rPr>
                <w:b/>
              </w:rPr>
              <w:t xml:space="preserve"> _________________</w:t>
            </w:r>
          </w:p>
          <w:p w14:paraId="69C6E907" w14:textId="77777777" w:rsidR="009C2DFD" w:rsidRDefault="009C2DFD">
            <w:r>
              <w:t>Classify each as a pure substance or a mixture</w:t>
            </w:r>
            <w:proofErr w:type="gramStart"/>
            <w:r>
              <w:t>:  (</w:t>
            </w:r>
            <w:proofErr w:type="gramEnd"/>
            <w:r>
              <w:t xml:space="preserve">a) a glass of </w:t>
            </w:r>
            <w:proofErr w:type="gramStart"/>
            <w:r>
              <w:t>sweet iced</w:t>
            </w:r>
            <w:proofErr w:type="gramEnd"/>
            <w:r>
              <w:t xml:space="preserve"> </w:t>
            </w:r>
            <w:proofErr w:type="gramStart"/>
            <w:r>
              <w:t>tea,  (</w:t>
            </w:r>
            <w:proofErr w:type="gramEnd"/>
            <w:r>
              <w:t xml:space="preserve">b) a solid bar of pure </w:t>
            </w:r>
            <w:proofErr w:type="gramStart"/>
            <w:r>
              <w:t>aluminum,  (</w:t>
            </w:r>
            <w:proofErr w:type="gramEnd"/>
            <w:r>
              <w:t>c) the air in a scuba tank (nitrogen, oxygen, argon</w:t>
            </w:r>
            <w:proofErr w:type="gramStart"/>
            <w:r>
              <w:t>),  (</w:t>
            </w:r>
            <w:proofErr w:type="gramEnd"/>
            <w:r>
              <w:t>d) a tank of pure helium gas.</w:t>
            </w:r>
          </w:p>
          <w:p w14:paraId="0EE6A5C3" w14:textId="77777777" w:rsidR="009C2DFD" w:rsidRDefault="009C2DFD">
            <w:r>
              <w:t>Then state in one sentence what makes a pure substance's composition “definite.”</w:t>
            </w:r>
          </w:p>
          <w:p w14:paraId="49BF0E71" w14:textId="77777777" w:rsidR="009F1E00" w:rsidRDefault="009F1E00"/>
          <w:p w14:paraId="48B7CF1A" w14:textId="77777777" w:rsidR="009F1E00" w:rsidRDefault="009F1E00"/>
          <w:p w14:paraId="7A1C02D6" w14:textId="77777777" w:rsidR="009F1E00" w:rsidRDefault="009F1E00"/>
          <w:p w14:paraId="7708A997" w14:textId="77777777" w:rsidR="009C2DFD" w:rsidRDefault="009C2DFD"/>
        </w:tc>
        <w:tc>
          <w:tcPr>
            <w:tcW w:w="6100" w:type="dxa"/>
          </w:tcPr>
          <w:p w14:paraId="233992C4" w14:textId="77777777" w:rsidR="009C2DFD" w:rsidRDefault="009C2DFD">
            <w:pPr>
              <w:rPr>
                <w:b/>
              </w:rPr>
            </w:pPr>
          </w:p>
          <w:p w14:paraId="53A53C81" w14:textId="77777777" w:rsidR="009F1E00" w:rsidRDefault="009F1E00">
            <w:pPr>
              <w:rPr>
                <w:b/>
              </w:rPr>
            </w:pPr>
          </w:p>
          <w:p w14:paraId="2D7D7CFE" w14:textId="77777777" w:rsidR="009F1E00" w:rsidRDefault="009F1E00">
            <w:pPr>
              <w:rPr>
                <w:b/>
              </w:rPr>
            </w:pPr>
          </w:p>
          <w:p w14:paraId="679E7366" w14:textId="77777777" w:rsidR="009F1E00" w:rsidRDefault="009F1E00">
            <w:pPr>
              <w:rPr>
                <w:b/>
              </w:rPr>
            </w:pPr>
          </w:p>
          <w:p w14:paraId="6728F37D" w14:textId="77777777" w:rsidR="009F1E00" w:rsidRDefault="009F1E00">
            <w:pPr>
              <w:rPr>
                <w:b/>
              </w:rPr>
            </w:pPr>
          </w:p>
        </w:tc>
      </w:tr>
      <w:tr w:rsidR="009C2DFD" w14:paraId="466C55F4" w14:textId="291201B7" w:rsidTr="009C2DFD">
        <w:tc>
          <w:tcPr>
            <w:tcW w:w="4808" w:type="dxa"/>
          </w:tcPr>
          <w:p w14:paraId="30087B56" w14:textId="1356BEB1" w:rsidR="009C2DFD" w:rsidRDefault="009C2DFD">
            <w:r>
              <w:rPr>
                <w:b/>
              </w:rPr>
              <w:t>Day 2</w:t>
            </w:r>
            <w:r w:rsidR="00D36863">
              <w:rPr>
                <w:b/>
              </w:rPr>
              <w:t xml:space="preserve"> </w:t>
            </w:r>
            <w:r w:rsidR="00D36863">
              <w:rPr>
                <w:b/>
              </w:rPr>
              <w:t>_________________</w:t>
            </w:r>
          </w:p>
          <w:p w14:paraId="28F3B478" w14:textId="77777777" w:rsidR="009C2DFD" w:rsidRDefault="009C2DFD">
            <w:r>
              <w:t>Identify each as a physical property or a chemical property, and justify each</w:t>
            </w:r>
            <w:proofErr w:type="gramStart"/>
            <w:r>
              <w:t>:  (</w:t>
            </w:r>
            <w:proofErr w:type="gramEnd"/>
            <w:r>
              <w:t>a) Ethanol has a boiling point of 78.4°C.  (b) Iron metal rusts in the presence of oxygen and water.  (c) A diamond is the hardest known natural substance.  (d) Sodium metal fizzes and produces a flame when dropped in water.</w:t>
            </w:r>
          </w:p>
          <w:p w14:paraId="6761F20C" w14:textId="77777777" w:rsidR="009F1E00" w:rsidRDefault="009F1E00"/>
          <w:p w14:paraId="01723ADB" w14:textId="77777777" w:rsidR="009F1E00" w:rsidRDefault="009F1E00"/>
          <w:p w14:paraId="12078B01" w14:textId="6C91BE0A" w:rsidR="009F1E00" w:rsidRDefault="009F1E00"/>
        </w:tc>
        <w:tc>
          <w:tcPr>
            <w:tcW w:w="6100" w:type="dxa"/>
          </w:tcPr>
          <w:p w14:paraId="32D89443" w14:textId="77777777" w:rsidR="009C2DFD" w:rsidRDefault="009C2DFD">
            <w:pPr>
              <w:rPr>
                <w:b/>
              </w:rPr>
            </w:pPr>
          </w:p>
        </w:tc>
      </w:tr>
      <w:tr w:rsidR="009C2DFD" w14:paraId="3CAF2D33" w14:textId="39BC8C75" w:rsidTr="009C2DFD">
        <w:tc>
          <w:tcPr>
            <w:tcW w:w="4808" w:type="dxa"/>
          </w:tcPr>
          <w:p w14:paraId="452A56C2" w14:textId="4974C21B" w:rsidR="009C2DFD" w:rsidRDefault="009C2DFD">
            <w:r>
              <w:rPr>
                <w:b/>
              </w:rPr>
              <w:t>Day 3</w:t>
            </w:r>
            <w:r w:rsidR="00D36863">
              <w:rPr>
                <w:b/>
              </w:rPr>
              <w:t xml:space="preserve"> </w:t>
            </w:r>
            <w:r w:rsidR="00D36863">
              <w:rPr>
                <w:b/>
              </w:rPr>
              <w:t>_________________</w:t>
            </w:r>
          </w:p>
          <w:p w14:paraId="044F1BDC" w14:textId="77777777" w:rsidR="009C2DFD" w:rsidRDefault="009C2DFD">
            <w:r>
              <w:t>Classify each as a homogeneous mixture, a heterogeneous mixture, or a pure substance.  Explain your reasoning:  (a) flat soda,  (b) Italian salad dressing,  (c) copper wire.</w:t>
            </w:r>
          </w:p>
          <w:p w14:paraId="69EC700E" w14:textId="77777777" w:rsidR="009C2DFD" w:rsidRDefault="009C2DFD"/>
          <w:p w14:paraId="7502E00C" w14:textId="77777777" w:rsidR="009C2DFD" w:rsidRDefault="009C2DFD"/>
          <w:p w14:paraId="28872494" w14:textId="77777777" w:rsidR="009C2DFD" w:rsidRDefault="009C2DFD"/>
          <w:p w14:paraId="182D5951" w14:textId="77777777" w:rsidR="009F1E00" w:rsidRDefault="009F1E00"/>
          <w:p w14:paraId="0A5A139D" w14:textId="77777777" w:rsidR="009F1E00" w:rsidRDefault="009F1E00"/>
        </w:tc>
        <w:tc>
          <w:tcPr>
            <w:tcW w:w="6100" w:type="dxa"/>
          </w:tcPr>
          <w:p w14:paraId="11652E3D" w14:textId="77777777" w:rsidR="009C2DFD" w:rsidRDefault="009C2DFD">
            <w:pPr>
              <w:rPr>
                <w:b/>
              </w:rPr>
            </w:pPr>
          </w:p>
        </w:tc>
      </w:tr>
      <w:tr w:rsidR="009C2DFD" w14:paraId="389C6846" w14:textId="71AB8371" w:rsidTr="009C2DFD">
        <w:tc>
          <w:tcPr>
            <w:tcW w:w="4808" w:type="dxa"/>
          </w:tcPr>
          <w:p w14:paraId="2765DC17" w14:textId="12525348" w:rsidR="009C2DFD" w:rsidRDefault="009C2DFD">
            <w:r>
              <w:rPr>
                <w:b/>
              </w:rPr>
              <w:t>Day 4</w:t>
            </w:r>
            <w:r w:rsidR="00D36863">
              <w:rPr>
                <w:b/>
              </w:rPr>
              <w:t xml:space="preserve"> </w:t>
            </w:r>
            <w:r w:rsidR="00D36863">
              <w:rPr>
                <w:b/>
              </w:rPr>
              <w:t>_________________</w:t>
            </w:r>
          </w:p>
          <w:p w14:paraId="09B91AAD" w14:textId="77777777" w:rsidR="009C2DFD" w:rsidRDefault="009C2DFD">
            <w:r>
              <w:t>You accidentally mix sand into a beaker of salt water.</w:t>
            </w:r>
          </w:p>
          <w:p w14:paraId="1D411ACB" w14:textId="77777777" w:rsidR="009C2DFD" w:rsidRDefault="009C2DFD">
            <w:r>
              <w:t>Describe a two-step procedure to separate the sand and then recover the solid salt.  Name the separation technique used in each step.</w:t>
            </w:r>
          </w:p>
          <w:p w14:paraId="31DBD623" w14:textId="77777777" w:rsidR="009C2DFD" w:rsidRDefault="009C2DFD"/>
          <w:p w14:paraId="18474A02" w14:textId="77777777" w:rsidR="009C2DFD" w:rsidRDefault="009C2DFD"/>
          <w:p w14:paraId="04AFDBE6" w14:textId="77777777" w:rsidR="009F1E00" w:rsidRDefault="009F1E00"/>
          <w:p w14:paraId="0868DA37" w14:textId="77777777" w:rsidR="009F1E00" w:rsidRDefault="009F1E00"/>
          <w:p w14:paraId="37AB06D5" w14:textId="77777777" w:rsidR="009F1E00" w:rsidRDefault="009F1E00"/>
          <w:p w14:paraId="59B2BA28" w14:textId="06B6399A" w:rsidR="009C2DFD" w:rsidRDefault="009C2DFD"/>
        </w:tc>
        <w:tc>
          <w:tcPr>
            <w:tcW w:w="6100" w:type="dxa"/>
          </w:tcPr>
          <w:p w14:paraId="5BDE8979" w14:textId="77777777" w:rsidR="009C2DFD" w:rsidRDefault="009C2DFD">
            <w:pPr>
              <w:rPr>
                <w:b/>
              </w:rPr>
            </w:pPr>
          </w:p>
        </w:tc>
      </w:tr>
      <w:tr w:rsidR="009C2DFD" w14:paraId="3094839D" w14:textId="034CD7E1" w:rsidTr="009C2DFD">
        <w:tc>
          <w:tcPr>
            <w:tcW w:w="4808" w:type="dxa"/>
          </w:tcPr>
          <w:p w14:paraId="635913CE" w14:textId="077E9D02" w:rsidR="009C2DFD" w:rsidRDefault="009C2DFD">
            <w:r>
              <w:rPr>
                <w:b/>
              </w:rPr>
              <w:lastRenderedPageBreak/>
              <w:t>Day 5</w:t>
            </w:r>
            <w:r w:rsidR="00D36863">
              <w:rPr>
                <w:b/>
              </w:rPr>
              <w:t xml:space="preserve"> </w:t>
            </w:r>
            <w:r w:rsidR="00D36863">
              <w:rPr>
                <w:b/>
              </w:rPr>
              <w:t>_________________</w:t>
            </w:r>
          </w:p>
          <w:p w14:paraId="6B599F86" w14:textId="77777777" w:rsidR="009C2DFD" w:rsidRDefault="009C2DFD">
            <w:r>
              <w:t>A neutral atom of potassium (K) has a mass number of 39 and an atomic number of 19.</w:t>
            </w:r>
          </w:p>
          <w:p w14:paraId="6849C1C7" w14:textId="77777777" w:rsidR="009C2DFD" w:rsidRDefault="009C2DFD">
            <w:r>
              <w:t>Determine the number of protons, neutrons, and electrons in this atom, and explain your reasoning for each.</w:t>
            </w:r>
          </w:p>
          <w:p w14:paraId="709BD0EC" w14:textId="77777777" w:rsidR="009C2DFD" w:rsidRDefault="009C2DFD"/>
          <w:p w14:paraId="24AAE193" w14:textId="77777777" w:rsidR="009C2DFD" w:rsidRDefault="009C2DFD"/>
          <w:p w14:paraId="4A9C9759" w14:textId="77777777" w:rsidR="009C2DFD" w:rsidRDefault="009C2DFD"/>
          <w:p w14:paraId="7F465937" w14:textId="77777777" w:rsidR="009C2DFD" w:rsidRDefault="009C2DFD"/>
          <w:p w14:paraId="74670E17" w14:textId="77777777" w:rsidR="00D36863" w:rsidRDefault="00D36863"/>
        </w:tc>
        <w:tc>
          <w:tcPr>
            <w:tcW w:w="6100" w:type="dxa"/>
          </w:tcPr>
          <w:p w14:paraId="36027BF3" w14:textId="77777777" w:rsidR="009C2DFD" w:rsidRDefault="009C2DFD">
            <w:pPr>
              <w:rPr>
                <w:b/>
              </w:rPr>
            </w:pPr>
          </w:p>
        </w:tc>
      </w:tr>
      <w:tr w:rsidR="00D36863" w14:paraId="6BB57D56" w14:textId="77777777" w:rsidTr="009C2DFD">
        <w:tc>
          <w:tcPr>
            <w:tcW w:w="4808" w:type="dxa"/>
          </w:tcPr>
          <w:p w14:paraId="255A635D" w14:textId="2C3B03A1" w:rsidR="00D36863" w:rsidRDefault="00D36863" w:rsidP="00D36863">
            <w:r>
              <w:rPr>
                <w:b/>
              </w:rPr>
              <w:t>Day 6</w:t>
            </w:r>
            <w:r>
              <w:rPr>
                <w:b/>
              </w:rPr>
              <w:t xml:space="preserve"> </w:t>
            </w:r>
            <w:r>
              <w:rPr>
                <w:b/>
              </w:rPr>
              <w:t>_________________</w:t>
            </w:r>
          </w:p>
          <w:p w14:paraId="17A29BC3" w14:textId="77777777" w:rsidR="00D36863" w:rsidRDefault="00D36863" w:rsidP="00D36863">
            <w:r>
              <w:t>Dry ice is solid carbon dioxide (CO₂).  If left on a counter at room temperature, it gradually disappears, leaving no puddle behind.</w:t>
            </w:r>
          </w:p>
          <w:p w14:paraId="543E56ED" w14:textId="77777777" w:rsidR="00D36863" w:rsidRDefault="00D36863" w:rsidP="00D36863">
            <w:r>
              <w:t>Using the terminology of phase changes and the Kinetic Molecular Theory (KMT), describe what is happening at the particle level.</w:t>
            </w:r>
          </w:p>
          <w:p w14:paraId="34E2F7E7" w14:textId="77777777" w:rsidR="00D36863" w:rsidRDefault="00D36863">
            <w:pPr>
              <w:rPr>
                <w:b/>
              </w:rPr>
            </w:pPr>
          </w:p>
          <w:p w14:paraId="67DA600D" w14:textId="77777777" w:rsidR="009F1E00" w:rsidRDefault="009F1E00">
            <w:pPr>
              <w:rPr>
                <w:b/>
              </w:rPr>
            </w:pPr>
          </w:p>
          <w:p w14:paraId="06BB067F" w14:textId="77777777" w:rsidR="009F1E00" w:rsidRDefault="009F1E00">
            <w:pPr>
              <w:rPr>
                <w:b/>
              </w:rPr>
            </w:pPr>
          </w:p>
          <w:p w14:paraId="346AAD04" w14:textId="77777777" w:rsidR="009F1E00" w:rsidRDefault="009F1E00">
            <w:pPr>
              <w:rPr>
                <w:b/>
              </w:rPr>
            </w:pPr>
          </w:p>
        </w:tc>
        <w:tc>
          <w:tcPr>
            <w:tcW w:w="6100" w:type="dxa"/>
          </w:tcPr>
          <w:p w14:paraId="7B7C5428" w14:textId="77777777" w:rsidR="00D36863" w:rsidRDefault="00D36863">
            <w:pPr>
              <w:rPr>
                <w:b/>
              </w:rPr>
            </w:pPr>
          </w:p>
        </w:tc>
      </w:tr>
      <w:tr w:rsidR="00D36863" w14:paraId="19AA949C" w14:textId="77777777" w:rsidTr="009C2DFD">
        <w:tc>
          <w:tcPr>
            <w:tcW w:w="4808" w:type="dxa"/>
          </w:tcPr>
          <w:p w14:paraId="521E9A3F" w14:textId="7BB24662" w:rsidR="00D36863" w:rsidRDefault="00D36863" w:rsidP="00D36863">
            <w:r>
              <w:rPr>
                <w:b/>
              </w:rPr>
              <w:t>Day 7</w:t>
            </w:r>
            <w:r>
              <w:rPr>
                <w:b/>
              </w:rPr>
              <w:t xml:space="preserve"> </w:t>
            </w:r>
            <w:r>
              <w:rPr>
                <w:b/>
              </w:rPr>
              <w:t>_________________</w:t>
            </w:r>
          </w:p>
          <w:p w14:paraId="265BADB9" w14:textId="77777777" w:rsidR="00D36863" w:rsidRDefault="00D36863" w:rsidP="00D36863">
            <w:r>
              <w:t xml:space="preserve">Categorize each substance as an element, a covalent (molecular) compound, or an ionic compound:  </w:t>
            </w:r>
            <w:proofErr w:type="gramStart"/>
            <w:r>
              <w:t>Ne,  H</w:t>
            </w:r>
            <w:proofErr w:type="gramEnd"/>
            <w:r>
              <w:t>₂</w:t>
            </w:r>
            <w:proofErr w:type="gramStart"/>
            <w:r>
              <w:t xml:space="preserve">O,  Fe,  KBr,  </w:t>
            </w:r>
            <w:proofErr w:type="spellStart"/>
            <w:r>
              <w:t>CCl</w:t>
            </w:r>
            <w:proofErr w:type="spellEnd"/>
            <w:proofErr w:type="gramEnd"/>
            <w:r>
              <w:t>₄.</w:t>
            </w:r>
          </w:p>
          <w:p w14:paraId="2624653B" w14:textId="77777777" w:rsidR="00D36863" w:rsidRDefault="00D36863" w:rsidP="00D36863">
            <w:r>
              <w:t>What feature of the atoms tells you which type it is?</w:t>
            </w:r>
          </w:p>
          <w:p w14:paraId="08736739" w14:textId="77777777" w:rsidR="00D36863" w:rsidRDefault="00D36863" w:rsidP="00D36863"/>
          <w:p w14:paraId="03F1E3D9" w14:textId="77777777" w:rsidR="00D36863" w:rsidRDefault="00D36863" w:rsidP="00D36863">
            <w:pPr>
              <w:rPr>
                <w:b/>
              </w:rPr>
            </w:pPr>
          </w:p>
          <w:p w14:paraId="387E1C38" w14:textId="77777777" w:rsidR="009F1E00" w:rsidRDefault="009F1E00" w:rsidP="00D36863">
            <w:pPr>
              <w:rPr>
                <w:b/>
              </w:rPr>
            </w:pPr>
          </w:p>
          <w:p w14:paraId="7441CCA3" w14:textId="77777777" w:rsidR="009F1E00" w:rsidRDefault="009F1E00" w:rsidP="00D36863">
            <w:pPr>
              <w:rPr>
                <w:b/>
              </w:rPr>
            </w:pPr>
          </w:p>
          <w:p w14:paraId="45FF85C5" w14:textId="77777777" w:rsidR="009F1E00" w:rsidRDefault="009F1E00" w:rsidP="00D36863">
            <w:pPr>
              <w:rPr>
                <w:b/>
              </w:rPr>
            </w:pPr>
          </w:p>
        </w:tc>
        <w:tc>
          <w:tcPr>
            <w:tcW w:w="6100" w:type="dxa"/>
          </w:tcPr>
          <w:p w14:paraId="76BBB20D" w14:textId="77777777" w:rsidR="00D36863" w:rsidRDefault="00D36863">
            <w:pPr>
              <w:rPr>
                <w:b/>
              </w:rPr>
            </w:pPr>
          </w:p>
        </w:tc>
      </w:tr>
    </w:tbl>
    <w:p w14:paraId="4C89F03B" w14:textId="77777777" w:rsidR="005A06EB" w:rsidRDefault="00000000">
      <w:r>
        <w:br w:type="page"/>
      </w:r>
    </w:p>
    <w:p w14:paraId="62D1EB3C" w14:textId="77777777" w:rsidR="005A06EB" w:rsidRDefault="005A06EB"/>
    <w:p w14:paraId="2A3A5AE7" w14:textId="77777777" w:rsidR="005A06EB" w:rsidRDefault="00000000">
      <w:r>
        <w:rPr>
          <w:b/>
          <w:sz w:val="30"/>
        </w:rPr>
        <w:t>Honors Chemistry— Unit 3: Classification and Measurement of Matter</w:t>
      </w:r>
    </w:p>
    <w:p w14:paraId="1BBE1E4C" w14:textId="77777777" w:rsidR="005A06EB" w:rsidRDefault="00000000">
      <w:r>
        <w:rPr>
          <w:b/>
          <w:sz w:val="26"/>
        </w:rPr>
        <w:t>BELLRINGERS — WEEK 2</w:t>
      </w:r>
    </w:p>
    <w:p w14:paraId="679CFCEF" w14:textId="77777777" w:rsidR="005A06EB" w:rsidRDefault="00000000">
      <w:r>
        <w:rPr>
          <w:sz w:val="20"/>
        </w:rPr>
        <w:t>Standards: SC.912.P.8.1  |  SC.912.P.8.2  |  SC.912.L.18.12  |  SC.912.P.10.5  |  SC.912.P.12.10  |  SC.912.P.12.11</w:t>
      </w:r>
    </w:p>
    <w:p w14:paraId="0CA046ED" w14:textId="77777777" w:rsidR="005A06EB" w:rsidRDefault="00000000">
      <w:r>
        <w:t>Week of: ______________________    Name: ________________________________________________    Period: _____</w:t>
      </w:r>
    </w:p>
    <w:p w14:paraId="7BCDAD5D" w14:textId="77777777" w:rsidR="005A06EB" w:rsidRDefault="00000000">
      <w:r>
        <w:rPr>
          <w:i/>
          <w:sz w:val="20"/>
        </w:rPr>
        <w:t>Answer each day's bellringer in its box. Turn this sheet in at the end of the week.</w:t>
      </w:r>
    </w:p>
    <w:tbl>
      <w:tblPr>
        <w:tblStyle w:val="TableGrid"/>
        <w:tblW w:w="0" w:type="auto"/>
        <w:tblLook w:val="04A0" w:firstRow="1" w:lastRow="0" w:firstColumn="1" w:lastColumn="0" w:noHBand="0" w:noVBand="1"/>
      </w:tblPr>
      <w:tblGrid>
        <w:gridCol w:w="8640"/>
      </w:tblGrid>
      <w:tr w:rsidR="005A06EB" w14:paraId="0715C929" w14:textId="77777777">
        <w:tc>
          <w:tcPr>
            <w:tcW w:w="8640" w:type="dxa"/>
          </w:tcPr>
          <w:p w14:paraId="1C80BCA0" w14:textId="77777777" w:rsidR="005A06EB" w:rsidRDefault="00000000">
            <w:r>
              <w:rPr>
                <w:b/>
              </w:rPr>
              <w:t>Day 6</w:t>
            </w:r>
          </w:p>
          <w:p w14:paraId="11D11913" w14:textId="77777777" w:rsidR="005A06EB" w:rsidRDefault="00000000">
            <w:r>
              <w:t>Dry ice is solid carbon dioxide (CO₂).  If left on a counter at room temperature, it gradually disappears, leaving no puddle behind.</w:t>
            </w:r>
          </w:p>
          <w:p w14:paraId="1DBBA44D" w14:textId="77777777" w:rsidR="005A06EB" w:rsidRDefault="00000000">
            <w:r>
              <w:t>Using the terminology of phase changes and the Kinetic Molecular Theory (KMT), describe what is happening at the particle level.</w:t>
            </w:r>
          </w:p>
          <w:p w14:paraId="429AF2DE" w14:textId="77777777" w:rsidR="005A06EB" w:rsidRDefault="005A06EB"/>
          <w:p w14:paraId="4D6400C5" w14:textId="77777777" w:rsidR="005A06EB" w:rsidRDefault="005A06EB"/>
          <w:p w14:paraId="107E6268" w14:textId="77777777" w:rsidR="005A06EB" w:rsidRDefault="005A06EB"/>
          <w:p w14:paraId="5B91E547" w14:textId="77777777" w:rsidR="005A06EB" w:rsidRDefault="005A06EB"/>
        </w:tc>
      </w:tr>
      <w:tr w:rsidR="005A06EB" w14:paraId="5207FB0A" w14:textId="77777777">
        <w:tc>
          <w:tcPr>
            <w:tcW w:w="8640" w:type="dxa"/>
          </w:tcPr>
          <w:p w14:paraId="69D2E0BD" w14:textId="77777777" w:rsidR="005A06EB" w:rsidRDefault="00000000">
            <w:r>
              <w:rPr>
                <w:b/>
              </w:rPr>
              <w:t>Day 7</w:t>
            </w:r>
          </w:p>
          <w:p w14:paraId="5A04B15D" w14:textId="77777777" w:rsidR="005A06EB" w:rsidRDefault="00000000">
            <w:r>
              <w:t>Categorize each substance as an element, a covalent (molecular) compound, or an ionic compound:  Ne,  H₂O,  Fe,  KBr,  CCl₄.</w:t>
            </w:r>
          </w:p>
          <w:p w14:paraId="01151C8C" w14:textId="77777777" w:rsidR="005A06EB" w:rsidRDefault="00000000">
            <w:r>
              <w:t>What feature of the atoms tells you which type it is?</w:t>
            </w:r>
          </w:p>
          <w:p w14:paraId="21F4DF95" w14:textId="77777777" w:rsidR="005A06EB" w:rsidRDefault="005A06EB"/>
          <w:p w14:paraId="4A321DDD" w14:textId="77777777" w:rsidR="005A06EB" w:rsidRDefault="005A06EB"/>
          <w:p w14:paraId="7FB0783E" w14:textId="77777777" w:rsidR="005A06EB" w:rsidRDefault="005A06EB"/>
          <w:p w14:paraId="3001D9A9" w14:textId="77777777" w:rsidR="005A06EB" w:rsidRDefault="005A06EB"/>
        </w:tc>
      </w:tr>
      <w:tr w:rsidR="005A06EB" w14:paraId="2EFC9F92" w14:textId="77777777">
        <w:tc>
          <w:tcPr>
            <w:tcW w:w="8640" w:type="dxa"/>
          </w:tcPr>
          <w:p w14:paraId="173695E3" w14:textId="77777777" w:rsidR="005A06EB" w:rsidRDefault="00000000">
            <w:r>
              <w:rPr>
                <w:b/>
              </w:rPr>
              <w:t>Day 8</w:t>
            </w:r>
          </w:p>
          <w:p w14:paraId="2420E47B" w14:textId="77777777" w:rsidR="005A06EB" w:rsidRDefault="00000000">
            <w:r>
              <w:t>Write the correct chemical name for each formula:  P₂O₅,  CaS,  SO₃,  AlCl₃.</w:t>
            </w:r>
          </w:p>
          <w:p w14:paraId="1CEA134F" w14:textId="77777777" w:rsidR="005A06EB" w:rsidRDefault="00000000">
            <w:r>
              <w:t>For each, first state whether it is ionic or covalent, then apply the correct naming rule.</w:t>
            </w:r>
          </w:p>
          <w:p w14:paraId="5AF38242" w14:textId="77777777" w:rsidR="005A06EB" w:rsidRDefault="005A06EB"/>
          <w:p w14:paraId="4AD8FF88" w14:textId="77777777" w:rsidR="005A06EB" w:rsidRDefault="005A06EB"/>
          <w:p w14:paraId="01CFF148" w14:textId="77777777" w:rsidR="005A06EB" w:rsidRDefault="005A06EB"/>
          <w:p w14:paraId="216807B6" w14:textId="77777777" w:rsidR="005A06EB" w:rsidRDefault="005A06EB"/>
        </w:tc>
      </w:tr>
      <w:tr w:rsidR="005A06EB" w14:paraId="40485885" w14:textId="77777777">
        <w:tc>
          <w:tcPr>
            <w:tcW w:w="8640" w:type="dxa"/>
          </w:tcPr>
          <w:p w14:paraId="2C827556" w14:textId="77777777" w:rsidR="005A06EB" w:rsidRDefault="00000000">
            <w:r>
              <w:rPr>
                <w:b/>
              </w:rPr>
              <w:t>Day 9</w:t>
            </w:r>
          </w:p>
          <w:p w14:paraId="23DC4128" w14:textId="77777777" w:rsidR="005A06EB" w:rsidRDefault="00000000">
            <w:r>
              <w:t>A canister for deep-sea diving contains 46.0 g of pure oxygen gas.</w:t>
            </w:r>
          </w:p>
          <w:p w14:paraId="53BC57FF" w14:textId="77777777" w:rsidR="005A06EB" w:rsidRDefault="00000000">
            <w:r>
              <w:t>(a) What is the correct chemical formula for oxygen gas?   (b) Using molar mass (O₂ = 32.00 g/mol), calculate the number of moles of oxygen molecules.  Report your answer to the correct number of significant figures.</w:t>
            </w:r>
          </w:p>
          <w:p w14:paraId="7B88C1E0" w14:textId="77777777" w:rsidR="005A06EB" w:rsidRDefault="005A06EB"/>
          <w:p w14:paraId="4882B253" w14:textId="77777777" w:rsidR="005A06EB" w:rsidRDefault="005A06EB"/>
          <w:p w14:paraId="58FFEF0B" w14:textId="77777777" w:rsidR="005A06EB" w:rsidRDefault="005A06EB"/>
          <w:p w14:paraId="6D82717A" w14:textId="77777777" w:rsidR="005A06EB" w:rsidRDefault="005A06EB"/>
        </w:tc>
      </w:tr>
      <w:tr w:rsidR="005A06EB" w14:paraId="72E0F259" w14:textId="77777777">
        <w:tc>
          <w:tcPr>
            <w:tcW w:w="8640" w:type="dxa"/>
          </w:tcPr>
          <w:p w14:paraId="3278C241" w14:textId="77777777" w:rsidR="005A06EB" w:rsidRDefault="00000000">
            <w:r>
              <w:rPr>
                <w:b/>
              </w:rPr>
              <w:t>Day 10</w:t>
            </w:r>
          </w:p>
          <w:p w14:paraId="5DC10C95" w14:textId="77777777" w:rsidR="005A06EB" w:rsidRDefault="00000000">
            <w:r>
              <w:t>Consider the reaction  2H₂ + O₂ → 2H₂O.</w:t>
            </w:r>
          </w:p>
          <w:p w14:paraId="520C8938" w14:textId="77777777" w:rsidR="005A06EB" w:rsidRDefault="00000000">
            <w:r>
              <w:t>(a) Identify which numbers are coefficients and which are subscripts.   (b) Count the total atoms of hydrogen and oxygen on each side to show it satisfies the Law of Conservation of Mass.   (c) If 1.0 mol of O₂ reacts completely, how many moles of H₂O are produced?</w:t>
            </w:r>
          </w:p>
          <w:p w14:paraId="45F9020F" w14:textId="77777777" w:rsidR="005A06EB" w:rsidRDefault="005A06EB"/>
          <w:p w14:paraId="7CD0D5AF" w14:textId="77777777" w:rsidR="005A06EB" w:rsidRDefault="005A06EB"/>
          <w:p w14:paraId="72A28B6A" w14:textId="77777777" w:rsidR="005A06EB" w:rsidRDefault="005A06EB"/>
          <w:p w14:paraId="60CB50A0" w14:textId="77777777" w:rsidR="005A06EB" w:rsidRDefault="005A06EB"/>
        </w:tc>
      </w:tr>
    </w:tbl>
    <w:p w14:paraId="3ABE3393" w14:textId="77777777" w:rsidR="005A06EB" w:rsidRDefault="00000000">
      <w:r>
        <w:br w:type="page"/>
      </w:r>
    </w:p>
    <w:sectPr w:rsidR="005A06EB" w:rsidSect="009C2D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1859918">
    <w:abstractNumId w:val="8"/>
  </w:num>
  <w:num w:numId="2" w16cid:durableId="1707638056">
    <w:abstractNumId w:val="6"/>
  </w:num>
  <w:num w:numId="3" w16cid:durableId="1559779875">
    <w:abstractNumId w:val="5"/>
  </w:num>
  <w:num w:numId="4" w16cid:durableId="505217697">
    <w:abstractNumId w:val="4"/>
  </w:num>
  <w:num w:numId="5" w16cid:durableId="1307199870">
    <w:abstractNumId w:val="7"/>
  </w:num>
  <w:num w:numId="6" w16cid:durableId="1875116144">
    <w:abstractNumId w:val="3"/>
  </w:num>
  <w:num w:numId="7" w16cid:durableId="141778994">
    <w:abstractNumId w:val="2"/>
  </w:num>
  <w:num w:numId="8" w16cid:durableId="2116051955">
    <w:abstractNumId w:val="1"/>
  </w:num>
  <w:num w:numId="9" w16cid:durableId="1270822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06EB"/>
    <w:rsid w:val="009C2DFD"/>
    <w:rsid w:val="009F1E00"/>
    <w:rsid w:val="00AA1D8D"/>
    <w:rsid w:val="00B47730"/>
    <w:rsid w:val="00B8310F"/>
    <w:rsid w:val="00CB0664"/>
    <w:rsid w:val="00D368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CA50B8"/>
  <w14:defaultImageDpi w14:val="300"/>
  <w15:docId w15:val="{04B0E1E9-5E7D-4D6E-9D23-A4071AEE3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4</cp:revision>
  <dcterms:created xsi:type="dcterms:W3CDTF">2013-12-23T23:15:00Z</dcterms:created>
  <dcterms:modified xsi:type="dcterms:W3CDTF">2026-09-17T13:23:00Z</dcterms:modified>
  <cp:category/>
</cp:coreProperties>
</file>