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1: Why Classify Matter?</w:t>
      </w:r>
    </w:p>
    <w:p>
      <w:r>
        <w:rPr>
          <w:i w:val="0"/>
          <w:sz w:val="22"/>
        </w:rPr>
        <w:t>Topic: Pure Substances vs. Mixtures &amp; Properties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Classify each as a pure substance or a mixture: (a) a glass of sweet iced tea, (b) a solid bar of pure aluminum, (c) the air in a scuba tank, (d) a tank of pure helium gas. Explain your reasoning for one of them.</w:t>
      </w:r>
    </w:p>
    <w:p>
      <w:r>
        <w:rPr>
          <w:sz w:val="22"/>
        </w:rPr>
        <w:t>2.  Ethanol has a boiling point of 78.4°C, but ethanol is also flammable. Identify which is a physical property and which is a chemical property, and justify your choice for each.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1: Why Classify Matter?</w:t>
      </w:r>
    </w:p>
    <w:p>
      <w:r>
        <w:rPr>
          <w:i w:val="0"/>
          <w:sz w:val="22"/>
        </w:rPr>
        <w:t>Topic: Pure Substances vs. Mixtures &amp; Properties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Classify each as a pure substance or a mixture: (a) a glass of sweet iced tea, (b) a solid bar of pure aluminum, (c) the air in a scuba tank, (d) a tank of pure helium gas. Explain your reasoning for one of them.</w:t>
      </w:r>
    </w:p>
    <w:p>
      <w:r>
        <w:rPr>
          <w:sz w:val="22"/>
        </w:rPr>
        <w:t>2.  Ethanol has a boiling point of 78.4°C, but ethanol is also flammable. Identify which is a physical property and which is a chemical property, and justify your choice for each.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br w:type="page"/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2: Mixtures and How to Separate Them</w:t>
      </w:r>
    </w:p>
    <w:p>
      <w:r>
        <w:rPr>
          <w:i w:val="0"/>
          <w:sz w:val="22"/>
        </w:rPr>
        <w:t>Topic: Classifying Mixtures &amp; Separation Techniques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Classify each as a homogeneous mixture, a heterogeneous mixture, or a pure substance, and explain your reasoning: (a) flat soda, (b) Italian salad dressing, (c) copper wire.</w:t>
      </w:r>
    </w:p>
    <w:p>
      <w:r>
        <w:rPr>
          <w:sz w:val="22"/>
        </w:rPr>
        <w:t>2.  You accidentally mix sand into a beaker of salt water. Describe a two-step procedure to separate the sand and then recover the solid salt. Name the separation technique used in each step.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2: Mixtures and How to Separate Them</w:t>
      </w:r>
    </w:p>
    <w:p>
      <w:r>
        <w:rPr>
          <w:i w:val="0"/>
          <w:sz w:val="22"/>
        </w:rPr>
        <w:t>Topic: Classifying Mixtures &amp; Separation Techniques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Classify each as a homogeneous mixture, a heterogeneous mixture, or a pure substance, and explain your reasoning: (a) flat soda, (b) Italian salad dressing, (c) copper wire.</w:t>
      </w:r>
    </w:p>
    <w:p>
      <w:r>
        <w:rPr>
          <w:sz w:val="22"/>
        </w:rPr>
        <w:t>2.  You accidentally mix sand into a beaker of salt water. Describe a two-step procedure to separate the sand and then recover the solid salt. Name the separation technique used in each step.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br w:type="page"/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3: Atoms — The Building Blocks of Matter</w:t>
      </w:r>
    </w:p>
    <w:p>
      <w:r>
        <w:rPr>
          <w:i w:val="0"/>
          <w:sz w:val="22"/>
        </w:rPr>
        <w:t>Topic: Subatomic Particles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A neutral atom of potassium (K) has a mass number of 39 and an atomic number of 19. Determine the number of protons, neutrons, and electrons in this atom, and explain your reasoning for each.</w:t>
      </w:r>
    </w:p>
    <w:p>
      <w:r>
        <w:rPr>
          <w:sz w:val="22"/>
        </w:rPr>
        <w:t>2.  Explain why the number of protons is the single most important feature of an atom (what it uniquely identifies).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3: Atoms — The Building Blocks of Matter</w:t>
      </w:r>
    </w:p>
    <w:p>
      <w:r>
        <w:rPr>
          <w:i w:val="0"/>
          <w:sz w:val="22"/>
        </w:rPr>
        <w:t>Topic: Subatomic Particles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A neutral atom of potassium (K) has a mass number of 39 and an atomic number of 19. Determine the number of protons, neutrons, and electrons in this atom, and explain your reasoning for each.</w:t>
      </w:r>
    </w:p>
    <w:p>
      <w:r>
        <w:rPr>
          <w:sz w:val="22"/>
        </w:rPr>
        <w:t>2.  Explain why the number of protons is the single most important feature of an atom (what it uniquely identifies).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br w:type="page"/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4: Elements, States of Matter, and the Periodic Table</w:t>
      </w:r>
    </w:p>
    <w:p>
      <w:r>
        <w:rPr>
          <w:i w:val="0"/>
          <w:sz w:val="22"/>
        </w:rPr>
        <w:t>Topic: Isotopes &amp; States of Matter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Using the concept of isotopes, explain why both ¹H (protium) and ²H (deuterium) are considered atoms of hydrogen, even though ²H has twice the mass of ¹H.</w:t>
      </w:r>
    </w:p>
    <w:p>
      <w:r>
        <w:rPr>
          <w:sz w:val="22"/>
        </w:rPr>
        <w:t>2.  Dry ice is solid carbon dioxide (CO₂). If left on a counter at room temperature, it gradually disappears, leaving no puddle behind. Using the terminology of phase changes and KMT, describe what is happening at the particle level.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4: Elements, States of Matter, and the Periodic Table</w:t>
      </w:r>
    </w:p>
    <w:p>
      <w:r>
        <w:rPr>
          <w:i w:val="0"/>
          <w:sz w:val="22"/>
        </w:rPr>
        <w:t>Topic: Isotopes &amp; States of Matter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Using the concept of isotopes, explain why both ¹H (protium) and ²H (deuterium) are considered atoms of hydrogen, even though ²H has twice the mass of ¹H.</w:t>
      </w:r>
    </w:p>
    <w:p>
      <w:r>
        <w:rPr>
          <w:sz w:val="22"/>
        </w:rPr>
        <w:t>2.  Dry ice is solid carbon dioxide (CO₂). If left on a counter at room temperature, it gradually disappears, leaving no puddle behind. Using the terminology of phase changes and KMT, describe what is happening at the particle level.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br w:type="page"/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5: Molecules and Compounds</w:t>
      </w:r>
    </w:p>
    <w:p>
      <w:r>
        <w:rPr>
          <w:i w:val="0"/>
          <w:sz w:val="22"/>
        </w:rPr>
        <w:t>Topic: Ionic vs. Covalent &amp; Compound Naming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Write the correct chemical name for each of the following formulas, first identifying each as ionic or covalent: P₂O₅, CaS, SO₃, AlCl₃.</w:t>
      </w:r>
    </w:p>
    <w:p>
      <w:r>
        <w:rPr>
          <w:sz w:val="22"/>
        </w:rPr>
        <w:t>2.  Explain the rule you use to decide whether a compound is ionic or covalent before you name it.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5: Molecules and Compounds</w:t>
      </w:r>
    </w:p>
    <w:p>
      <w:r>
        <w:rPr>
          <w:i w:val="0"/>
          <w:sz w:val="22"/>
        </w:rPr>
        <w:t>Topic: Ionic vs. Covalent &amp; Compound Naming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Write the correct chemical name for each of the following formulas, first identifying each as ionic or covalent: P₂O₅, CaS, SO₃, AlCl₃.</w:t>
      </w:r>
    </w:p>
    <w:p>
      <w:r>
        <w:rPr>
          <w:sz w:val="22"/>
        </w:rPr>
        <w:t>2.  Explain the rule you use to decide whether a compound is ionic or covalent before you name it.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br w:type="page"/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6: Measuring Matter — The Mole</w:t>
      </w:r>
    </w:p>
    <w:p>
      <w:r>
        <w:rPr>
          <w:i w:val="0"/>
          <w:sz w:val="22"/>
        </w:rPr>
        <w:t>Topic: Molar Mass &amp; Mole Conversions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Calculate the molar mass of water (H₂O: H = 1.01, O = 16.00 g/mol), then determine how many moles are in a 54.0 g sample. Show your factor-label work.</w:t>
      </w:r>
    </w:p>
    <w:p>
      <w:r>
        <w:rPr>
          <w:sz w:val="22"/>
        </w:rPr>
        <w:t>2.  One mole of any ideal gas occupies 22.7 liters at STP. How many moles of CO₂ gas are in a 45.4 L sample at STP, and how many molecules is that?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6: Measuring Matter — The Mole</w:t>
      </w:r>
    </w:p>
    <w:p>
      <w:r>
        <w:rPr>
          <w:i w:val="0"/>
          <w:sz w:val="22"/>
        </w:rPr>
        <w:t>Topic: Molar Mass &amp; Mole Conversions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Calculate the molar mass of water (H₂O: H = 1.01, O = 16.00 g/mol), then determine how many moles are in a 54.0 g sample. Show your factor-label work.</w:t>
      </w:r>
    </w:p>
    <w:p>
      <w:r>
        <w:rPr>
          <w:sz w:val="22"/>
        </w:rPr>
        <w:t>2.  One mole of any ideal gas occupies 22.7 liters at STP. How many moles of CO₂ gas are in a 45.4 L sample at STP, and how many molecules is that?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br w:type="page"/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7: Chemical Equations and Stoichiometric Coefficients</w:t>
      </w:r>
    </w:p>
    <w:p>
      <w:r>
        <w:rPr>
          <w:i w:val="0"/>
          <w:sz w:val="22"/>
        </w:rPr>
        <w:t>Topic: Coefficients, Subscripts &amp; Mole Ratios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In 2H₂ + O₂ → 2H₂O, identify which numbers are subscripts and which are stoichiometric coefficients, then count the total atoms of hydrogen and oxygen on each side to show it is balanced.</w:t>
      </w:r>
    </w:p>
    <w:p>
      <w:r>
        <w:rPr>
          <w:sz w:val="22"/>
        </w:rPr>
        <w:t>2.  If 1.0 mol of O₂ reacts completely in 2H₂ + O₂ → 2H₂O, how many moles of H₂O are produced? Set up the mole ratio from the coefficients and show your work.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p>
      <w:r>
        <w:rPr>
          <w:b/>
          <w:sz w:val="24"/>
        </w:rPr>
        <w:t>Honors Chemistry - Unit 3</w:t>
      </w:r>
    </w:p>
    <w:p>
      <w:r>
        <w:rPr>
          <w:b/>
          <w:sz w:val="22"/>
        </w:rPr>
        <w:t>EXIT TICKET - Lesson 7: Chemical Equations and Stoichiometric Coefficients</w:t>
      </w:r>
    </w:p>
    <w:p>
      <w:r>
        <w:rPr>
          <w:i w:val="0"/>
          <w:sz w:val="22"/>
        </w:rPr>
        <w:t>Topic: Coefficients, Subscripts &amp; Mole Ratios</w:t>
      </w:r>
    </w:p>
    <w:p>
      <w:r>
        <w:rPr>
          <w:i w:val="0"/>
          <w:sz w:val="22"/>
        </w:rPr>
        <w:t>Name: ______________________________    Date: ________</w:t>
      </w:r>
    </w:p>
    <w:p>
      <w:r>
        <w:rPr>
          <w:sz w:val="22"/>
        </w:rPr>
        <w:t>1.  In 2H₂ + O₂ → 2H₂O, identify which numbers are subscripts and which are stoichiometric coefficients, then count the total atoms of hydrogen and oxygen on each side to show it is balanced.</w:t>
      </w:r>
    </w:p>
    <w:p>
      <w:r>
        <w:rPr>
          <w:sz w:val="22"/>
        </w:rPr>
        <w:t>2.  If 1.0 mol of O₂ reacts completely in 2H₂ + O₂ → 2H₂O, how many moles of H₂O are produced? Set up the mole ratio from the coefficients and show your work.</w:t>
      </w:r>
    </w:p>
    <w:p>
      <w:r>
        <w:t>--------------------------------------------------------------------------------------------------</w:t>
      </w:r>
    </w:p>
    <w:p>
      <w:r>
        <w:rPr>
          <w:sz w:val="18"/>
        </w:rPr>
        <w:t>- - - - - -  CUT HERE  - - - - - 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