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4F6B7" w14:textId="77777777" w:rsidR="00E8361E" w:rsidRDefault="00000000">
      <w:pPr>
        <w:jc w:val="center"/>
      </w:pPr>
      <w:r>
        <w:rPr>
          <w:b/>
          <w:color w:val="1F497D"/>
          <w:sz w:val="36"/>
        </w:rPr>
        <w:t>The Stockroom Rescue — Printable Cut-Out Set</w:t>
      </w:r>
    </w:p>
    <w:p w14:paraId="3D498FDD" w14:textId="77777777" w:rsidR="00E8361E" w:rsidRDefault="00000000">
      <w:pPr>
        <w:jc w:val="center"/>
      </w:pPr>
      <w:r>
        <w:rPr>
          <w:i/>
          <w:sz w:val="20"/>
        </w:rPr>
        <w:t>Area 2 Must Do — Option C  |  Standard SC.912.P.10.5 (T1–T4)</w:t>
      </w:r>
      <w:r>
        <w:rPr>
          <w:i/>
          <w:sz w:val="20"/>
        </w:rPr>
        <w:br/>
        <w:t>Cut out each card along the dashed lines (print on cardstock if available). Print one set per group of students.</w:t>
      </w:r>
    </w:p>
    <w:p w14:paraId="4A20F2C4" w14:textId="77777777" w:rsidR="00E8361E" w:rsidRDefault="00000000">
      <w:pPr>
        <w:spacing w:before="200" w:after="40"/>
      </w:pPr>
      <w:r>
        <w:rPr>
          <w:b/>
          <w:color w:val="1F497D"/>
          <w:sz w:val="28"/>
        </w:rPr>
        <w:t>Part 1 — Element Jar Cards (8)</w:t>
      </w:r>
    </w:p>
    <w:p w14:paraId="6D0E2F1A" w14:textId="77777777" w:rsidR="00E8361E" w:rsidRDefault="00000000">
      <w:pPr>
        <w:spacing w:after="120"/>
      </w:pPr>
      <w:r>
        <w:rPr>
          <w:i/>
          <w:sz w:val="20"/>
        </w:rPr>
        <w:t>Sort these onto the METALS / NONMETALS / METALLOIDS shelves and the SOLIDS / LIQUIDS / GASES at-room-temperature shelves.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00"/>
        <w:gridCol w:w="5400"/>
      </w:tblGrid>
      <w:tr w:rsidR="00E8361E" w14:paraId="5CF1DFB9" w14:textId="77777777">
        <w:trPr>
          <w:jc w:val="center"/>
        </w:trPr>
        <w:tc>
          <w:tcPr>
            <w:tcW w:w="54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5431F9D8" w14:textId="77777777" w:rsidR="00E8361E" w:rsidRPr="001D7093" w:rsidRDefault="00000000">
            <w:pPr>
              <w:jc w:val="center"/>
              <w:rPr>
                <w:sz w:val="36"/>
                <w:szCs w:val="36"/>
              </w:rPr>
            </w:pPr>
            <w:r w:rsidRPr="001D7093">
              <w:rPr>
                <w:b/>
                <w:color w:val="1F497D"/>
                <w:sz w:val="28"/>
                <w:szCs w:val="36"/>
              </w:rPr>
              <w:t>ELEMENT JAR 1</w:t>
            </w:r>
          </w:p>
          <w:p w14:paraId="1C4AC7FC" w14:textId="77777777" w:rsidR="00E8361E" w:rsidRDefault="00000000">
            <w:pPr>
              <w:jc w:val="center"/>
            </w:pPr>
            <w:r>
              <w:rPr>
                <w:b/>
                <w:sz w:val="36"/>
              </w:rPr>
              <w:t>Li</w:t>
            </w:r>
          </w:p>
          <w:p w14:paraId="7BE6D354" w14:textId="77777777" w:rsidR="00E8361E" w:rsidRDefault="00000000">
            <w:pPr>
              <w:jc w:val="center"/>
            </w:pPr>
            <w:r>
              <w:rPr>
                <w:sz w:val="18"/>
              </w:rPr>
              <w:t>Lithium   |   Atomic number (Z) = 3</w:t>
            </w:r>
          </w:p>
        </w:tc>
        <w:tc>
          <w:tcPr>
            <w:tcW w:w="54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614633FA" w14:textId="77777777" w:rsidR="00E8361E" w:rsidRPr="001D7093" w:rsidRDefault="00000000">
            <w:pPr>
              <w:jc w:val="center"/>
              <w:rPr>
                <w:sz w:val="36"/>
                <w:szCs w:val="36"/>
              </w:rPr>
            </w:pPr>
            <w:r w:rsidRPr="001D7093">
              <w:rPr>
                <w:b/>
                <w:color w:val="1F497D"/>
                <w:sz w:val="28"/>
                <w:szCs w:val="36"/>
              </w:rPr>
              <w:t>ELEMENT JAR 2</w:t>
            </w:r>
          </w:p>
          <w:p w14:paraId="5D44DE67" w14:textId="77777777" w:rsidR="00E8361E" w:rsidRDefault="00000000">
            <w:pPr>
              <w:jc w:val="center"/>
            </w:pPr>
            <w:r>
              <w:rPr>
                <w:b/>
                <w:sz w:val="36"/>
              </w:rPr>
              <w:t>F</w:t>
            </w:r>
          </w:p>
          <w:p w14:paraId="3614F46E" w14:textId="77777777" w:rsidR="00E8361E" w:rsidRDefault="00000000">
            <w:pPr>
              <w:jc w:val="center"/>
            </w:pPr>
            <w:r>
              <w:rPr>
                <w:sz w:val="18"/>
              </w:rPr>
              <w:t>Fluorine   |   Atomic number (Z) = 9</w:t>
            </w:r>
          </w:p>
        </w:tc>
      </w:tr>
      <w:tr w:rsidR="00E8361E" w14:paraId="5810DCFB" w14:textId="77777777">
        <w:trPr>
          <w:jc w:val="center"/>
        </w:trPr>
        <w:tc>
          <w:tcPr>
            <w:tcW w:w="54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4620AC26" w14:textId="77777777" w:rsidR="00E8361E" w:rsidRPr="001D7093" w:rsidRDefault="00000000">
            <w:pPr>
              <w:jc w:val="center"/>
              <w:rPr>
                <w:sz w:val="36"/>
                <w:szCs w:val="36"/>
              </w:rPr>
            </w:pPr>
            <w:r w:rsidRPr="001D7093">
              <w:rPr>
                <w:b/>
                <w:color w:val="1F497D"/>
                <w:sz w:val="28"/>
                <w:szCs w:val="36"/>
              </w:rPr>
              <w:t>ELEMENT JAR 3</w:t>
            </w:r>
          </w:p>
          <w:p w14:paraId="6E7915E1" w14:textId="77777777" w:rsidR="00E8361E" w:rsidRDefault="00000000">
            <w:pPr>
              <w:jc w:val="center"/>
            </w:pPr>
            <w:r>
              <w:rPr>
                <w:b/>
                <w:sz w:val="36"/>
              </w:rPr>
              <w:t>Al</w:t>
            </w:r>
          </w:p>
          <w:p w14:paraId="36493E0B" w14:textId="77777777" w:rsidR="00E8361E" w:rsidRDefault="00000000">
            <w:pPr>
              <w:jc w:val="center"/>
            </w:pPr>
            <w:r>
              <w:rPr>
                <w:sz w:val="18"/>
              </w:rPr>
              <w:t>Aluminum   |   Atomic number (Z) = 13</w:t>
            </w:r>
          </w:p>
        </w:tc>
        <w:tc>
          <w:tcPr>
            <w:tcW w:w="54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32DDF5A7" w14:textId="77777777" w:rsidR="00E8361E" w:rsidRPr="001D7093" w:rsidRDefault="00000000">
            <w:pPr>
              <w:jc w:val="center"/>
              <w:rPr>
                <w:sz w:val="36"/>
                <w:szCs w:val="36"/>
              </w:rPr>
            </w:pPr>
            <w:r w:rsidRPr="001D7093">
              <w:rPr>
                <w:b/>
                <w:color w:val="1F497D"/>
                <w:sz w:val="28"/>
                <w:szCs w:val="36"/>
              </w:rPr>
              <w:t>ELEMENT JAR 4</w:t>
            </w:r>
          </w:p>
          <w:p w14:paraId="0825D05A" w14:textId="77777777" w:rsidR="00E8361E" w:rsidRDefault="00000000">
            <w:pPr>
              <w:jc w:val="center"/>
            </w:pPr>
            <w:r>
              <w:rPr>
                <w:b/>
                <w:sz w:val="36"/>
              </w:rPr>
              <w:t>P</w:t>
            </w:r>
          </w:p>
          <w:p w14:paraId="2DB6C784" w14:textId="77777777" w:rsidR="00E8361E" w:rsidRDefault="00000000">
            <w:pPr>
              <w:jc w:val="center"/>
            </w:pPr>
            <w:r>
              <w:rPr>
                <w:sz w:val="18"/>
              </w:rPr>
              <w:t>Phosphorus   |   Atomic number (Z) = 15</w:t>
            </w:r>
          </w:p>
        </w:tc>
      </w:tr>
      <w:tr w:rsidR="00E8361E" w14:paraId="56FAB848" w14:textId="77777777">
        <w:trPr>
          <w:jc w:val="center"/>
        </w:trPr>
        <w:tc>
          <w:tcPr>
            <w:tcW w:w="54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19FA74B5" w14:textId="77777777" w:rsidR="00E8361E" w:rsidRPr="001D7093" w:rsidRDefault="00000000">
            <w:pPr>
              <w:jc w:val="center"/>
              <w:rPr>
                <w:sz w:val="36"/>
                <w:szCs w:val="36"/>
              </w:rPr>
            </w:pPr>
            <w:r w:rsidRPr="001D7093">
              <w:rPr>
                <w:b/>
                <w:color w:val="1F497D"/>
                <w:sz w:val="28"/>
                <w:szCs w:val="36"/>
              </w:rPr>
              <w:t>ELEMENT JAR 5</w:t>
            </w:r>
          </w:p>
          <w:p w14:paraId="385C1055" w14:textId="77777777" w:rsidR="00E8361E" w:rsidRDefault="00000000">
            <w:pPr>
              <w:jc w:val="center"/>
            </w:pPr>
            <w:r>
              <w:rPr>
                <w:b/>
                <w:sz w:val="36"/>
              </w:rPr>
              <w:t>Ca</w:t>
            </w:r>
          </w:p>
          <w:p w14:paraId="3EEB58C8" w14:textId="77777777" w:rsidR="00E8361E" w:rsidRDefault="00000000">
            <w:pPr>
              <w:jc w:val="center"/>
            </w:pPr>
            <w:r>
              <w:rPr>
                <w:sz w:val="18"/>
              </w:rPr>
              <w:t>Calcium   |   Atomic number (Z) = 20</w:t>
            </w:r>
          </w:p>
        </w:tc>
        <w:tc>
          <w:tcPr>
            <w:tcW w:w="54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65B9CA91" w14:textId="77777777" w:rsidR="00E8361E" w:rsidRPr="001D7093" w:rsidRDefault="00000000">
            <w:pPr>
              <w:jc w:val="center"/>
              <w:rPr>
                <w:sz w:val="36"/>
                <w:szCs w:val="36"/>
              </w:rPr>
            </w:pPr>
            <w:r w:rsidRPr="001D7093">
              <w:rPr>
                <w:b/>
                <w:color w:val="1F497D"/>
                <w:sz w:val="28"/>
                <w:szCs w:val="36"/>
              </w:rPr>
              <w:t>ELEMENT JAR 6</w:t>
            </w:r>
          </w:p>
          <w:p w14:paraId="239D1BAE" w14:textId="77777777" w:rsidR="00E8361E" w:rsidRDefault="00000000">
            <w:pPr>
              <w:jc w:val="center"/>
            </w:pPr>
            <w:r>
              <w:rPr>
                <w:b/>
                <w:sz w:val="36"/>
              </w:rPr>
              <w:t>Br</w:t>
            </w:r>
          </w:p>
          <w:p w14:paraId="5D3BB77A" w14:textId="77777777" w:rsidR="00E8361E" w:rsidRDefault="00000000">
            <w:pPr>
              <w:jc w:val="center"/>
            </w:pPr>
            <w:r>
              <w:rPr>
                <w:sz w:val="18"/>
              </w:rPr>
              <w:t>Bromine   |   Atomic number (Z) = 35</w:t>
            </w:r>
          </w:p>
        </w:tc>
      </w:tr>
      <w:tr w:rsidR="00E8361E" w14:paraId="7FD6EA3B" w14:textId="77777777">
        <w:trPr>
          <w:jc w:val="center"/>
        </w:trPr>
        <w:tc>
          <w:tcPr>
            <w:tcW w:w="54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6B7C90C0" w14:textId="77777777" w:rsidR="00E8361E" w:rsidRPr="001D7093" w:rsidRDefault="00000000">
            <w:pPr>
              <w:jc w:val="center"/>
              <w:rPr>
                <w:sz w:val="36"/>
                <w:szCs w:val="36"/>
              </w:rPr>
            </w:pPr>
            <w:r w:rsidRPr="001D7093">
              <w:rPr>
                <w:b/>
                <w:color w:val="1F497D"/>
                <w:sz w:val="28"/>
                <w:szCs w:val="36"/>
              </w:rPr>
              <w:t>ELEMENT JAR 7</w:t>
            </w:r>
          </w:p>
          <w:p w14:paraId="24C9F37D" w14:textId="77777777" w:rsidR="00E8361E" w:rsidRDefault="00000000">
            <w:pPr>
              <w:jc w:val="center"/>
            </w:pPr>
            <w:r>
              <w:rPr>
                <w:b/>
                <w:sz w:val="36"/>
              </w:rPr>
              <w:t>Cl</w:t>
            </w:r>
          </w:p>
          <w:p w14:paraId="728EBEE0" w14:textId="77777777" w:rsidR="00E8361E" w:rsidRDefault="00000000">
            <w:pPr>
              <w:jc w:val="center"/>
            </w:pPr>
            <w:r>
              <w:rPr>
                <w:sz w:val="18"/>
              </w:rPr>
              <w:t>Chlorine   |   Atomic number (Z) = 17</w:t>
            </w:r>
          </w:p>
        </w:tc>
        <w:tc>
          <w:tcPr>
            <w:tcW w:w="54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693D879E" w14:textId="77777777" w:rsidR="00E8361E" w:rsidRPr="001D7093" w:rsidRDefault="00000000">
            <w:pPr>
              <w:jc w:val="center"/>
              <w:rPr>
                <w:sz w:val="36"/>
                <w:szCs w:val="36"/>
              </w:rPr>
            </w:pPr>
            <w:r w:rsidRPr="001D7093">
              <w:rPr>
                <w:b/>
                <w:color w:val="1F497D"/>
                <w:sz w:val="28"/>
                <w:szCs w:val="36"/>
              </w:rPr>
              <w:t>ELEMENT JAR 8</w:t>
            </w:r>
          </w:p>
          <w:p w14:paraId="78889621" w14:textId="77777777" w:rsidR="00E8361E" w:rsidRDefault="00000000">
            <w:pPr>
              <w:jc w:val="center"/>
            </w:pPr>
            <w:r>
              <w:rPr>
                <w:b/>
                <w:sz w:val="36"/>
              </w:rPr>
              <w:t>Ba</w:t>
            </w:r>
          </w:p>
          <w:p w14:paraId="2AF4791C" w14:textId="77777777" w:rsidR="00E8361E" w:rsidRDefault="00000000">
            <w:pPr>
              <w:jc w:val="center"/>
            </w:pPr>
            <w:r>
              <w:rPr>
                <w:sz w:val="18"/>
              </w:rPr>
              <w:t>Barium   |   Atomic number (Z) = 56</w:t>
            </w:r>
          </w:p>
        </w:tc>
      </w:tr>
    </w:tbl>
    <w:p w14:paraId="72E4C913" w14:textId="77777777" w:rsidR="00E8361E" w:rsidRDefault="00E8361E"/>
    <w:p w14:paraId="4E02D09E" w14:textId="77777777" w:rsidR="00E8361E" w:rsidRDefault="00000000">
      <w:pPr>
        <w:spacing w:before="200" w:after="40"/>
      </w:pPr>
      <w:r>
        <w:rPr>
          <w:b/>
          <w:color w:val="1F497D"/>
          <w:sz w:val="28"/>
        </w:rPr>
        <w:t>Part 2 — Isotope Tags (6)</w:t>
      </w:r>
    </w:p>
    <w:p w14:paraId="5D0A1AD5" w14:textId="77777777" w:rsidR="00E8361E" w:rsidRDefault="00000000">
      <w:pPr>
        <w:spacing w:after="120"/>
      </w:pPr>
      <w:r>
        <w:rPr>
          <w:i/>
          <w:sz w:val="20"/>
        </w:rPr>
        <w:t>Attach one tag to each matching element jar. Pairs Li-6/Li-7, S-32/S-34, and Br-79/Br-81 show isotopes of the same element.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00"/>
        <w:gridCol w:w="3600"/>
        <w:gridCol w:w="3600"/>
      </w:tblGrid>
      <w:tr w:rsidR="00E8361E" w14:paraId="5AAE6A4D" w14:textId="77777777">
        <w:trPr>
          <w:jc w:val="center"/>
        </w:trPr>
        <w:tc>
          <w:tcPr>
            <w:tcW w:w="36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67B44A9F" w14:textId="77777777" w:rsidR="00E8361E" w:rsidRPr="00F639B2" w:rsidRDefault="00000000">
            <w:pPr>
              <w:jc w:val="center"/>
              <w:rPr>
                <w:sz w:val="28"/>
                <w:szCs w:val="28"/>
              </w:rPr>
            </w:pPr>
            <w:r w:rsidRPr="00F639B2">
              <w:rPr>
                <w:b/>
                <w:color w:val="1F497D"/>
                <w:szCs w:val="28"/>
              </w:rPr>
              <w:t>ISOTOPE TAG</w:t>
            </w:r>
          </w:p>
          <w:p w14:paraId="0A9FAF86" w14:textId="77777777" w:rsidR="00E8361E" w:rsidRDefault="00000000">
            <w:pPr>
              <w:jc w:val="center"/>
            </w:pPr>
            <w:r>
              <w:rPr>
                <w:b/>
                <w:sz w:val="24"/>
              </w:rPr>
              <w:t>Lithium-6</w:t>
            </w:r>
          </w:p>
          <w:p w14:paraId="2B1D6187" w14:textId="77777777" w:rsidR="00E8361E" w:rsidRDefault="00000000">
            <w:pPr>
              <w:jc w:val="center"/>
            </w:pPr>
            <w:r>
              <w:rPr>
                <w:sz w:val="18"/>
              </w:rPr>
              <w:t>Mass number = 6</w:t>
            </w:r>
          </w:p>
        </w:tc>
        <w:tc>
          <w:tcPr>
            <w:tcW w:w="36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21333436" w14:textId="77777777" w:rsidR="00E8361E" w:rsidRPr="00F639B2" w:rsidRDefault="00000000">
            <w:pPr>
              <w:jc w:val="center"/>
              <w:rPr>
                <w:sz w:val="28"/>
                <w:szCs w:val="28"/>
              </w:rPr>
            </w:pPr>
            <w:r w:rsidRPr="00F639B2">
              <w:rPr>
                <w:b/>
                <w:color w:val="1F497D"/>
                <w:szCs w:val="28"/>
              </w:rPr>
              <w:t>ISOTOPE TAG</w:t>
            </w:r>
          </w:p>
          <w:p w14:paraId="4466CFFD" w14:textId="77777777" w:rsidR="00E8361E" w:rsidRDefault="00000000">
            <w:pPr>
              <w:jc w:val="center"/>
            </w:pPr>
            <w:r>
              <w:rPr>
                <w:b/>
                <w:sz w:val="24"/>
              </w:rPr>
              <w:t>Lithium-7</w:t>
            </w:r>
          </w:p>
          <w:p w14:paraId="3745E49E" w14:textId="77777777" w:rsidR="00E8361E" w:rsidRDefault="00000000">
            <w:pPr>
              <w:jc w:val="center"/>
            </w:pPr>
            <w:r>
              <w:rPr>
                <w:sz w:val="18"/>
              </w:rPr>
              <w:t>Mass number = 7</w:t>
            </w:r>
          </w:p>
        </w:tc>
        <w:tc>
          <w:tcPr>
            <w:tcW w:w="36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0F6054B9" w14:textId="77777777" w:rsidR="00E8361E" w:rsidRPr="00F639B2" w:rsidRDefault="00000000">
            <w:pPr>
              <w:jc w:val="center"/>
              <w:rPr>
                <w:sz w:val="28"/>
                <w:szCs w:val="28"/>
              </w:rPr>
            </w:pPr>
            <w:r w:rsidRPr="00F639B2">
              <w:rPr>
                <w:b/>
                <w:color w:val="1F497D"/>
                <w:szCs w:val="28"/>
              </w:rPr>
              <w:t>ISOTOPE TAG</w:t>
            </w:r>
          </w:p>
          <w:p w14:paraId="7D9EF014" w14:textId="77777777" w:rsidR="00E8361E" w:rsidRDefault="00000000">
            <w:pPr>
              <w:jc w:val="center"/>
            </w:pPr>
            <w:r>
              <w:rPr>
                <w:b/>
                <w:sz w:val="24"/>
              </w:rPr>
              <w:t>Sulfur-32</w:t>
            </w:r>
          </w:p>
          <w:p w14:paraId="556D3C48" w14:textId="77777777" w:rsidR="00E8361E" w:rsidRDefault="00000000">
            <w:pPr>
              <w:jc w:val="center"/>
            </w:pPr>
            <w:r>
              <w:rPr>
                <w:sz w:val="18"/>
              </w:rPr>
              <w:t>Mass number = 32</w:t>
            </w:r>
          </w:p>
        </w:tc>
      </w:tr>
      <w:tr w:rsidR="00E8361E" w14:paraId="12B787E3" w14:textId="77777777">
        <w:trPr>
          <w:jc w:val="center"/>
        </w:trPr>
        <w:tc>
          <w:tcPr>
            <w:tcW w:w="36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7030E522" w14:textId="77777777" w:rsidR="00E8361E" w:rsidRPr="00F639B2" w:rsidRDefault="00000000">
            <w:pPr>
              <w:jc w:val="center"/>
              <w:rPr>
                <w:sz w:val="28"/>
                <w:szCs w:val="28"/>
              </w:rPr>
            </w:pPr>
            <w:r w:rsidRPr="00F639B2">
              <w:rPr>
                <w:b/>
                <w:color w:val="1F497D"/>
                <w:szCs w:val="28"/>
              </w:rPr>
              <w:t>ISOTOPE TAG</w:t>
            </w:r>
          </w:p>
          <w:p w14:paraId="1ED34F67" w14:textId="77777777" w:rsidR="00E8361E" w:rsidRDefault="00000000">
            <w:pPr>
              <w:jc w:val="center"/>
            </w:pPr>
            <w:r>
              <w:rPr>
                <w:b/>
                <w:sz w:val="24"/>
              </w:rPr>
              <w:t>Sulfur-34</w:t>
            </w:r>
          </w:p>
          <w:p w14:paraId="2B99D43F" w14:textId="77777777" w:rsidR="00E8361E" w:rsidRDefault="00000000">
            <w:pPr>
              <w:jc w:val="center"/>
            </w:pPr>
            <w:r>
              <w:rPr>
                <w:sz w:val="18"/>
              </w:rPr>
              <w:t>Mass number = 34</w:t>
            </w:r>
          </w:p>
        </w:tc>
        <w:tc>
          <w:tcPr>
            <w:tcW w:w="36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477046B5" w14:textId="77777777" w:rsidR="00E8361E" w:rsidRPr="00F639B2" w:rsidRDefault="00000000">
            <w:pPr>
              <w:jc w:val="center"/>
              <w:rPr>
                <w:sz w:val="28"/>
                <w:szCs w:val="28"/>
              </w:rPr>
            </w:pPr>
            <w:r w:rsidRPr="00F639B2">
              <w:rPr>
                <w:b/>
                <w:color w:val="1F497D"/>
                <w:szCs w:val="28"/>
              </w:rPr>
              <w:t>ISOTOPE TAG</w:t>
            </w:r>
          </w:p>
          <w:p w14:paraId="39557515" w14:textId="77777777" w:rsidR="00E8361E" w:rsidRDefault="00000000">
            <w:pPr>
              <w:jc w:val="center"/>
            </w:pPr>
            <w:r>
              <w:rPr>
                <w:b/>
                <w:sz w:val="24"/>
              </w:rPr>
              <w:t>Bromine-79</w:t>
            </w:r>
          </w:p>
          <w:p w14:paraId="1E796C9D" w14:textId="77777777" w:rsidR="00E8361E" w:rsidRDefault="00000000">
            <w:pPr>
              <w:jc w:val="center"/>
            </w:pPr>
            <w:r>
              <w:rPr>
                <w:sz w:val="18"/>
              </w:rPr>
              <w:t>Mass number = 79</w:t>
            </w:r>
          </w:p>
        </w:tc>
        <w:tc>
          <w:tcPr>
            <w:tcW w:w="36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33488F8A" w14:textId="77777777" w:rsidR="00E8361E" w:rsidRPr="00F639B2" w:rsidRDefault="00000000">
            <w:pPr>
              <w:jc w:val="center"/>
              <w:rPr>
                <w:sz w:val="28"/>
                <w:szCs w:val="28"/>
              </w:rPr>
            </w:pPr>
            <w:r w:rsidRPr="00F639B2">
              <w:rPr>
                <w:b/>
                <w:color w:val="1F497D"/>
                <w:szCs w:val="28"/>
              </w:rPr>
              <w:t>ISOTOPE TAG</w:t>
            </w:r>
          </w:p>
          <w:p w14:paraId="01B76612" w14:textId="77777777" w:rsidR="00E8361E" w:rsidRDefault="00000000">
            <w:pPr>
              <w:jc w:val="center"/>
            </w:pPr>
            <w:r>
              <w:rPr>
                <w:b/>
                <w:sz w:val="24"/>
              </w:rPr>
              <w:t>Bromine-81</w:t>
            </w:r>
          </w:p>
          <w:p w14:paraId="73D37835" w14:textId="77777777" w:rsidR="00E8361E" w:rsidRDefault="00000000">
            <w:pPr>
              <w:jc w:val="center"/>
            </w:pPr>
            <w:r>
              <w:rPr>
                <w:sz w:val="18"/>
              </w:rPr>
              <w:t>Mass number = 81</w:t>
            </w:r>
          </w:p>
        </w:tc>
      </w:tr>
    </w:tbl>
    <w:p w14:paraId="25E4D8F9" w14:textId="77777777" w:rsidR="00E8361E" w:rsidRDefault="00E8361E"/>
    <w:p w14:paraId="57648333" w14:textId="77777777" w:rsidR="00E8361E" w:rsidRDefault="00000000">
      <w:pPr>
        <w:spacing w:before="200" w:after="40"/>
      </w:pPr>
      <w:r>
        <w:rPr>
          <w:b/>
          <w:color w:val="1F497D"/>
          <w:sz w:val="28"/>
        </w:rPr>
        <w:lastRenderedPageBreak/>
        <w:t>Part 3 — Compound Jar Cards (6)</w:t>
      </w:r>
    </w:p>
    <w:p w14:paraId="460A24F4" w14:textId="77777777" w:rsidR="00E8361E" w:rsidRDefault="00000000">
      <w:pPr>
        <w:spacing w:after="120"/>
      </w:pPr>
      <w:r>
        <w:rPr>
          <w:i/>
          <w:sz w:val="20"/>
        </w:rPr>
        <w:t>Sort these onto the IONIC / COVALENT shelves, then write each jar's correct label (Task 4 of the assignment).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00"/>
        <w:gridCol w:w="5400"/>
      </w:tblGrid>
      <w:tr w:rsidR="00E8361E" w14:paraId="6F18701F" w14:textId="77777777" w:rsidTr="001D7093">
        <w:trPr>
          <w:trHeight w:val="1680"/>
          <w:jc w:val="center"/>
        </w:trPr>
        <w:tc>
          <w:tcPr>
            <w:tcW w:w="54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0E386DED" w14:textId="137D9B72" w:rsidR="00E8361E" w:rsidRPr="001D7093" w:rsidRDefault="00000000" w:rsidP="001D7093">
            <w:pPr>
              <w:jc w:val="center"/>
              <w:rPr>
                <w:sz w:val="36"/>
                <w:szCs w:val="36"/>
              </w:rPr>
            </w:pPr>
            <w:r w:rsidRPr="001D7093">
              <w:rPr>
                <w:b/>
                <w:color w:val="1F497D"/>
                <w:sz w:val="28"/>
                <w:szCs w:val="36"/>
              </w:rPr>
              <w:t>COMPOUND JAR A</w:t>
            </w:r>
          </w:p>
          <w:p w14:paraId="478C409D" w14:textId="1DF42F61" w:rsidR="00E8361E" w:rsidRDefault="00000000" w:rsidP="001D7093">
            <w:pPr>
              <w:jc w:val="center"/>
            </w:pPr>
            <w:proofErr w:type="spellStart"/>
            <w:r>
              <w:rPr>
                <w:b/>
                <w:sz w:val="36"/>
              </w:rPr>
              <w:t>Li₂O</w:t>
            </w:r>
            <w:proofErr w:type="spellEnd"/>
          </w:p>
        </w:tc>
        <w:tc>
          <w:tcPr>
            <w:tcW w:w="54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6A978F30" w14:textId="0EC9D6FC" w:rsidR="00E8361E" w:rsidRPr="001D7093" w:rsidRDefault="00000000" w:rsidP="001D7093">
            <w:pPr>
              <w:jc w:val="center"/>
              <w:rPr>
                <w:sz w:val="36"/>
                <w:szCs w:val="36"/>
              </w:rPr>
            </w:pPr>
            <w:r w:rsidRPr="001D7093">
              <w:rPr>
                <w:b/>
                <w:color w:val="1F497D"/>
                <w:sz w:val="28"/>
                <w:szCs w:val="36"/>
              </w:rPr>
              <w:t>COMPOUND JAR B</w:t>
            </w:r>
          </w:p>
          <w:p w14:paraId="36DD9E8E" w14:textId="3BCA5D80" w:rsidR="00E8361E" w:rsidRDefault="00000000" w:rsidP="001D7093">
            <w:pPr>
              <w:jc w:val="center"/>
            </w:pPr>
            <w:r>
              <w:rPr>
                <w:b/>
                <w:sz w:val="36"/>
              </w:rPr>
              <w:t>CO</w:t>
            </w:r>
          </w:p>
        </w:tc>
      </w:tr>
      <w:tr w:rsidR="00E8361E" w14:paraId="4C991C2C" w14:textId="77777777" w:rsidTr="001D7093">
        <w:trPr>
          <w:trHeight w:val="1950"/>
          <w:jc w:val="center"/>
        </w:trPr>
        <w:tc>
          <w:tcPr>
            <w:tcW w:w="54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17923A7E" w14:textId="477D11B6" w:rsidR="00E8361E" w:rsidRPr="001D7093" w:rsidRDefault="00000000" w:rsidP="001D7093">
            <w:pPr>
              <w:jc w:val="center"/>
              <w:rPr>
                <w:sz w:val="36"/>
                <w:szCs w:val="36"/>
              </w:rPr>
            </w:pPr>
            <w:r w:rsidRPr="001D7093">
              <w:rPr>
                <w:b/>
                <w:color w:val="1F497D"/>
                <w:sz w:val="28"/>
                <w:szCs w:val="36"/>
              </w:rPr>
              <w:t>COMPOUND JAR C</w:t>
            </w:r>
          </w:p>
          <w:p w14:paraId="6499798A" w14:textId="147FB4C6" w:rsidR="00E8361E" w:rsidRDefault="00000000" w:rsidP="001D7093">
            <w:pPr>
              <w:jc w:val="center"/>
            </w:pPr>
            <w:proofErr w:type="spellStart"/>
            <w:r>
              <w:rPr>
                <w:b/>
                <w:sz w:val="36"/>
              </w:rPr>
              <w:t>BaCl</w:t>
            </w:r>
            <w:proofErr w:type="spellEnd"/>
            <w:r>
              <w:rPr>
                <w:b/>
                <w:sz w:val="36"/>
              </w:rPr>
              <w:t>₂</w:t>
            </w:r>
          </w:p>
        </w:tc>
        <w:tc>
          <w:tcPr>
            <w:tcW w:w="54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6ED87FD1" w14:textId="46BA13DD" w:rsidR="00E8361E" w:rsidRPr="001D7093" w:rsidRDefault="00000000" w:rsidP="001D7093">
            <w:pPr>
              <w:jc w:val="center"/>
              <w:rPr>
                <w:sz w:val="36"/>
                <w:szCs w:val="36"/>
              </w:rPr>
            </w:pPr>
            <w:r w:rsidRPr="001D7093">
              <w:rPr>
                <w:b/>
                <w:color w:val="1F497D"/>
                <w:sz w:val="28"/>
                <w:szCs w:val="36"/>
              </w:rPr>
              <w:t>COMPOUND JAR D</w:t>
            </w:r>
          </w:p>
          <w:p w14:paraId="2B4D3939" w14:textId="5D71D95B" w:rsidR="00E8361E" w:rsidRDefault="00000000" w:rsidP="001D7093">
            <w:pPr>
              <w:jc w:val="center"/>
            </w:pPr>
            <w:r>
              <w:rPr>
                <w:b/>
                <w:sz w:val="36"/>
              </w:rPr>
              <w:t>SO₂</w:t>
            </w:r>
          </w:p>
        </w:tc>
      </w:tr>
      <w:tr w:rsidR="00E8361E" w14:paraId="70688DB0" w14:textId="77777777">
        <w:trPr>
          <w:jc w:val="center"/>
        </w:trPr>
        <w:tc>
          <w:tcPr>
            <w:tcW w:w="54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4FE795C9" w14:textId="77777777" w:rsidR="001D7093" w:rsidRPr="001D7093" w:rsidRDefault="001D7093">
            <w:pPr>
              <w:jc w:val="center"/>
              <w:rPr>
                <w:b/>
                <w:color w:val="1F497D"/>
                <w:sz w:val="28"/>
                <w:szCs w:val="36"/>
                <w:lang w:val="es-ES"/>
              </w:rPr>
            </w:pPr>
          </w:p>
          <w:p w14:paraId="28DA9402" w14:textId="066AF28C" w:rsidR="00E8361E" w:rsidRPr="001D7093" w:rsidRDefault="00000000">
            <w:pPr>
              <w:jc w:val="center"/>
              <w:rPr>
                <w:sz w:val="36"/>
                <w:szCs w:val="36"/>
                <w:lang w:val="es-ES"/>
              </w:rPr>
            </w:pPr>
            <w:r w:rsidRPr="001D7093">
              <w:rPr>
                <w:b/>
                <w:color w:val="1F497D"/>
                <w:sz w:val="28"/>
                <w:szCs w:val="36"/>
                <w:lang w:val="es-ES"/>
              </w:rPr>
              <w:t>COMPOUND JAR E</w:t>
            </w:r>
          </w:p>
          <w:p w14:paraId="41640EDD" w14:textId="3616677C" w:rsidR="00E8361E" w:rsidRPr="00F639B2" w:rsidRDefault="00000000" w:rsidP="001D7093">
            <w:pPr>
              <w:jc w:val="center"/>
              <w:rPr>
                <w:lang w:val="es-ES"/>
              </w:rPr>
            </w:pPr>
            <w:proofErr w:type="spellStart"/>
            <w:r w:rsidRPr="00F639B2">
              <w:rPr>
                <w:b/>
                <w:sz w:val="36"/>
                <w:lang w:val="es-ES"/>
              </w:rPr>
              <w:t>Al₂O</w:t>
            </w:r>
            <w:proofErr w:type="spellEnd"/>
            <w:r w:rsidRPr="00F639B2">
              <w:rPr>
                <w:b/>
                <w:sz w:val="36"/>
                <w:lang w:val="es-ES"/>
              </w:rPr>
              <w:t>₃</w:t>
            </w:r>
          </w:p>
        </w:tc>
        <w:tc>
          <w:tcPr>
            <w:tcW w:w="54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3EF2961D" w14:textId="77777777" w:rsidR="001D7093" w:rsidRDefault="001D7093">
            <w:pPr>
              <w:jc w:val="center"/>
              <w:rPr>
                <w:b/>
                <w:color w:val="1F497D"/>
                <w:szCs w:val="28"/>
              </w:rPr>
            </w:pPr>
          </w:p>
          <w:p w14:paraId="369B1E29" w14:textId="026A3151" w:rsidR="00E8361E" w:rsidRPr="001D7093" w:rsidRDefault="00000000">
            <w:pPr>
              <w:jc w:val="center"/>
              <w:rPr>
                <w:sz w:val="36"/>
                <w:szCs w:val="36"/>
              </w:rPr>
            </w:pPr>
            <w:r w:rsidRPr="001D7093">
              <w:rPr>
                <w:b/>
                <w:color w:val="1F497D"/>
                <w:sz w:val="28"/>
                <w:szCs w:val="36"/>
              </w:rPr>
              <w:t>COMPOUND JAR F</w:t>
            </w:r>
          </w:p>
          <w:p w14:paraId="07BCC89B" w14:textId="73AC5A70" w:rsidR="00E8361E" w:rsidRDefault="00000000" w:rsidP="001D7093">
            <w:pPr>
              <w:jc w:val="center"/>
            </w:pPr>
            <w:r>
              <w:rPr>
                <w:b/>
                <w:sz w:val="36"/>
              </w:rPr>
              <w:t>NF₃</w:t>
            </w:r>
          </w:p>
        </w:tc>
      </w:tr>
    </w:tbl>
    <w:p w14:paraId="76109FA8" w14:textId="77777777" w:rsidR="00E8361E" w:rsidRDefault="00E8361E"/>
    <w:p w14:paraId="76C9E0A5" w14:textId="77777777" w:rsidR="00E8361E" w:rsidRDefault="00000000">
      <w:pPr>
        <w:spacing w:before="200" w:after="40"/>
      </w:pPr>
      <w:r>
        <w:rPr>
          <w:b/>
          <w:color w:val="1F497D"/>
          <w:sz w:val="28"/>
        </w:rPr>
        <w:t>Part 4 — Sorting Shelf / Tray Labels (8)</w:t>
      </w:r>
    </w:p>
    <w:p w14:paraId="39BC1A72" w14:textId="77777777" w:rsidR="00E8361E" w:rsidRDefault="00000000">
      <w:pPr>
        <w:spacing w:after="120"/>
      </w:pPr>
      <w:r>
        <w:rPr>
          <w:i/>
          <w:sz w:val="20"/>
        </w:rPr>
        <w:t>Fold each label and tape it to a tray, envelope, or table station so students can sort the cards.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700"/>
        <w:gridCol w:w="2700"/>
        <w:gridCol w:w="2700"/>
        <w:gridCol w:w="2700"/>
      </w:tblGrid>
      <w:tr w:rsidR="00E8361E" w14:paraId="639D0EE7" w14:textId="77777777">
        <w:trPr>
          <w:jc w:val="center"/>
        </w:trPr>
        <w:tc>
          <w:tcPr>
            <w:tcW w:w="27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41826098" w14:textId="77777777" w:rsidR="00F639B2" w:rsidRDefault="00F639B2">
            <w:pPr>
              <w:jc w:val="center"/>
              <w:rPr>
                <w:b/>
                <w:sz w:val="40"/>
              </w:rPr>
            </w:pPr>
          </w:p>
          <w:p w14:paraId="7D89EC5B" w14:textId="421883BA" w:rsidR="00E8361E" w:rsidRDefault="00000000">
            <w:pPr>
              <w:jc w:val="center"/>
            </w:pPr>
            <w:r>
              <w:rPr>
                <w:b/>
                <w:sz w:val="40"/>
              </w:rPr>
              <w:t>METALS</w:t>
            </w:r>
          </w:p>
          <w:p w14:paraId="2F3D5107" w14:textId="77777777" w:rsidR="00E8361E" w:rsidRDefault="00E8361E">
            <w:pPr>
              <w:jc w:val="center"/>
            </w:pPr>
          </w:p>
        </w:tc>
        <w:tc>
          <w:tcPr>
            <w:tcW w:w="27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7D946CA2" w14:textId="77777777" w:rsidR="00F639B2" w:rsidRDefault="00F639B2">
            <w:pPr>
              <w:jc w:val="center"/>
              <w:rPr>
                <w:b/>
                <w:sz w:val="40"/>
              </w:rPr>
            </w:pPr>
          </w:p>
          <w:p w14:paraId="483DFF4B" w14:textId="341AA764" w:rsidR="00E8361E" w:rsidRDefault="00000000">
            <w:pPr>
              <w:jc w:val="center"/>
            </w:pPr>
            <w:r>
              <w:rPr>
                <w:b/>
                <w:sz w:val="40"/>
              </w:rPr>
              <w:t>NONMETALS</w:t>
            </w:r>
          </w:p>
          <w:p w14:paraId="0D77BE49" w14:textId="77777777" w:rsidR="00E8361E" w:rsidRDefault="00E8361E">
            <w:pPr>
              <w:jc w:val="center"/>
            </w:pPr>
          </w:p>
        </w:tc>
        <w:tc>
          <w:tcPr>
            <w:tcW w:w="27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776335FA" w14:textId="77777777" w:rsidR="00F639B2" w:rsidRDefault="00F639B2">
            <w:pPr>
              <w:jc w:val="center"/>
              <w:rPr>
                <w:b/>
                <w:sz w:val="40"/>
              </w:rPr>
            </w:pPr>
          </w:p>
          <w:p w14:paraId="31091007" w14:textId="6B27F808" w:rsidR="00E8361E" w:rsidRDefault="00000000">
            <w:pPr>
              <w:jc w:val="center"/>
            </w:pPr>
            <w:r>
              <w:rPr>
                <w:b/>
                <w:sz w:val="40"/>
              </w:rPr>
              <w:t>METALLOIDS</w:t>
            </w:r>
          </w:p>
          <w:p w14:paraId="43B89963" w14:textId="77777777" w:rsidR="00E8361E" w:rsidRDefault="00E8361E">
            <w:pPr>
              <w:jc w:val="center"/>
            </w:pPr>
          </w:p>
        </w:tc>
        <w:tc>
          <w:tcPr>
            <w:tcW w:w="27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6C754D6B" w14:textId="77777777" w:rsidR="00F639B2" w:rsidRDefault="00F639B2">
            <w:pPr>
              <w:jc w:val="center"/>
              <w:rPr>
                <w:b/>
                <w:sz w:val="40"/>
              </w:rPr>
            </w:pPr>
          </w:p>
          <w:p w14:paraId="292E0622" w14:textId="0A9AB743" w:rsidR="00E8361E" w:rsidRDefault="00000000">
            <w:pPr>
              <w:jc w:val="center"/>
            </w:pPr>
            <w:r>
              <w:rPr>
                <w:b/>
                <w:sz w:val="40"/>
              </w:rPr>
              <w:t>SOLIDS AT ROOM TEMP.</w:t>
            </w:r>
          </w:p>
          <w:p w14:paraId="65AE1D0B" w14:textId="77777777" w:rsidR="00E8361E" w:rsidRDefault="00E8361E">
            <w:pPr>
              <w:jc w:val="center"/>
            </w:pPr>
          </w:p>
        </w:tc>
      </w:tr>
      <w:tr w:rsidR="00E8361E" w14:paraId="6A5C3000" w14:textId="77777777">
        <w:trPr>
          <w:jc w:val="center"/>
        </w:trPr>
        <w:tc>
          <w:tcPr>
            <w:tcW w:w="27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7E78AD9F" w14:textId="77777777" w:rsidR="00F639B2" w:rsidRDefault="00F639B2">
            <w:pPr>
              <w:jc w:val="center"/>
              <w:rPr>
                <w:b/>
                <w:color w:val="1F497D"/>
                <w:sz w:val="24"/>
              </w:rPr>
            </w:pPr>
          </w:p>
          <w:p w14:paraId="2597FC0B" w14:textId="6D089CEA" w:rsidR="00E8361E" w:rsidRDefault="00000000">
            <w:pPr>
              <w:jc w:val="center"/>
            </w:pPr>
            <w:r>
              <w:rPr>
                <w:b/>
                <w:sz w:val="40"/>
              </w:rPr>
              <w:t>LIQUIDS AT ROOM TEMP.</w:t>
            </w:r>
          </w:p>
          <w:p w14:paraId="52ACF834" w14:textId="77777777" w:rsidR="00E8361E" w:rsidRDefault="00E8361E">
            <w:pPr>
              <w:jc w:val="center"/>
            </w:pPr>
          </w:p>
        </w:tc>
        <w:tc>
          <w:tcPr>
            <w:tcW w:w="27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6668D0F5" w14:textId="77777777" w:rsidR="00F639B2" w:rsidRDefault="00F639B2">
            <w:pPr>
              <w:jc w:val="center"/>
              <w:rPr>
                <w:b/>
                <w:sz w:val="40"/>
              </w:rPr>
            </w:pPr>
          </w:p>
          <w:p w14:paraId="2809768C" w14:textId="76A9AD43" w:rsidR="00E8361E" w:rsidRDefault="00000000">
            <w:pPr>
              <w:jc w:val="center"/>
            </w:pPr>
            <w:r>
              <w:rPr>
                <w:b/>
                <w:sz w:val="40"/>
              </w:rPr>
              <w:t>GASES AT ROOM TEMP.</w:t>
            </w:r>
          </w:p>
          <w:p w14:paraId="0E1591A9" w14:textId="77777777" w:rsidR="00E8361E" w:rsidRDefault="00E8361E">
            <w:pPr>
              <w:jc w:val="center"/>
            </w:pPr>
          </w:p>
        </w:tc>
        <w:tc>
          <w:tcPr>
            <w:tcW w:w="27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55AE1EFF" w14:textId="77777777" w:rsidR="00F639B2" w:rsidRDefault="00F639B2">
            <w:pPr>
              <w:jc w:val="center"/>
              <w:rPr>
                <w:b/>
                <w:sz w:val="40"/>
              </w:rPr>
            </w:pPr>
          </w:p>
          <w:p w14:paraId="450C98A2" w14:textId="5E253D50" w:rsidR="00E8361E" w:rsidRDefault="00000000">
            <w:pPr>
              <w:jc w:val="center"/>
            </w:pPr>
            <w:r>
              <w:rPr>
                <w:b/>
                <w:sz w:val="40"/>
              </w:rPr>
              <w:t>IONIC</w:t>
            </w:r>
          </w:p>
          <w:p w14:paraId="0F4867AE" w14:textId="77777777" w:rsidR="00E8361E" w:rsidRDefault="00E8361E">
            <w:pPr>
              <w:jc w:val="center"/>
            </w:pPr>
          </w:p>
        </w:tc>
        <w:tc>
          <w:tcPr>
            <w:tcW w:w="2700" w:type="dxa"/>
            <w:tcBorders>
              <w:top w:val="dashed" w:sz="12" w:space="0" w:color="000000"/>
              <w:left w:val="dashed" w:sz="12" w:space="0" w:color="000000"/>
              <w:bottom w:val="dashed" w:sz="12" w:space="0" w:color="000000"/>
              <w:right w:val="dashed" w:sz="12" w:space="0" w:color="000000"/>
            </w:tcBorders>
            <w:vAlign w:val="center"/>
          </w:tcPr>
          <w:p w14:paraId="45DEACDF" w14:textId="77777777" w:rsidR="00F639B2" w:rsidRDefault="00F639B2">
            <w:pPr>
              <w:jc w:val="center"/>
              <w:rPr>
                <w:b/>
                <w:sz w:val="40"/>
              </w:rPr>
            </w:pPr>
          </w:p>
          <w:p w14:paraId="072E96FC" w14:textId="13E7FCEC" w:rsidR="00E8361E" w:rsidRDefault="00000000">
            <w:pPr>
              <w:jc w:val="center"/>
            </w:pPr>
            <w:r>
              <w:rPr>
                <w:b/>
                <w:sz w:val="40"/>
              </w:rPr>
              <w:t>COVALENT</w:t>
            </w:r>
          </w:p>
          <w:p w14:paraId="2162E79D" w14:textId="77777777" w:rsidR="00E8361E" w:rsidRDefault="00E8361E">
            <w:pPr>
              <w:jc w:val="center"/>
            </w:pPr>
          </w:p>
        </w:tc>
      </w:tr>
    </w:tbl>
    <w:p w14:paraId="6DAA5227" w14:textId="77777777" w:rsidR="00E8361E" w:rsidRDefault="00E8361E"/>
    <w:p w14:paraId="627F4B2D" w14:textId="0246BACB" w:rsidR="00E8361E" w:rsidRDefault="00E8361E"/>
    <w:sectPr w:rsidR="00E8361E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4634778">
    <w:abstractNumId w:val="8"/>
  </w:num>
  <w:num w:numId="2" w16cid:durableId="2099791462">
    <w:abstractNumId w:val="6"/>
  </w:num>
  <w:num w:numId="3" w16cid:durableId="1477333304">
    <w:abstractNumId w:val="5"/>
  </w:num>
  <w:num w:numId="4" w16cid:durableId="1984965522">
    <w:abstractNumId w:val="4"/>
  </w:num>
  <w:num w:numId="5" w16cid:durableId="353924373">
    <w:abstractNumId w:val="7"/>
  </w:num>
  <w:num w:numId="6" w16cid:durableId="657733496">
    <w:abstractNumId w:val="3"/>
  </w:num>
  <w:num w:numId="7" w16cid:durableId="56900414">
    <w:abstractNumId w:val="2"/>
  </w:num>
  <w:num w:numId="8" w16cid:durableId="1234467148">
    <w:abstractNumId w:val="1"/>
  </w:num>
  <w:num w:numId="9" w16cid:durableId="37316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7093"/>
    <w:rsid w:val="0029639D"/>
    <w:rsid w:val="00326F90"/>
    <w:rsid w:val="00AA1D8D"/>
    <w:rsid w:val="00B47730"/>
    <w:rsid w:val="00B8310F"/>
    <w:rsid w:val="00CB0664"/>
    <w:rsid w:val="00E8361E"/>
    <w:rsid w:val="00F639B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F6605A"/>
  <w14:defaultImageDpi w14:val="300"/>
  <w15:docId w15:val="{04B0E1E9-5E7D-4D6E-9D23-A4071AEE3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Toni Green</cp:lastModifiedBy>
  <cp:revision>3</cp:revision>
  <dcterms:created xsi:type="dcterms:W3CDTF">2013-12-23T23:15:00Z</dcterms:created>
  <dcterms:modified xsi:type="dcterms:W3CDTF">2026-09-17T12:06:00Z</dcterms:modified>
  <cp:category/>
</cp:coreProperties>
</file>