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2FBC" w14:textId="77777777" w:rsidR="00E93283" w:rsidRDefault="00000000" w:rsidP="00E73924">
      <w:pPr>
        <w:spacing w:after="60" w:line="240" w:lineRule="auto"/>
        <w:contextualSpacing/>
        <w:jc w:val="center"/>
      </w:pPr>
      <w:r>
        <w:rPr>
          <w:b/>
          <w:color w:val="1A1A2E"/>
          <w:sz w:val="40"/>
        </w:rPr>
        <w:t>Unit 3 Pre-Test: Classification and Measurement of Matter</w:t>
      </w:r>
    </w:p>
    <w:p w14:paraId="1EB2323D" w14:textId="26B51C07" w:rsidR="00E93283" w:rsidRDefault="00000000" w:rsidP="00E73924">
      <w:pPr>
        <w:spacing w:after="120" w:line="240" w:lineRule="auto"/>
        <w:contextualSpacing/>
        <w:jc w:val="center"/>
      </w:pPr>
      <w:r>
        <w:rPr>
          <w:color w:val="666666"/>
          <w:sz w:val="20"/>
        </w:rPr>
        <w:t xml:space="preserve">Honors </w:t>
      </w:r>
      <w:proofErr w:type="gramStart"/>
      <w:r>
        <w:rPr>
          <w:color w:val="666666"/>
          <w:sz w:val="20"/>
        </w:rPr>
        <w:t>Chemistry  •</w:t>
      </w:r>
      <w:proofErr w:type="gramEnd"/>
      <w:r>
        <w:rPr>
          <w:color w:val="666666"/>
          <w:sz w:val="20"/>
        </w:rPr>
        <w:t xml:space="preserve">  Diagnostic Assessment  </w:t>
      </w:r>
    </w:p>
    <w:p w14:paraId="353E1A10" w14:textId="77777777" w:rsidR="00E93283" w:rsidRDefault="00000000" w:rsidP="00E73924">
      <w:pPr>
        <w:spacing w:line="240" w:lineRule="auto"/>
        <w:contextualSpacing/>
      </w:pPr>
      <w:r>
        <w:rPr>
          <w:sz w:val="19"/>
        </w:rPr>
        <w:t>Name: _______________________________</w:t>
      </w:r>
      <w:proofErr w:type="gramStart"/>
      <w:r>
        <w:rPr>
          <w:sz w:val="19"/>
        </w:rPr>
        <w:t xml:space="preserve">_   </w:t>
      </w:r>
      <w:proofErr w:type="gramEnd"/>
      <w:r>
        <w:rPr>
          <w:sz w:val="19"/>
        </w:rPr>
        <w:t xml:space="preserve"> Date: ______________    Period: ________</w:t>
      </w:r>
    </w:p>
    <w:p w14:paraId="2A7AB1BA" w14:textId="77777777" w:rsidR="00E93283" w:rsidRDefault="00000000" w:rsidP="00E73924">
      <w:pPr>
        <w:keepNext/>
        <w:spacing w:before="120" w:after="120" w:line="240" w:lineRule="auto"/>
        <w:contextualSpacing/>
      </w:pPr>
      <w:r>
        <w:rPr>
          <w:b/>
          <w:color w:val="1A1A2E"/>
          <w:sz w:val="28"/>
        </w:rPr>
        <w:t>Scoring &amp; Proficiency Thresholds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0"/>
        <w:gridCol w:w="1740"/>
        <w:gridCol w:w="1740"/>
        <w:gridCol w:w="1740"/>
        <w:gridCol w:w="1740"/>
        <w:gridCol w:w="1740"/>
      </w:tblGrid>
      <w:tr w:rsidR="00E93283" w14:paraId="4ED3F276" w14:textId="77777777" w:rsidTr="00AB79D9"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10536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Topic Area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1BDE4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Questions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E7C10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Total Points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A6068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Should Do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16A85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Must Do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04A01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Aspire To Do</w:t>
            </w:r>
          </w:p>
        </w:tc>
      </w:tr>
      <w:tr w:rsidR="00E93283" w14:paraId="42695BFC" w14:textId="77777777"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097A80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1 • Classification, Properties &amp; Mixtures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AD4DF9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1–6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95429E" w14:textId="77777777" w:rsidR="00E93283" w:rsidRDefault="00000000" w:rsidP="00E73924">
            <w:pPr>
              <w:contextualSpacing/>
            </w:pPr>
            <w:r>
              <w:t>41 points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29763A" w14:textId="77777777" w:rsidR="00E93283" w:rsidRDefault="00000000" w:rsidP="00E73924">
            <w:pPr>
              <w:contextualSpacing/>
            </w:pPr>
            <w:r>
              <w:t>≤ 27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A945D8" w14:textId="77777777" w:rsidR="00E93283" w:rsidRDefault="00000000" w:rsidP="00E73924">
            <w:pPr>
              <w:contextualSpacing/>
            </w:pPr>
            <w:r>
              <w:t>28–34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E940D7" w14:textId="77777777" w:rsidR="00E93283" w:rsidRDefault="00000000" w:rsidP="00E73924">
            <w:pPr>
              <w:contextualSpacing/>
            </w:pPr>
            <w:r>
              <w:t>≥ 35</w:t>
            </w:r>
          </w:p>
        </w:tc>
      </w:tr>
      <w:tr w:rsidR="00E93283" w14:paraId="521217F4" w14:textId="77777777"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FAB141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2 • Atoms, States of Matter &amp; the Periodic Table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6EFB3B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7–17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8E080" w14:textId="77777777" w:rsidR="00E93283" w:rsidRDefault="00000000" w:rsidP="00E73924">
            <w:pPr>
              <w:contextualSpacing/>
            </w:pPr>
            <w:r>
              <w:t>49 points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B94EB7" w14:textId="77777777" w:rsidR="00E93283" w:rsidRDefault="00000000" w:rsidP="00E73924">
            <w:pPr>
              <w:contextualSpacing/>
            </w:pPr>
            <w:r>
              <w:t>≤ 32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0D8F82" w14:textId="77777777" w:rsidR="00E93283" w:rsidRDefault="00000000" w:rsidP="00E73924">
            <w:pPr>
              <w:contextualSpacing/>
            </w:pPr>
            <w:r>
              <w:t>33–41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73D94" w14:textId="77777777" w:rsidR="00E93283" w:rsidRDefault="00000000" w:rsidP="00E73924">
            <w:pPr>
              <w:contextualSpacing/>
            </w:pPr>
            <w:r>
              <w:t>≥ 42</w:t>
            </w:r>
          </w:p>
        </w:tc>
      </w:tr>
      <w:tr w:rsidR="00E93283" w14:paraId="5BC8C36B" w14:textId="77777777"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2DC688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3 • The Mole &amp; Chemical Equations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260F8B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18–23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2F33EB" w14:textId="77777777" w:rsidR="00E93283" w:rsidRDefault="00000000" w:rsidP="00E73924">
            <w:pPr>
              <w:contextualSpacing/>
            </w:pPr>
            <w:r>
              <w:t>23 points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E791D7" w14:textId="77777777" w:rsidR="00E93283" w:rsidRDefault="00000000" w:rsidP="00E73924">
            <w:pPr>
              <w:contextualSpacing/>
            </w:pPr>
            <w:r>
              <w:t>≤ 15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D2CC49" w14:textId="77777777" w:rsidR="00E93283" w:rsidRDefault="00146414" w:rsidP="00E73924">
            <w:pPr>
              <w:contextualSpacing/>
            </w:pPr>
            <w:r>
              <w:t>16–19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F3C492" w14:textId="77777777" w:rsidR="00E93283" w:rsidRDefault="00000000" w:rsidP="00E73924">
            <w:pPr>
              <w:contextualSpacing/>
            </w:pPr>
            <w:r>
              <w:t>≥ 20</w:t>
            </w:r>
          </w:p>
        </w:tc>
      </w:tr>
    </w:tbl>
    <w:p w14:paraId="49B73530" w14:textId="77777777" w:rsidR="00E93283" w:rsidRDefault="00E93283" w:rsidP="00E73924">
      <w:pPr>
        <w:spacing w:after="120" w:line="240" w:lineRule="auto"/>
        <w:contextualSpacing/>
      </w:pPr>
    </w:p>
    <w:p w14:paraId="14804CCE" w14:textId="77777777" w:rsidR="00E93283" w:rsidRDefault="00000000" w:rsidP="00E73924">
      <w:pPr>
        <w:keepNext/>
        <w:spacing w:after="60" w:line="240" w:lineRule="auto"/>
        <w:contextualSpacing/>
      </w:pPr>
      <w:r>
        <w:rPr>
          <w:b/>
          <w:color w:val="1A1A2E"/>
          <w:sz w:val="22"/>
        </w:rPr>
        <w:t>Read me first</w:t>
      </w:r>
    </w:p>
    <w:p w14:paraId="190F3090" w14:textId="77777777" w:rsidR="00E93283" w:rsidRDefault="00000000" w:rsidP="00E73924">
      <w:pPr>
        <w:spacing w:line="240" w:lineRule="auto"/>
        <w:contextualSpacing/>
      </w:pPr>
      <w:r>
        <w:t>This pre-test checks what you ALREADY know before we begin Unit 3. It is NOT graded and does not count against you. You are NOT expected to know everything yet — getting questions wrong, or writing "NS" (= not sure), is completely fine and tells us exactly where to focus.  Each question shows its point value; scoring is for placement only.</w:t>
      </w:r>
    </w:p>
    <w:p w14:paraId="5BBA77C8" w14:textId="77777777" w:rsidR="00E73924" w:rsidRDefault="00E73924" w:rsidP="00E73924">
      <w:pPr>
        <w:keepNext/>
        <w:spacing w:before="240" w:after="120" w:line="240" w:lineRule="auto"/>
        <w:contextualSpacing/>
        <w:rPr>
          <w:b/>
          <w:color w:val="1A1A2E"/>
          <w:sz w:val="28"/>
        </w:rPr>
      </w:pPr>
    </w:p>
    <w:p w14:paraId="76C6C0DA" w14:textId="7A6A5136" w:rsidR="00E93283" w:rsidRDefault="00000000" w:rsidP="00E73924">
      <w:pPr>
        <w:keepNext/>
        <w:spacing w:before="240" w:after="120" w:line="240" w:lineRule="auto"/>
        <w:contextualSpacing/>
      </w:pPr>
      <w:r>
        <w:rPr>
          <w:b/>
          <w:color w:val="1A1A2E"/>
          <w:sz w:val="28"/>
        </w:rPr>
        <w:t>Section 1: Classification, Properties &amp; Mixtures</w:t>
      </w:r>
    </w:p>
    <w:p w14:paraId="41E16268" w14:textId="77777777" w:rsidR="00E93283" w:rsidRDefault="00000000" w:rsidP="00E73924">
      <w:pPr>
        <w:spacing w:after="80" w:line="240" w:lineRule="auto"/>
        <w:contextualSpacing/>
      </w:pPr>
      <w:r>
        <w:t>1.  [12 pts]  Classify each material below: pure substance or mixture? Then specify if element, compound, solution, colloid, or suspension.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E93283" w14:paraId="334022A3" w14:textId="77777777" w:rsidTr="00AB79D9"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90951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Material</w:t>
            </w:r>
          </w:p>
        </w:tc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6AF3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Pure substance or mixture?</w:t>
            </w:r>
          </w:p>
        </w:tc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ED64C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Then what kind?</w:t>
            </w:r>
          </w:p>
        </w:tc>
      </w:tr>
      <w:tr w:rsidR="00E93283" w14:paraId="36CC7B0D" w14:textId="77777777"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7D98F6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Oxygen gas (O₂)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61F5B9" w14:textId="77777777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1CAAAD" w14:textId="77777777" w:rsidR="00E93283" w:rsidRDefault="00E93283" w:rsidP="00E73924">
            <w:pPr>
              <w:contextualSpacing/>
            </w:pPr>
          </w:p>
        </w:tc>
      </w:tr>
      <w:tr w:rsidR="00E93283" w14:paraId="5FF5993A" w14:textId="77777777"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997125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Distilled water (H₂O)</w:t>
            </w: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9686F5" w14:textId="77777777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C46222" w14:textId="77777777" w:rsidR="00E93283" w:rsidRDefault="00E93283" w:rsidP="00E73924">
            <w:pPr>
              <w:contextualSpacing/>
            </w:pPr>
          </w:p>
        </w:tc>
      </w:tr>
      <w:tr w:rsidR="00E93283" w14:paraId="7B28BBD9" w14:textId="77777777"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042EF8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Baking soda (NaHCO₃)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8AC552" w14:textId="77777777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C0C3EA" w14:textId="77777777" w:rsidR="00E93283" w:rsidRDefault="00E93283" w:rsidP="00E73924">
            <w:pPr>
              <w:contextualSpacing/>
            </w:pPr>
          </w:p>
        </w:tc>
      </w:tr>
      <w:tr w:rsidR="00E93283" w14:paraId="5C82661E" w14:textId="77777777"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BB7DD9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Salt water</w:t>
            </w: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D7DE27" w14:textId="77777777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723C5B" w14:textId="77777777" w:rsidR="00E93283" w:rsidRDefault="00E93283" w:rsidP="00E73924">
            <w:pPr>
              <w:contextualSpacing/>
            </w:pPr>
          </w:p>
        </w:tc>
      </w:tr>
      <w:tr w:rsidR="00E93283" w14:paraId="4E1AC695" w14:textId="77777777"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947EDE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Milk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D3C8B1" w14:textId="77777777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C6F110" w14:textId="77777777" w:rsidR="00E93283" w:rsidRDefault="00E93283" w:rsidP="00E73924">
            <w:pPr>
              <w:contextualSpacing/>
            </w:pPr>
          </w:p>
        </w:tc>
      </w:tr>
      <w:tr w:rsidR="00E93283" w14:paraId="24086F27" w14:textId="77777777"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411ED0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Muddy water</w:t>
            </w: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4805DB" w14:textId="77777777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155270" w14:textId="77777777" w:rsidR="00E93283" w:rsidRDefault="00E93283" w:rsidP="00E73924">
            <w:pPr>
              <w:contextualSpacing/>
            </w:pPr>
          </w:p>
        </w:tc>
      </w:tr>
    </w:tbl>
    <w:p w14:paraId="5E6DCD53" w14:textId="77777777" w:rsidR="008D6797" w:rsidRDefault="008D6797" w:rsidP="00E73924">
      <w:pPr>
        <w:spacing w:after="160" w:line="240" w:lineRule="auto"/>
        <w:contextualSpacing/>
      </w:pPr>
    </w:p>
    <w:p w14:paraId="09A2B443" w14:textId="3F0255AA" w:rsidR="00E93283" w:rsidRDefault="00000000" w:rsidP="00E73924">
      <w:pPr>
        <w:spacing w:after="160" w:line="240" w:lineRule="auto"/>
        <w:contextualSpacing/>
      </w:pPr>
      <w:proofErr w:type="gramStart"/>
      <w:r>
        <w:t>2.  [</w:t>
      </w:r>
      <w:proofErr w:type="gramEnd"/>
      <w:r>
        <w:t xml:space="preserve">4 </w:t>
      </w:r>
      <w:proofErr w:type="gramStart"/>
      <w:r>
        <w:t>pts]  A</w:t>
      </w:r>
      <w:proofErr w:type="gramEnd"/>
      <w:r>
        <w:t xml:space="preserve"> bottle labeled "pure waterfall water" boils at 100.6 °C in the lab. Is it really pure? Which physical property </w:t>
      </w:r>
      <w:r w:rsidR="008D6797">
        <w:t>supports</w:t>
      </w:r>
      <w:r>
        <w:t xml:space="preserve"> your answer?</w:t>
      </w:r>
    </w:p>
    <w:p w14:paraId="4E2AC6A7" w14:textId="77777777" w:rsidR="00E73924" w:rsidRDefault="00E73924" w:rsidP="00E73924">
      <w:pPr>
        <w:spacing w:after="80" w:line="240" w:lineRule="auto"/>
        <w:contextualSpacing/>
      </w:pPr>
    </w:p>
    <w:p w14:paraId="44452A24" w14:textId="77777777" w:rsidR="00E73924" w:rsidRDefault="00E73924" w:rsidP="00E73924">
      <w:pPr>
        <w:spacing w:after="80" w:line="240" w:lineRule="auto"/>
        <w:contextualSpacing/>
      </w:pPr>
    </w:p>
    <w:p w14:paraId="265A48C9" w14:textId="77777777" w:rsidR="00E73924" w:rsidRDefault="00E73924" w:rsidP="00E73924">
      <w:pPr>
        <w:spacing w:after="80" w:line="240" w:lineRule="auto"/>
        <w:contextualSpacing/>
      </w:pPr>
    </w:p>
    <w:p w14:paraId="41EA12AE" w14:textId="2C6E8112" w:rsidR="00E93283" w:rsidRDefault="00000000" w:rsidP="00E73924">
      <w:pPr>
        <w:spacing w:after="80" w:line="240" w:lineRule="auto"/>
        <w:contextualSpacing/>
      </w:pPr>
      <w:r>
        <w:t xml:space="preserve">3.  [6 </w:t>
      </w:r>
      <w:proofErr w:type="gramStart"/>
      <w:r>
        <w:t>pts]  Classify</w:t>
      </w:r>
      <w:proofErr w:type="gramEnd"/>
      <w:r>
        <w:t xml:space="preserve"> each property as physical or chemical: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E93283" w14:paraId="1B36E3BA" w14:textId="77777777" w:rsidTr="00AB79D9">
        <w:tc>
          <w:tcPr>
            <w:tcW w:w="522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7AB9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Property</w:t>
            </w:r>
          </w:p>
        </w:tc>
        <w:tc>
          <w:tcPr>
            <w:tcW w:w="522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FD90F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Physical or chemical?</w:t>
            </w:r>
          </w:p>
        </w:tc>
      </w:tr>
      <w:tr w:rsidR="00E93283" w14:paraId="565F8674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CB10CB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Density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FF464" w14:textId="77777777" w:rsidR="00E93283" w:rsidRDefault="00E93283" w:rsidP="00E73924">
            <w:pPr>
              <w:contextualSpacing/>
            </w:pPr>
          </w:p>
        </w:tc>
      </w:tr>
      <w:tr w:rsidR="00E93283" w14:paraId="6FD097B1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B60016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Flammability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2E0DB4" w14:textId="77777777" w:rsidR="00E93283" w:rsidRDefault="00E93283" w:rsidP="00E73924">
            <w:pPr>
              <w:contextualSpacing/>
            </w:pPr>
          </w:p>
        </w:tc>
      </w:tr>
      <w:tr w:rsidR="00E93283" w14:paraId="440DDFA6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585152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Melting point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347F8B" w14:textId="77777777" w:rsidR="00E93283" w:rsidRDefault="00E93283" w:rsidP="00E73924">
            <w:pPr>
              <w:contextualSpacing/>
            </w:pPr>
          </w:p>
        </w:tc>
      </w:tr>
      <w:tr w:rsidR="00E93283" w14:paraId="7DCF5901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49A936" w14:textId="2778E2EE" w:rsidR="00E93283" w:rsidRDefault="00000000" w:rsidP="00E73924">
            <w:pPr>
              <w:contextualSpacing/>
            </w:pPr>
            <w:r>
              <w:rPr>
                <w:sz w:val="18"/>
              </w:rPr>
              <w:t>Reacts with acid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ED6884" w14:textId="77777777" w:rsidR="00E93283" w:rsidRDefault="00E93283" w:rsidP="00E73924">
            <w:pPr>
              <w:contextualSpacing/>
            </w:pPr>
          </w:p>
        </w:tc>
      </w:tr>
      <w:tr w:rsidR="00E93283" w14:paraId="297176E3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967F64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Dissolves in water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A1D4E7" w14:textId="77777777" w:rsidR="00E93283" w:rsidRDefault="00E93283" w:rsidP="00E73924">
            <w:pPr>
              <w:contextualSpacing/>
            </w:pPr>
          </w:p>
        </w:tc>
      </w:tr>
      <w:tr w:rsidR="00E93283" w14:paraId="1099D937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EABB8F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Supports burning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2A0F4D" w14:textId="5AA67EDE" w:rsidR="00E93283" w:rsidRDefault="00E93283" w:rsidP="00E73924">
            <w:pPr>
              <w:contextualSpacing/>
            </w:pPr>
          </w:p>
        </w:tc>
      </w:tr>
    </w:tbl>
    <w:p w14:paraId="792EC28F" w14:textId="1D82B62A" w:rsidR="00E93283" w:rsidRDefault="00E93283" w:rsidP="00E73924">
      <w:pPr>
        <w:spacing w:after="120" w:line="240" w:lineRule="auto"/>
        <w:contextualSpacing/>
      </w:pPr>
    </w:p>
    <w:p w14:paraId="11EACEE7" w14:textId="242D5827" w:rsidR="00E93283" w:rsidRDefault="00000000" w:rsidP="00E73924">
      <w:pPr>
        <w:spacing w:after="80" w:line="240" w:lineRule="auto"/>
        <w:contextualSpacing/>
      </w:pPr>
      <w:proofErr w:type="gramStart"/>
      <w:r>
        <w:lastRenderedPageBreak/>
        <w:t>4.  [</w:t>
      </w:r>
      <w:proofErr w:type="gramEnd"/>
      <w:r>
        <w:t xml:space="preserve">8 </w:t>
      </w:r>
      <w:proofErr w:type="gramStart"/>
      <w:r>
        <w:t>pts]  Classify</w:t>
      </w:r>
      <w:proofErr w:type="gramEnd"/>
      <w:r>
        <w:t xml:space="preserve"> each change as physical or chemical and provide evidence: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E93283" w14:paraId="51C66455" w14:textId="77777777" w:rsidTr="00AB79D9"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03D92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Change</w:t>
            </w:r>
          </w:p>
        </w:tc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6F916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Physical or chemical?</w:t>
            </w:r>
          </w:p>
        </w:tc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E7BF5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Evidence</w:t>
            </w:r>
          </w:p>
        </w:tc>
      </w:tr>
      <w:tr w:rsidR="00E93283" w14:paraId="69D80ABD" w14:textId="77777777"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03F429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Ice melting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BA9639" w14:textId="77777777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21CD91" w14:textId="77777777" w:rsidR="00E93283" w:rsidRDefault="00E93283" w:rsidP="00E73924">
            <w:pPr>
              <w:contextualSpacing/>
            </w:pPr>
          </w:p>
        </w:tc>
      </w:tr>
      <w:tr w:rsidR="00E93283" w14:paraId="546852CF" w14:textId="77777777"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20F76A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Iron rusting</w:t>
            </w: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C04F90" w14:textId="2EE8B885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B907AE" w14:textId="77777777" w:rsidR="00E93283" w:rsidRDefault="00E93283" w:rsidP="00E73924">
            <w:pPr>
              <w:contextualSpacing/>
            </w:pPr>
          </w:p>
        </w:tc>
      </w:tr>
      <w:tr w:rsidR="00E93283" w14:paraId="73C96DFE" w14:textId="77777777"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3DBCAB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Sugar dissolving in water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7BD46B" w14:textId="7DA0AC21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910714" w14:textId="77777777" w:rsidR="00E93283" w:rsidRDefault="00E93283" w:rsidP="00E73924">
            <w:pPr>
              <w:contextualSpacing/>
            </w:pPr>
          </w:p>
        </w:tc>
      </w:tr>
      <w:tr w:rsidR="00E93283" w14:paraId="0F61C63C" w14:textId="77777777"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8DA06A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Milk souring</w:t>
            </w: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4FAECB" w14:textId="2C66B764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F162A2" w14:textId="77777777" w:rsidR="00E93283" w:rsidRDefault="00E93283" w:rsidP="00E73924">
            <w:pPr>
              <w:contextualSpacing/>
            </w:pPr>
          </w:p>
        </w:tc>
      </w:tr>
    </w:tbl>
    <w:p w14:paraId="34FEA185" w14:textId="533B2C35" w:rsidR="00E93283" w:rsidRDefault="00E93283" w:rsidP="00E73924">
      <w:pPr>
        <w:spacing w:after="120" w:line="240" w:lineRule="auto"/>
        <w:contextualSpacing/>
      </w:pPr>
    </w:p>
    <w:p w14:paraId="27874E39" w14:textId="77A3FA55" w:rsidR="00E93283" w:rsidRDefault="00000000" w:rsidP="00E73924">
      <w:pPr>
        <w:spacing w:after="80" w:line="240" w:lineRule="auto"/>
        <w:contextualSpacing/>
      </w:pPr>
      <w:proofErr w:type="gramStart"/>
      <w:r>
        <w:t>5.  [</w:t>
      </w:r>
      <w:proofErr w:type="gramEnd"/>
      <w:r>
        <w:t xml:space="preserve">8 </w:t>
      </w:r>
      <w:proofErr w:type="gramStart"/>
      <w:r>
        <w:t>pts]  Match</w:t>
      </w:r>
      <w:proofErr w:type="gramEnd"/>
      <w:r>
        <w:t xml:space="preserve"> each mixture to the best physical separation technique and the physical property it relies 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E93283" w14:paraId="6D9CA800" w14:textId="77777777" w:rsidTr="00AB79D9"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0B18F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Mixture</w:t>
            </w:r>
          </w:p>
        </w:tc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86E0D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Best technique</w:t>
            </w:r>
          </w:p>
        </w:tc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2BDEB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Physical property used</w:t>
            </w:r>
          </w:p>
        </w:tc>
      </w:tr>
      <w:tr w:rsidR="00E93283" w14:paraId="418E0A29" w14:textId="77777777"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E5FAB7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Sand mixed with iron filings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D01BEA" w14:textId="2BD614AE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CBCD41" w14:textId="77777777" w:rsidR="00E93283" w:rsidRDefault="00E93283" w:rsidP="00E73924">
            <w:pPr>
              <w:contextualSpacing/>
            </w:pPr>
          </w:p>
        </w:tc>
      </w:tr>
      <w:tr w:rsidR="00E93283" w14:paraId="49A7C9E8" w14:textId="77777777"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288EAE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Sand mixed into water</w:t>
            </w: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F65D24" w14:textId="40EE3C8B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FDCD7" w14:textId="77777777" w:rsidR="00E93283" w:rsidRDefault="00E93283" w:rsidP="00E73924">
            <w:pPr>
              <w:contextualSpacing/>
            </w:pPr>
          </w:p>
        </w:tc>
      </w:tr>
      <w:tr w:rsidR="00E93283" w14:paraId="0E6B848F" w14:textId="77777777"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F9A867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Salt dissolved in water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BE54C8" w14:textId="005559CA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C73C91" w14:textId="77777777" w:rsidR="00E93283" w:rsidRDefault="00E93283" w:rsidP="00E73924">
            <w:pPr>
              <w:contextualSpacing/>
            </w:pPr>
          </w:p>
        </w:tc>
      </w:tr>
      <w:tr w:rsidR="00E93283" w14:paraId="4087DEF3" w14:textId="77777777"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C91B6B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Food dyes mixed in ink</w:t>
            </w: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2DBDED" w14:textId="77777777" w:rsidR="00E93283" w:rsidRDefault="00E93283" w:rsidP="00E73924">
            <w:pPr>
              <w:contextualSpacing/>
            </w:pP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DBEFB5" w14:textId="77777777" w:rsidR="00E93283" w:rsidRDefault="00E93283" w:rsidP="00E73924">
            <w:pPr>
              <w:contextualSpacing/>
            </w:pPr>
          </w:p>
        </w:tc>
      </w:tr>
    </w:tbl>
    <w:p w14:paraId="3780F535" w14:textId="122ECF42" w:rsidR="00E93283" w:rsidRDefault="00E93283" w:rsidP="00E73924">
      <w:pPr>
        <w:spacing w:after="120" w:line="240" w:lineRule="auto"/>
        <w:contextualSpacing/>
      </w:pPr>
    </w:p>
    <w:p w14:paraId="694BBF6E" w14:textId="4FEDE4FD" w:rsidR="00E93283" w:rsidRDefault="00000000" w:rsidP="00E73924">
      <w:pPr>
        <w:spacing w:line="240" w:lineRule="auto"/>
        <w:contextualSpacing/>
      </w:pPr>
      <w:r>
        <w:t>6.  [3 pts]  Explain how you could use a beam of light (Tyndall effect) to tell a solution apart from a colloid.</w:t>
      </w:r>
    </w:p>
    <w:p w14:paraId="5556F898" w14:textId="77777777" w:rsidR="00E73924" w:rsidRDefault="00E73924" w:rsidP="00E73924">
      <w:pPr>
        <w:keepNext/>
        <w:spacing w:before="240" w:after="120" w:line="240" w:lineRule="auto"/>
        <w:contextualSpacing/>
        <w:rPr>
          <w:b/>
          <w:color w:val="1A1A2E"/>
          <w:sz w:val="28"/>
        </w:rPr>
      </w:pPr>
    </w:p>
    <w:p w14:paraId="01E2281F" w14:textId="77777777" w:rsidR="00E73924" w:rsidRDefault="00E73924" w:rsidP="00E73924">
      <w:pPr>
        <w:keepNext/>
        <w:spacing w:before="240" w:after="120" w:line="240" w:lineRule="auto"/>
        <w:contextualSpacing/>
        <w:rPr>
          <w:b/>
          <w:color w:val="1A1A2E"/>
          <w:sz w:val="28"/>
        </w:rPr>
      </w:pPr>
    </w:p>
    <w:p w14:paraId="4E013FF0" w14:textId="77777777" w:rsidR="00E73924" w:rsidRDefault="00E73924" w:rsidP="00E73924">
      <w:pPr>
        <w:keepNext/>
        <w:spacing w:before="240" w:after="120" w:line="240" w:lineRule="auto"/>
        <w:contextualSpacing/>
        <w:rPr>
          <w:b/>
          <w:color w:val="1A1A2E"/>
          <w:sz w:val="28"/>
        </w:rPr>
      </w:pPr>
    </w:p>
    <w:p w14:paraId="19FBBC40" w14:textId="5C29E349" w:rsidR="00E93283" w:rsidRDefault="00000000" w:rsidP="00E73924">
      <w:pPr>
        <w:keepNext/>
        <w:spacing w:before="240" w:after="120" w:line="240" w:lineRule="auto"/>
        <w:contextualSpacing/>
      </w:pPr>
      <w:r>
        <w:rPr>
          <w:b/>
          <w:color w:val="1A1A2E"/>
          <w:sz w:val="28"/>
        </w:rPr>
        <w:t>Section 2: Atoms, States of Matter &amp; the Periodic Table</w:t>
      </w:r>
    </w:p>
    <w:p w14:paraId="69719C31" w14:textId="013BFB39" w:rsidR="00E93283" w:rsidRDefault="00000000" w:rsidP="00E73924">
      <w:pPr>
        <w:spacing w:after="80" w:line="240" w:lineRule="auto"/>
        <w:contextualSpacing/>
      </w:pPr>
      <w:r>
        <w:t xml:space="preserve">7.  [9 </w:t>
      </w:r>
      <w:proofErr w:type="gramStart"/>
      <w:r>
        <w:t>pts]  Complete</w:t>
      </w:r>
      <w:proofErr w:type="gramEnd"/>
      <w:r>
        <w:t xml:space="preserve"> the subatomic particle table: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0"/>
        <w:gridCol w:w="1740"/>
        <w:gridCol w:w="1740"/>
        <w:gridCol w:w="1740"/>
        <w:gridCol w:w="1740"/>
        <w:gridCol w:w="1740"/>
      </w:tblGrid>
      <w:tr w:rsidR="00E93283" w14:paraId="1C401FEC" w14:textId="77777777" w:rsidTr="00AB79D9"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05CD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Element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568EF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Atomic Number (Z)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75C0A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Mass Number (A)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29C7C" w14:textId="1D7E153C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Protons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A2B5F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Neutrons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EABC2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Electrons</w:t>
            </w:r>
          </w:p>
        </w:tc>
      </w:tr>
      <w:tr w:rsidR="00E93283" w14:paraId="3205DBE8" w14:textId="77777777"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157088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Carbon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8AFC67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6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01E3F2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12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927D4D" w14:textId="77777777" w:rsidR="00E93283" w:rsidRDefault="00E93283" w:rsidP="00E73924">
            <w:pPr>
              <w:contextualSpacing/>
            </w:pP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DDCA44" w14:textId="77777777" w:rsidR="00E93283" w:rsidRDefault="00E93283" w:rsidP="00E73924">
            <w:pPr>
              <w:contextualSpacing/>
            </w:pP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A55DA2" w14:textId="77777777" w:rsidR="00E93283" w:rsidRDefault="00E93283" w:rsidP="00E73924">
            <w:pPr>
              <w:contextualSpacing/>
            </w:pPr>
          </w:p>
        </w:tc>
      </w:tr>
      <w:tr w:rsidR="00E93283" w14:paraId="740C17F6" w14:textId="77777777"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D214C5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Carbon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7399F8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6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E66EBF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14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33834F" w14:textId="77777777" w:rsidR="00E93283" w:rsidRDefault="00E93283" w:rsidP="00E73924">
            <w:pPr>
              <w:contextualSpacing/>
            </w:pP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413328" w14:textId="77777777" w:rsidR="00E93283" w:rsidRDefault="00E93283" w:rsidP="00E73924">
            <w:pPr>
              <w:contextualSpacing/>
            </w:pP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546DFB" w14:textId="77777777" w:rsidR="00E93283" w:rsidRDefault="00E93283" w:rsidP="00E73924">
            <w:pPr>
              <w:contextualSpacing/>
            </w:pPr>
          </w:p>
        </w:tc>
      </w:tr>
      <w:tr w:rsidR="00E93283" w14:paraId="255CF1C0" w14:textId="77777777"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003A25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Oxygen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C367FF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8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797135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16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8FAB7" w14:textId="5BF5A3FD" w:rsidR="00E93283" w:rsidRDefault="00E93283" w:rsidP="00E73924">
            <w:pPr>
              <w:contextualSpacing/>
            </w:pP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B6E6A5" w14:textId="77777777" w:rsidR="00E93283" w:rsidRDefault="00E93283" w:rsidP="00E73924">
            <w:pPr>
              <w:contextualSpacing/>
            </w:pP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BB0934" w14:textId="77777777" w:rsidR="00E93283" w:rsidRDefault="00E93283" w:rsidP="00E73924">
            <w:pPr>
              <w:contextualSpacing/>
            </w:pPr>
          </w:p>
        </w:tc>
      </w:tr>
    </w:tbl>
    <w:p w14:paraId="79B30EC4" w14:textId="27B97A5F" w:rsidR="00E93283" w:rsidRDefault="00E93283" w:rsidP="00E73924">
      <w:pPr>
        <w:spacing w:after="120" w:line="240" w:lineRule="auto"/>
        <w:contextualSpacing/>
      </w:pPr>
    </w:p>
    <w:p w14:paraId="654A61FF" w14:textId="3CF14DB2" w:rsidR="00E93283" w:rsidRDefault="00000000" w:rsidP="00E73924">
      <w:pPr>
        <w:spacing w:after="160" w:line="240" w:lineRule="auto"/>
        <w:contextualSpacing/>
      </w:pPr>
      <w:proofErr w:type="gramStart"/>
      <w:r>
        <w:t>8.  [</w:t>
      </w:r>
      <w:proofErr w:type="gramEnd"/>
      <w:r>
        <w:t xml:space="preserve">3 </w:t>
      </w:r>
      <w:proofErr w:type="gramStart"/>
      <w:r>
        <w:t>pts]  Are</w:t>
      </w:r>
      <w:proofErr w:type="gramEnd"/>
      <w:r>
        <w:t xml:space="preserve"> Carbon-12 and Carbon-14 atoms of the same element? Explain what makes them isotopes.</w:t>
      </w:r>
    </w:p>
    <w:p w14:paraId="65EE667B" w14:textId="77777777" w:rsidR="00E73924" w:rsidRDefault="00E73924" w:rsidP="00E73924">
      <w:pPr>
        <w:spacing w:after="80" w:line="240" w:lineRule="auto"/>
        <w:contextualSpacing/>
      </w:pPr>
    </w:p>
    <w:p w14:paraId="40BAE10C" w14:textId="77777777" w:rsidR="00E73924" w:rsidRDefault="00E73924" w:rsidP="00E73924">
      <w:pPr>
        <w:spacing w:after="80" w:line="240" w:lineRule="auto"/>
        <w:contextualSpacing/>
      </w:pPr>
    </w:p>
    <w:p w14:paraId="43F12393" w14:textId="103E8533" w:rsidR="00E73924" w:rsidRDefault="00E73924" w:rsidP="00E73924">
      <w:pPr>
        <w:spacing w:after="80" w:line="240" w:lineRule="auto"/>
        <w:contextualSpacing/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13374787" wp14:editId="1E2F55DA">
            <wp:simplePos x="0" y="0"/>
            <wp:positionH relativeFrom="column">
              <wp:posOffset>2628900</wp:posOffset>
            </wp:positionH>
            <wp:positionV relativeFrom="paragraph">
              <wp:posOffset>92075</wp:posOffset>
            </wp:positionV>
            <wp:extent cx="334645" cy="285750"/>
            <wp:effectExtent l="0" t="0" r="8255" b="0"/>
            <wp:wrapNone/>
            <wp:docPr id="168487104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871047" name="Picture 1684871047"/>
                    <pic:cNvPicPr/>
                  </pic:nvPicPr>
                  <pic:blipFill rotWithShape="1">
                    <a:blip r:embed="rId6"/>
                    <a:srcRect l="18888" t="3157" r="18149" b="45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28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E69F2" w14:textId="5C58563C" w:rsidR="00E93283" w:rsidRDefault="00000000" w:rsidP="00E73924">
      <w:pPr>
        <w:spacing w:after="80" w:line="240" w:lineRule="auto"/>
        <w:contextualSpacing/>
      </w:pPr>
      <w:r>
        <w:t xml:space="preserve">9.  [4 </w:t>
      </w:r>
      <w:proofErr w:type="gramStart"/>
      <w:r>
        <w:t>pts]  Write</w:t>
      </w:r>
      <w:proofErr w:type="gramEnd"/>
      <w:r>
        <w:t xml:space="preserve"> the complete isotope notation</w:t>
      </w:r>
      <w:r w:rsidR="008D6797">
        <w:t xml:space="preserve"> [         </w:t>
      </w:r>
      <w:proofErr w:type="gramStart"/>
      <w:r w:rsidR="008D6797">
        <w:t xml:space="preserve">  ]</w:t>
      </w:r>
      <w:proofErr w:type="gramEnd"/>
      <w:r w:rsidR="008D6797">
        <w:t xml:space="preserve"> </w:t>
      </w:r>
      <w:r>
        <w:t>o</w:t>
      </w:r>
      <w:r w:rsidR="008D6797">
        <w:t>f</w:t>
      </w:r>
      <w:r>
        <w:t>:</w:t>
      </w:r>
    </w:p>
    <w:p w14:paraId="1DB45796" w14:textId="77777777" w:rsidR="00E73924" w:rsidRDefault="00E73924" w:rsidP="00E73924">
      <w:pPr>
        <w:spacing w:after="60" w:line="240" w:lineRule="auto"/>
        <w:contextualSpacing/>
      </w:pPr>
    </w:p>
    <w:p w14:paraId="655361D9" w14:textId="35E49852" w:rsidR="00E93283" w:rsidRDefault="00000000" w:rsidP="00E73924">
      <w:pPr>
        <w:spacing w:after="60" w:line="240" w:lineRule="auto"/>
        <w:contextualSpacing/>
      </w:pPr>
      <w:proofErr w:type="gramStart"/>
      <w:r>
        <w:t>a)  [</w:t>
      </w:r>
      <w:proofErr w:type="gramEnd"/>
      <w:r>
        <w:t xml:space="preserve">2 </w:t>
      </w:r>
      <w:proofErr w:type="gramStart"/>
      <w:r>
        <w:t>pts]  Helium</w:t>
      </w:r>
      <w:proofErr w:type="gramEnd"/>
      <w:r>
        <w:t xml:space="preserve"> with 2 protons and 2 neutrons: ___________________</w:t>
      </w:r>
    </w:p>
    <w:p w14:paraId="49073E0F" w14:textId="77777777" w:rsidR="00E73924" w:rsidRDefault="00E73924" w:rsidP="00E73924">
      <w:pPr>
        <w:spacing w:after="160" w:line="240" w:lineRule="auto"/>
        <w:contextualSpacing/>
      </w:pPr>
    </w:p>
    <w:p w14:paraId="4ADDA244" w14:textId="18FD5088" w:rsidR="00E93283" w:rsidRDefault="00000000" w:rsidP="00E73924">
      <w:pPr>
        <w:spacing w:after="160" w:line="240" w:lineRule="auto"/>
        <w:contextualSpacing/>
      </w:pPr>
      <w:proofErr w:type="gramStart"/>
      <w:r>
        <w:t>b)  [</w:t>
      </w:r>
      <w:proofErr w:type="gramEnd"/>
      <w:r>
        <w:t xml:space="preserve">2 </w:t>
      </w:r>
      <w:proofErr w:type="gramStart"/>
      <w:r>
        <w:t>pts]  Carbon</w:t>
      </w:r>
      <w:proofErr w:type="gramEnd"/>
      <w:r>
        <w:t xml:space="preserve"> with 6 protons and 7 neutrons: ___________________</w:t>
      </w:r>
    </w:p>
    <w:p w14:paraId="0F5B0531" w14:textId="77777777" w:rsidR="00E73924" w:rsidRDefault="00E73924" w:rsidP="00E73924">
      <w:pPr>
        <w:spacing w:after="80" w:line="240" w:lineRule="auto"/>
        <w:contextualSpacing/>
      </w:pPr>
    </w:p>
    <w:p w14:paraId="33A6DBC7" w14:textId="2A90C825" w:rsidR="00E93283" w:rsidRDefault="00000000" w:rsidP="00E73924">
      <w:pPr>
        <w:spacing w:after="80" w:line="240" w:lineRule="auto"/>
        <w:contextualSpacing/>
      </w:pPr>
      <w:proofErr w:type="gramStart"/>
      <w:r>
        <w:t>10.  [</w:t>
      </w:r>
      <w:proofErr w:type="gramEnd"/>
      <w:r>
        <w:t xml:space="preserve">1 </w:t>
      </w:r>
      <w:proofErr w:type="gramStart"/>
      <w:r>
        <w:t>pt]  What</w:t>
      </w:r>
      <w:proofErr w:type="gramEnd"/>
      <w:r>
        <w:t xml:space="preserve"> is the main difference between two isotopes of the same element?</w:t>
      </w:r>
    </w:p>
    <w:p w14:paraId="234A294D" w14:textId="77777777" w:rsidR="00E93283" w:rsidRDefault="00000000" w:rsidP="00E73924">
      <w:pPr>
        <w:spacing w:after="160" w:line="240" w:lineRule="auto"/>
        <w:ind w:left="720"/>
        <w:contextualSpacing/>
      </w:pPr>
      <w:r>
        <w:t>A. Different number of protons</w:t>
      </w:r>
      <w:r>
        <w:br/>
        <w:t>B. Same number of protons, different number of neutrons</w:t>
      </w:r>
      <w:r>
        <w:br/>
        <w:t>C. Different number of electrons</w:t>
      </w:r>
      <w:r>
        <w:br/>
        <w:t>D. Different chemical properties</w:t>
      </w:r>
    </w:p>
    <w:p w14:paraId="4C38716C" w14:textId="77777777" w:rsidR="008D6797" w:rsidRDefault="008D6797" w:rsidP="00E73924">
      <w:pPr>
        <w:spacing w:after="160" w:line="240" w:lineRule="auto"/>
        <w:contextualSpacing/>
      </w:pPr>
    </w:p>
    <w:p w14:paraId="6F1F37CD" w14:textId="194376FC" w:rsidR="00E93283" w:rsidRDefault="00000000" w:rsidP="00E73924">
      <w:pPr>
        <w:spacing w:after="160" w:line="240" w:lineRule="auto"/>
        <w:contextualSpacing/>
      </w:pPr>
      <w:proofErr w:type="gramStart"/>
      <w:r>
        <w:t>11.  [</w:t>
      </w:r>
      <w:proofErr w:type="gramEnd"/>
      <w:r>
        <w:t xml:space="preserve">3 </w:t>
      </w:r>
      <w:proofErr w:type="gramStart"/>
      <w:r>
        <w:t>pts]  The</w:t>
      </w:r>
      <w:proofErr w:type="gramEnd"/>
      <w:r>
        <w:t xml:space="preserve"> atomic mass of chlorine on the periodic table is 35.45 amu. Why is this not a whole number?</w:t>
      </w:r>
    </w:p>
    <w:p w14:paraId="51009A05" w14:textId="77777777" w:rsidR="00E73924" w:rsidRDefault="00E73924" w:rsidP="00E73924">
      <w:pPr>
        <w:spacing w:after="160" w:line="240" w:lineRule="auto"/>
        <w:contextualSpacing/>
      </w:pPr>
    </w:p>
    <w:p w14:paraId="676181E5" w14:textId="77777777" w:rsidR="00E73924" w:rsidRDefault="00E73924" w:rsidP="00E73924">
      <w:pPr>
        <w:spacing w:after="160" w:line="240" w:lineRule="auto"/>
        <w:contextualSpacing/>
      </w:pPr>
    </w:p>
    <w:p w14:paraId="68237636" w14:textId="77777777" w:rsidR="00E73924" w:rsidRDefault="00E73924" w:rsidP="00E73924">
      <w:pPr>
        <w:spacing w:after="160" w:line="240" w:lineRule="auto"/>
        <w:contextualSpacing/>
      </w:pPr>
    </w:p>
    <w:p w14:paraId="1BACA298" w14:textId="31E2E2CC" w:rsidR="00E93283" w:rsidRDefault="00000000" w:rsidP="00E73924">
      <w:pPr>
        <w:spacing w:after="160" w:line="240" w:lineRule="auto"/>
        <w:contextualSpacing/>
      </w:pPr>
      <w:r>
        <w:lastRenderedPageBreak/>
        <w:t xml:space="preserve">12.  [4 </w:t>
      </w:r>
      <w:proofErr w:type="gramStart"/>
      <w:r>
        <w:t>pts]  Use</w:t>
      </w:r>
      <w:proofErr w:type="gramEnd"/>
      <w:r>
        <w:t xml:space="preserve"> kinetic molecular theory (KMT) and forces between particles to explain why liquid water has a fixed </w:t>
      </w:r>
      <w:proofErr w:type="gramStart"/>
      <w:r>
        <w:t>volume</w:t>
      </w:r>
      <w:proofErr w:type="gramEnd"/>
      <w:r>
        <w:t xml:space="preserve"> but gas expands to fill its container.</w:t>
      </w:r>
    </w:p>
    <w:p w14:paraId="677F9179" w14:textId="77777777" w:rsidR="00E73924" w:rsidRDefault="00E73924" w:rsidP="00E73924">
      <w:pPr>
        <w:spacing w:after="80" w:line="240" w:lineRule="auto"/>
        <w:contextualSpacing/>
      </w:pPr>
    </w:p>
    <w:p w14:paraId="340BD06C" w14:textId="77777777" w:rsidR="00E73924" w:rsidRDefault="00E73924" w:rsidP="00E73924">
      <w:pPr>
        <w:spacing w:after="80" w:line="240" w:lineRule="auto"/>
        <w:contextualSpacing/>
      </w:pPr>
    </w:p>
    <w:p w14:paraId="07F3B4A8" w14:textId="77777777" w:rsidR="00E73924" w:rsidRDefault="00E73924" w:rsidP="00E73924">
      <w:pPr>
        <w:spacing w:after="80" w:line="240" w:lineRule="auto"/>
        <w:contextualSpacing/>
      </w:pPr>
    </w:p>
    <w:p w14:paraId="48E66315" w14:textId="44478CDC" w:rsidR="00E93283" w:rsidRDefault="00000000" w:rsidP="00E73924">
      <w:pPr>
        <w:spacing w:after="80" w:line="240" w:lineRule="auto"/>
        <w:contextualSpacing/>
      </w:pPr>
      <w:r>
        <w:t xml:space="preserve">13.  [4 </w:t>
      </w:r>
      <w:proofErr w:type="gramStart"/>
      <w:r>
        <w:t>pts]  Identify</w:t>
      </w:r>
      <w:proofErr w:type="gramEnd"/>
      <w:r>
        <w:t xml:space="preserve"> the phase change for each description: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E93283" w14:paraId="54CA1A02" w14:textId="77777777" w:rsidTr="00AB79D9">
        <w:tc>
          <w:tcPr>
            <w:tcW w:w="522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3E981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Description</w:t>
            </w:r>
          </w:p>
        </w:tc>
        <w:tc>
          <w:tcPr>
            <w:tcW w:w="522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1E1A3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Phase change name</w:t>
            </w:r>
          </w:p>
        </w:tc>
      </w:tr>
      <w:tr w:rsidR="00E93283" w14:paraId="172C0B49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5498DD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Solid ice becomes liquid water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7943D5" w14:textId="77777777" w:rsidR="00E93283" w:rsidRDefault="00E93283" w:rsidP="00E73924">
            <w:pPr>
              <w:contextualSpacing/>
            </w:pPr>
          </w:p>
        </w:tc>
      </w:tr>
      <w:tr w:rsidR="00E93283" w14:paraId="38DEBADF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B9BF3F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Water vapor forms droplets on a glass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EA918D" w14:textId="77777777" w:rsidR="00E93283" w:rsidRDefault="00E93283" w:rsidP="00E73924">
            <w:pPr>
              <w:contextualSpacing/>
            </w:pPr>
          </w:p>
        </w:tc>
      </w:tr>
      <w:tr w:rsidR="00E93283" w14:paraId="66D5A6CE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B3BF06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Dry ice (solid CO₂) becomes gas directly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B423FE" w14:textId="77777777" w:rsidR="00E93283" w:rsidRDefault="00E93283" w:rsidP="00E73924">
            <w:pPr>
              <w:contextualSpacing/>
            </w:pPr>
          </w:p>
        </w:tc>
      </w:tr>
      <w:tr w:rsidR="00E93283" w14:paraId="5FC6D893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6D1D61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Liquid water turns into solid ice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0CE555" w14:textId="77777777" w:rsidR="00E93283" w:rsidRDefault="00E93283" w:rsidP="00E73924">
            <w:pPr>
              <w:contextualSpacing/>
            </w:pPr>
          </w:p>
        </w:tc>
      </w:tr>
    </w:tbl>
    <w:p w14:paraId="6A6F726A" w14:textId="77777777" w:rsidR="00E93283" w:rsidRDefault="00E93283" w:rsidP="00E73924">
      <w:pPr>
        <w:spacing w:after="120" w:line="240" w:lineRule="auto"/>
        <w:contextualSpacing/>
      </w:pPr>
    </w:p>
    <w:p w14:paraId="508545BE" w14:textId="77777777" w:rsidR="00E93283" w:rsidRDefault="00000000" w:rsidP="00E73924">
      <w:pPr>
        <w:spacing w:after="80" w:line="240" w:lineRule="auto"/>
        <w:contextualSpacing/>
      </w:pPr>
      <w:r>
        <w:t>14.  [4 pts]  Classify each element as metal, nonmetal, or metalloid: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E93283" w14:paraId="1BFEC84D" w14:textId="77777777" w:rsidTr="00AB79D9">
        <w:tc>
          <w:tcPr>
            <w:tcW w:w="522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15FD2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Element</w:t>
            </w:r>
          </w:p>
        </w:tc>
        <w:tc>
          <w:tcPr>
            <w:tcW w:w="522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5ADF1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Metal / nonmetal / metalloid</w:t>
            </w:r>
          </w:p>
        </w:tc>
      </w:tr>
      <w:tr w:rsidR="00E93283" w14:paraId="032F97A9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56EBF8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Sodium (Na)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A75332" w14:textId="77777777" w:rsidR="00E93283" w:rsidRDefault="00E93283" w:rsidP="00E73924">
            <w:pPr>
              <w:contextualSpacing/>
            </w:pPr>
          </w:p>
        </w:tc>
      </w:tr>
      <w:tr w:rsidR="00E93283" w14:paraId="7839A854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D9D07C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Sulfur (S)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2017B0" w14:textId="77777777" w:rsidR="00E93283" w:rsidRDefault="00E93283" w:rsidP="00E73924">
            <w:pPr>
              <w:contextualSpacing/>
            </w:pPr>
          </w:p>
        </w:tc>
      </w:tr>
      <w:tr w:rsidR="00E93283" w14:paraId="7C5E4047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FBA636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Silicon (Si)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243DA9" w14:textId="77777777" w:rsidR="00E93283" w:rsidRDefault="00E93283" w:rsidP="00E73924">
            <w:pPr>
              <w:contextualSpacing/>
            </w:pPr>
          </w:p>
        </w:tc>
      </w:tr>
      <w:tr w:rsidR="00E93283" w14:paraId="1482DF3C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D4D35C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Iron (Fe)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BD5C17" w14:textId="77777777" w:rsidR="00E93283" w:rsidRDefault="00E93283" w:rsidP="00E73924">
            <w:pPr>
              <w:contextualSpacing/>
            </w:pPr>
          </w:p>
        </w:tc>
      </w:tr>
    </w:tbl>
    <w:p w14:paraId="7BBAC474" w14:textId="77777777" w:rsidR="00E93283" w:rsidRDefault="00E93283" w:rsidP="00E73924">
      <w:pPr>
        <w:spacing w:after="120" w:line="240" w:lineRule="auto"/>
        <w:contextualSpacing/>
      </w:pPr>
    </w:p>
    <w:p w14:paraId="470F972B" w14:textId="1DE88354" w:rsidR="00E93283" w:rsidRDefault="00000000" w:rsidP="00E73924">
      <w:pPr>
        <w:spacing w:after="80" w:line="240" w:lineRule="auto"/>
        <w:contextualSpacing/>
      </w:pPr>
      <w:proofErr w:type="gramStart"/>
      <w:r>
        <w:t>15.  [</w:t>
      </w:r>
      <w:proofErr w:type="gramEnd"/>
      <w:r>
        <w:t xml:space="preserve">4 </w:t>
      </w:r>
      <w:proofErr w:type="gramStart"/>
      <w:r>
        <w:t>pts]  Predict</w:t>
      </w:r>
      <w:proofErr w:type="gramEnd"/>
      <w:r>
        <w:t xml:space="preserve"> the ion charge formed by each </w:t>
      </w:r>
      <w:proofErr w:type="spellStart"/>
      <w:r>
        <w:t>elemen</w:t>
      </w:r>
      <w:proofErr w:type="spellEnd"/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E93283" w14:paraId="724C3154" w14:textId="77777777" w:rsidTr="00AB79D9">
        <w:tc>
          <w:tcPr>
            <w:tcW w:w="522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71E5E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Element</w:t>
            </w:r>
          </w:p>
        </w:tc>
        <w:tc>
          <w:tcPr>
            <w:tcW w:w="522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4DC82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Ion formed</w:t>
            </w:r>
          </w:p>
        </w:tc>
      </w:tr>
      <w:tr w:rsidR="00E93283" w14:paraId="5CE8FE6D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0D5601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Sodium (Na)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A9532F" w14:textId="77777777" w:rsidR="00E93283" w:rsidRDefault="00E93283" w:rsidP="00E73924">
            <w:pPr>
              <w:contextualSpacing/>
            </w:pPr>
          </w:p>
        </w:tc>
      </w:tr>
      <w:tr w:rsidR="00E93283" w14:paraId="303EE2C0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7578F5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Magnesium (Mg)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AE3548" w14:textId="77777777" w:rsidR="00E93283" w:rsidRDefault="00E93283" w:rsidP="00E73924">
            <w:pPr>
              <w:contextualSpacing/>
            </w:pPr>
          </w:p>
        </w:tc>
      </w:tr>
      <w:tr w:rsidR="00E93283" w14:paraId="398A8693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8DA02F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Chlorine (Cl)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47335F" w14:textId="77777777" w:rsidR="00E93283" w:rsidRDefault="00E93283" w:rsidP="00E73924">
            <w:pPr>
              <w:contextualSpacing/>
            </w:pPr>
          </w:p>
        </w:tc>
      </w:tr>
      <w:tr w:rsidR="00E93283" w14:paraId="3F5F60B8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597EAF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Oxygen (O)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5DCBC8" w14:textId="77777777" w:rsidR="00E93283" w:rsidRDefault="00E93283" w:rsidP="00E73924">
            <w:pPr>
              <w:contextualSpacing/>
            </w:pPr>
          </w:p>
        </w:tc>
      </w:tr>
    </w:tbl>
    <w:p w14:paraId="6CDC05D8" w14:textId="77777777" w:rsidR="00E73924" w:rsidRDefault="00E73924" w:rsidP="00E73924">
      <w:pPr>
        <w:spacing w:after="160" w:line="240" w:lineRule="auto"/>
        <w:contextualSpacing/>
      </w:pPr>
    </w:p>
    <w:p w14:paraId="41FA45C4" w14:textId="68D5CB10" w:rsidR="00E93283" w:rsidRDefault="00000000" w:rsidP="00E73924">
      <w:pPr>
        <w:spacing w:after="160" w:line="240" w:lineRule="auto"/>
        <w:contextualSpacing/>
      </w:pPr>
      <w:r>
        <w:t xml:space="preserve">16.  [7 </w:t>
      </w:r>
      <w:proofErr w:type="gramStart"/>
      <w:r>
        <w:t>pts]  List</w:t>
      </w:r>
      <w:proofErr w:type="gramEnd"/>
      <w:r>
        <w:t xml:space="preserve"> the 7 diatomic elements that exist naturally as two-atom molecules (X₂).</w:t>
      </w:r>
    </w:p>
    <w:p w14:paraId="103BFFEC" w14:textId="77777777" w:rsidR="00E73924" w:rsidRDefault="00E73924" w:rsidP="00E73924">
      <w:pPr>
        <w:spacing w:after="80" w:line="240" w:lineRule="auto"/>
        <w:contextualSpacing/>
      </w:pPr>
    </w:p>
    <w:p w14:paraId="0D2742A2" w14:textId="77777777" w:rsidR="00E73924" w:rsidRDefault="00E73924" w:rsidP="00E73924">
      <w:pPr>
        <w:spacing w:after="80" w:line="240" w:lineRule="auto"/>
        <w:contextualSpacing/>
      </w:pPr>
    </w:p>
    <w:p w14:paraId="39535715" w14:textId="337AE81C" w:rsidR="00E93283" w:rsidRDefault="00000000" w:rsidP="00E73924">
      <w:pPr>
        <w:spacing w:after="80" w:line="240" w:lineRule="auto"/>
        <w:contextualSpacing/>
      </w:pPr>
      <w:r>
        <w:t xml:space="preserve">17.  [6 </w:t>
      </w:r>
      <w:proofErr w:type="gramStart"/>
      <w:r>
        <w:t>pts]  Write</w:t>
      </w:r>
      <w:proofErr w:type="gramEnd"/>
      <w:r>
        <w:t xml:space="preserve"> the formula or name for each compound: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E93283" w14:paraId="4F95C919" w14:textId="77777777" w:rsidTr="00AB79D9">
        <w:tc>
          <w:tcPr>
            <w:tcW w:w="522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832A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Formula / Name given</w:t>
            </w:r>
          </w:p>
        </w:tc>
        <w:tc>
          <w:tcPr>
            <w:tcW w:w="522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4C77C" w14:textId="77777777" w:rsidR="00E93283" w:rsidRPr="00AB79D9" w:rsidRDefault="00000000" w:rsidP="00E73924">
            <w:pPr>
              <w:contextualSpacing/>
              <w:rPr>
                <w:color w:val="17365D" w:themeColor="text2" w:themeShade="BF"/>
              </w:rPr>
            </w:pPr>
            <w:r w:rsidRPr="00AB79D9">
              <w:rPr>
                <w:b/>
                <w:color w:val="17365D" w:themeColor="text2" w:themeShade="BF"/>
                <w:sz w:val="19"/>
              </w:rPr>
              <w:t>Written answer</w:t>
            </w:r>
          </w:p>
        </w:tc>
      </w:tr>
      <w:tr w:rsidR="00E93283" w14:paraId="54EFCE32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5090E2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NaCl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D30EE8" w14:textId="77777777" w:rsidR="00E93283" w:rsidRDefault="00E93283" w:rsidP="00E73924">
            <w:pPr>
              <w:contextualSpacing/>
            </w:pPr>
          </w:p>
        </w:tc>
      </w:tr>
      <w:tr w:rsidR="00E93283" w14:paraId="172468A9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C62E02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CaO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DFAE09" w14:textId="77777777" w:rsidR="00E93283" w:rsidRDefault="00E93283" w:rsidP="00E73924">
            <w:pPr>
              <w:contextualSpacing/>
            </w:pPr>
          </w:p>
        </w:tc>
      </w:tr>
      <w:tr w:rsidR="00E93283" w14:paraId="1A4B4802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CFE99E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CO₂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424484" w14:textId="77777777" w:rsidR="00E93283" w:rsidRDefault="00E93283" w:rsidP="00E73924">
            <w:pPr>
              <w:contextualSpacing/>
            </w:pPr>
          </w:p>
        </w:tc>
      </w:tr>
      <w:tr w:rsidR="00E93283" w14:paraId="1023DB42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163637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Potassium bromide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2AAC61" w14:textId="77777777" w:rsidR="00E93283" w:rsidRDefault="00E93283" w:rsidP="00E73924">
            <w:pPr>
              <w:contextualSpacing/>
            </w:pPr>
          </w:p>
        </w:tc>
      </w:tr>
      <w:tr w:rsidR="00E93283" w14:paraId="52703CA6" w14:textId="77777777"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9F3A88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Nitrogen trifluoride</w:t>
            </w:r>
          </w:p>
        </w:tc>
        <w:tc>
          <w:tcPr>
            <w:tcW w:w="522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955F27" w14:textId="77777777" w:rsidR="00E93283" w:rsidRDefault="00E93283" w:rsidP="00E73924">
            <w:pPr>
              <w:contextualSpacing/>
            </w:pPr>
          </w:p>
        </w:tc>
      </w:tr>
      <w:tr w:rsidR="00E93283" w14:paraId="34D5C953" w14:textId="77777777"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D39235" w14:textId="77777777" w:rsidR="00E93283" w:rsidRDefault="00000000" w:rsidP="00E73924">
            <w:pPr>
              <w:contextualSpacing/>
            </w:pPr>
            <w:r>
              <w:rPr>
                <w:sz w:val="18"/>
              </w:rPr>
              <w:t>Dinitrogen monoxide</w:t>
            </w:r>
          </w:p>
        </w:tc>
        <w:tc>
          <w:tcPr>
            <w:tcW w:w="52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9CD64A" w14:textId="77777777" w:rsidR="00E93283" w:rsidRDefault="00E93283" w:rsidP="00E73924">
            <w:pPr>
              <w:contextualSpacing/>
            </w:pPr>
          </w:p>
        </w:tc>
      </w:tr>
    </w:tbl>
    <w:p w14:paraId="0899331F" w14:textId="77777777" w:rsidR="00E93283" w:rsidRDefault="00E93283" w:rsidP="00E73924">
      <w:pPr>
        <w:spacing w:after="120" w:line="240" w:lineRule="auto"/>
        <w:contextualSpacing/>
      </w:pPr>
    </w:p>
    <w:p w14:paraId="0028C39A" w14:textId="77777777" w:rsidR="00E73924" w:rsidRDefault="00E73924" w:rsidP="00E73924">
      <w:pPr>
        <w:keepNext/>
        <w:spacing w:before="240" w:after="120" w:line="240" w:lineRule="auto"/>
        <w:contextualSpacing/>
        <w:rPr>
          <w:b/>
          <w:color w:val="1A1A2E"/>
          <w:sz w:val="28"/>
        </w:rPr>
      </w:pPr>
    </w:p>
    <w:p w14:paraId="7859EC8A" w14:textId="77777777" w:rsidR="00E73924" w:rsidRDefault="00E73924" w:rsidP="00E73924">
      <w:pPr>
        <w:keepNext/>
        <w:spacing w:before="240" w:after="120" w:line="240" w:lineRule="auto"/>
        <w:contextualSpacing/>
        <w:rPr>
          <w:b/>
          <w:color w:val="1A1A2E"/>
          <w:sz w:val="28"/>
        </w:rPr>
      </w:pPr>
    </w:p>
    <w:p w14:paraId="784AE80D" w14:textId="36E4889E" w:rsidR="00E93283" w:rsidRDefault="00000000" w:rsidP="00E73924">
      <w:pPr>
        <w:keepNext/>
        <w:spacing w:before="240" w:after="120" w:line="240" w:lineRule="auto"/>
        <w:contextualSpacing/>
      </w:pPr>
      <w:r>
        <w:rPr>
          <w:b/>
          <w:color w:val="1A1A2E"/>
          <w:sz w:val="28"/>
        </w:rPr>
        <w:t>Section 3: The Mole &amp; Chemical Equations</w:t>
      </w:r>
    </w:p>
    <w:p w14:paraId="6CB538F9" w14:textId="77777777" w:rsidR="00E93283" w:rsidRDefault="00000000" w:rsidP="00E73924">
      <w:pPr>
        <w:spacing w:after="160" w:line="240" w:lineRule="auto"/>
        <w:contextualSpacing/>
      </w:pPr>
      <w:r>
        <w:t>18.  [3 pts]  How many copper atoms are in 2.00 moles of pure copper wire? (Avogadro's number = 6.02 × 10²³)</w:t>
      </w:r>
    </w:p>
    <w:p w14:paraId="4C925628" w14:textId="77777777" w:rsidR="008D6797" w:rsidRDefault="008D6797" w:rsidP="00E73924">
      <w:pPr>
        <w:spacing w:after="160" w:line="240" w:lineRule="auto"/>
        <w:contextualSpacing/>
      </w:pPr>
    </w:p>
    <w:p w14:paraId="69D57006" w14:textId="77777777" w:rsidR="00E73924" w:rsidRDefault="00E73924" w:rsidP="00E73924">
      <w:pPr>
        <w:spacing w:after="160" w:line="240" w:lineRule="auto"/>
        <w:contextualSpacing/>
      </w:pPr>
    </w:p>
    <w:p w14:paraId="7F57AB34" w14:textId="2CD45BE0" w:rsidR="00E93283" w:rsidRDefault="00000000" w:rsidP="00E73924">
      <w:pPr>
        <w:spacing w:after="160" w:line="240" w:lineRule="auto"/>
        <w:contextualSpacing/>
      </w:pPr>
      <w:r>
        <w:t xml:space="preserve">19.  [3 </w:t>
      </w:r>
      <w:proofErr w:type="gramStart"/>
      <w:r>
        <w:t>pts]  Define</w:t>
      </w:r>
      <w:proofErr w:type="gramEnd"/>
      <w:r>
        <w:t xml:space="preserve"> molar mass and explain its role in converting grams to moles.</w:t>
      </w:r>
    </w:p>
    <w:p w14:paraId="12AB868E" w14:textId="77777777" w:rsidR="008D6797" w:rsidRDefault="008D6797" w:rsidP="00E73924">
      <w:pPr>
        <w:spacing w:after="160" w:line="240" w:lineRule="auto"/>
        <w:contextualSpacing/>
      </w:pPr>
    </w:p>
    <w:p w14:paraId="364CDBEE" w14:textId="77777777" w:rsidR="00E73924" w:rsidRDefault="00E73924" w:rsidP="00E73924">
      <w:pPr>
        <w:spacing w:after="160" w:line="240" w:lineRule="auto"/>
        <w:contextualSpacing/>
      </w:pPr>
    </w:p>
    <w:p w14:paraId="614FE8BE" w14:textId="3C37733E" w:rsidR="00E93283" w:rsidRDefault="00000000" w:rsidP="00E73924">
      <w:pPr>
        <w:spacing w:after="160" w:line="240" w:lineRule="auto"/>
        <w:contextualSpacing/>
      </w:pPr>
      <w:r>
        <w:t xml:space="preserve">20.  [3 </w:t>
      </w:r>
      <w:proofErr w:type="gramStart"/>
      <w:r>
        <w:t>pts]  Calculate</w:t>
      </w:r>
      <w:proofErr w:type="gramEnd"/>
      <w:r>
        <w:t xml:space="preserve"> the mass in grams of 0.500 moles of water (H₂O, molar mass = 18.0 g/mol).</w:t>
      </w:r>
    </w:p>
    <w:p w14:paraId="44B40E76" w14:textId="77777777" w:rsidR="008D6797" w:rsidRDefault="008D6797" w:rsidP="00E73924">
      <w:pPr>
        <w:spacing w:after="160" w:line="240" w:lineRule="auto"/>
        <w:contextualSpacing/>
      </w:pPr>
    </w:p>
    <w:p w14:paraId="70B6CC6A" w14:textId="77777777" w:rsidR="00E73924" w:rsidRDefault="00E73924" w:rsidP="00E73924">
      <w:pPr>
        <w:spacing w:after="160" w:line="240" w:lineRule="auto"/>
        <w:contextualSpacing/>
      </w:pPr>
    </w:p>
    <w:p w14:paraId="51A0AECB" w14:textId="3D9DFB19" w:rsidR="00E93283" w:rsidRDefault="00000000" w:rsidP="00E73924">
      <w:pPr>
        <w:spacing w:after="160" w:line="240" w:lineRule="auto"/>
        <w:contextualSpacing/>
      </w:pPr>
      <w:r>
        <w:t xml:space="preserve">21.  [3 </w:t>
      </w:r>
      <w:proofErr w:type="gramStart"/>
      <w:r>
        <w:t>pts]  What</w:t>
      </w:r>
      <w:proofErr w:type="gramEnd"/>
      <w:r>
        <w:t xml:space="preserve"> volume does 3.00 moles of argon gas occupy at STP (22.7 L/mol)?</w:t>
      </w:r>
    </w:p>
    <w:p w14:paraId="4EAE7CBA" w14:textId="77777777" w:rsidR="008D6797" w:rsidRDefault="008D6797" w:rsidP="00E73924">
      <w:pPr>
        <w:spacing w:after="80" w:line="240" w:lineRule="auto"/>
        <w:contextualSpacing/>
      </w:pPr>
    </w:p>
    <w:p w14:paraId="03D9E62C" w14:textId="77777777" w:rsidR="00E73924" w:rsidRDefault="00E73924" w:rsidP="00E73924">
      <w:pPr>
        <w:spacing w:after="80" w:line="240" w:lineRule="auto"/>
        <w:contextualSpacing/>
      </w:pPr>
    </w:p>
    <w:p w14:paraId="1C5E7F8F" w14:textId="3E5CA95B" w:rsidR="00E93283" w:rsidRDefault="00000000" w:rsidP="00E73924">
      <w:pPr>
        <w:spacing w:after="80" w:line="240" w:lineRule="auto"/>
        <w:contextualSpacing/>
      </w:pPr>
      <w:r>
        <w:t xml:space="preserve">22.  [8 </w:t>
      </w:r>
      <w:proofErr w:type="gramStart"/>
      <w:r>
        <w:t>pts]  Consider</w:t>
      </w:r>
      <w:proofErr w:type="gramEnd"/>
      <w:r>
        <w:t xml:space="preserve"> the balanced chemical equation: 2H₂ + O₂ → 2H₂O</w:t>
      </w:r>
    </w:p>
    <w:p w14:paraId="7050544F" w14:textId="77777777" w:rsidR="00E93283" w:rsidRDefault="00000000" w:rsidP="00E73924">
      <w:pPr>
        <w:spacing w:after="60" w:line="240" w:lineRule="auto"/>
        <w:contextualSpacing/>
      </w:pPr>
      <w:r>
        <w:t>a)  [2 pts]  What does the coefficient 2 in front of H₂ mean? ______________________________________</w:t>
      </w:r>
    </w:p>
    <w:p w14:paraId="54BF3FDA" w14:textId="77777777" w:rsidR="00E93283" w:rsidRDefault="00000000" w:rsidP="00E73924">
      <w:pPr>
        <w:spacing w:after="60" w:line="240" w:lineRule="auto"/>
        <w:contextualSpacing/>
      </w:pPr>
      <w:r>
        <w:t>b)  [2 pts]  What does the subscript 2 in H₂O mean? ________________________________________</w:t>
      </w:r>
    </w:p>
    <w:p w14:paraId="4801706D" w14:textId="77777777" w:rsidR="00E93283" w:rsidRDefault="00000000" w:rsidP="00E73924">
      <w:pPr>
        <w:spacing w:after="160" w:line="240" w:lineRule="auto"/>
        <w:contextualSpacing/>
      </w:pPr>
      <w:r>
        <w:t>c)  [4 pts]  Verify that this equation conserves mass by counting H and O atoms on both sides.</w:t>
      </w:r>
    </w:p>
    <w:p w14:paraId="232AE4D3" w14:textId="77777777" w:rsidR="008D6797" w:rsidRDefault="008D6797" w:rsidP="00E73924">
      <w:pPr>
        <w:spacing w:line="240" w:lineRule="auto"/>
        <w:contextualSpacing/>
      </w:pPr>
    </w:p>
    <w:p w14:paraId="648592C2" w14:textId="77777777" w:rsidR="00E73924" w:rsidRDefault="00E73924" w:rsidP="00E73924">
      <w:pPr>
        <w:spacing w:line="240" w:lineRule="auto"/>
        <w:contextualSpacing/>
      </w:pPr>
    </w:p>
    <w:p w14:paraId="2DBCC84B" w14:textId="77777777" w:rsidR="00E73924" w:rsidRDefault="00E73924" w:rsidP="00E73924">
      <w:pPr>
        <w:spacing w:line="240" w:lineRule="auto"/>
        <w:contextualSpacing/>
      </w:pPr>
    </w:p>
    <w:p w14:paraId="7A42E474" w14:textId="735C0F1D" w:rsidR="00E93283" w:rsidRDefault="00000000" w:rsidP="00E73924">
      <w:pPr>
        <w:spacing w:line="240" w:lineRule="auto"/>
        <w:contextualSpacing/>
      </w:pPr>
      <w:r>
        <w:t xml:space="preserve">23.  [3 </w:t>
      </w:r>
      <w:proofErr w:type="gramStart"/>
      <w:r>
        <w:t>pts]  Explain</w:t>
      </w:r>
      <w:proofErr w:type="gramEnd"/>
      <w:r>
        <w:t xml:space="preserve"> why chemists use the mole unit instead of counting individual atoms in a reaction.</w:t>
      </w:r>
    </w:p>
    <w:p w14:paraId="734334B1" w14:textId="7C02F704" w:rsidR="000143C5" w:rsidRDefault="000143C5" w:rsidP="00E73924">
      <w:pPr>
        <w:spacing w:line="240" w:lineRule="auto"/>
        <w:contextualSpacing/>
      </w:pPr>
    </w:p>
    <w:sectPr w:rsidR="000143C5" w:rsidSect="008D6797">
      <w:pgSz w:w="12240" w:h="15840"/>
      <w:pgMar w:top="630" w:right="900" w:bottom="5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2143708">
    <w:abstractNumId w:val="8"/>
  </w:num>
  <w:num w:numId="2" w16cid:durableId="1676107375">
    <w:abstractNumId w:val="6"/>
  </w:num>
  <w:num w:numId="3" w16cid:durableId="72776828">
    <w:abstractNumId w:val="5"/>
  </w:num>
  <w:num w:numId="4" w16cid:durableId="691229817">
    <w:abstractNumId w:val="4"/>
  </w:num>
  <w:num w:numId="5" w16cid:durableId="835724074">
    <w:abstractNumId w:val="7"/>
  </w:num>
  <w:num w:numId="6" w16cid:durableId="482935301">
    <w:abstractNumId w:val="3"/>
  </w:num>
  <w:num w:numId="7" w16cid:durableId="1607468496">
    <w:abstractNumId w:val="2"/>
  </w:num>
  <w:num w:numId="8" w16cid:durableId="1486045202">
    <w:abstractNumId w:val="1"/>
  </w:num>
  <w:num w:numId="9" w16cid:durableId="86424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3C5"/>
    <w:rsid w:val="00034616"/>
    <w:rsid w:val="00037720"/>
    <w:rsid w:val="0006063C"/>
    <w:rsid w:val="00146414"/>
    <w:rsid w:val="0015074B"/>
    <w:rsid w:val="0029639D"/>
    <w:rsid w:val="00326F90"/>
    <w:rsid w:val="008D6797"/>
    <w:rsid w:val="00AA1D8D"/>
    <w:rsid w:val="00AB79D9"/>
    <w:rsid w:val="00B47730"/>
    <w:rsid w:val="00CB0664"/>
    <w:rsid w:val="00E73924"/>
    <w:rsid w:val="00E932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CDBDEC"/>
  <w14:defaultImageDpi w14:val="300"/>
  <w15:docId w15:val="{2760554D-0B95-4BF8-9C16-09F8FCBA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5</cp:revision>
  <cp:lastPrinted>2026-09-11T20:48:00Z</cp:lastPrinted>
  <dcterms:created xsi:type="dcterms:W3CDTF">2013-12-23T23:15:00Z</dcterms:created>
  <dcterms:modified xsi:type="dcterms:W3CDTF">2026-09-11T21:10:00Z</dcterms:modified>
  <cp:category/>
</cp:coreProperties>
</file>