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9AC34" w14:textId="1AFE2385" w:rsidR="00537F76" w:rsidRDefault="00000000" w:rsidP="00A27B0E">
      <w:pPr>
        <w:pStyle w:val="Title"/>
        <w:ind w:right="-630"/>
        <w:jc w:val="center"/>
      </w:pPr>
      <w:r>
        <w:t xml:space="preserve">Honors Chemistry: Unit </w:t>
      </w:r>
      <w:r w:rsidR="00A27B0E">
        <w:t>3</w:t>
      </w:r>
      <w:r>
        <w:t xml:space="preserve"> Student Tracker</w:t>
      </w:r>
    </w:p>
    <w:p w14:paraId="0F8FF7AC" w14:textId="3A84705C" w:rsidR="00537F76" w:rsidRDefault="00000000">
      <w:r>
        <w:t>Name: ________________________</w:t>
      </w:r>
      <w:r w:rsidR="00294C57">
        <w:t>__________</w:t>
      </w:r>
      <w:r>
        <w:t>_______   Period: _____</w:t>
      </w:r>
    </w:p>
    <w:p w14:paraId="211D3E7A" w14:textId="275CAE50" w:rsidR="00537F76" w:rsidRDefault="00000000">
      <w:pPr>
        <w:pStyle w:val="Subtitle"/>
      </w:pPr>
      <w:r>
        <w:t xml:space="preserve">Unit </w:t>
      </w:r>
      <w:r w:rsidR="00A27B0E">
        <w:t>3</w:t>
      </w:r>
      <w:r>
        <w:t xml:space="preserve">: </w:t>
      </w:r>
      <w:r w:rsidR="00A27B0E">
        <w:t>Classification and Measurement of Matter</w:t>
      </w:r>
    </w:p>
    <w:p w14:paraId="79F2A29D" w14:textId="77777777" w:rsidR="00537F76" w:rsidRDefault="00000000">
      <w:pPr>
        <w:pStyle w:val="Heading2"/>
      </w:pPr>
      <w:r>
        <w:t>How to Use This Tracker</w:t>
      </w:r>
    </w:p>
    <w:p w14:paraId="6C554822" w14:textId="77777777" w:rsidR="00537F76" w:rsidRDefault="00000000">
      <w:r>
        <w:t>This tracker is your roadmap for Unit 3. Use it to keep track of daily activities, guided notes, reading quizzes, mastery checks, and your progress on the Choice Board assignments. Update your 'Daily Goal' each day when you come to class.</w:t>
      </w:r>
    </w:p>
    <w:p w14:paraId="1EBD3E29" w14:textId="21209B22" w:rsidR="00537F76" w:rsidRDefault="00000000">
      <w:pPr>
        <w:pStyle w:val="Heading2"/>
      </w:pPr>
      <w:r>
        <w:t xml:space="preserve">Unit 3 Schedule (Sep </w:t>
      </w:r>
      <w:r w:rsidR="00A27B0E">
        <w:t>14</w:t>
      </w:r>
      <w:r>
        <w:t xml:space="preserve"> - </w:t>
      </w:r>
      <w:r w:rsidR="00A27B0E">
        <w:t>Sep</w:t>
      </w:r>
      <w:r>
        <w:t xml:space="preserve"> </w:t>
      </w:r>
      <w:r w:rsidR="00A27B0E">
        <w:t>25</w:t>
      </w:r>
      <w:r>
        <w:t>)</w:t>
      </w:r>
    </w:p>
    <w:tbl>
      <w:tblPr>
        <w:tblStyle w:val="TableGrid"/>
        <w:tblW w:w="0" w:type="auto"/>
        <w:tblLook w:val="04A0" w:firstRow="1" w:lastRow="0" w:firstColumn="1" w:lastColumn="0" w:noHBand="0" w:noVBand="1"/>
      </w:tblPr>
      <w:tblGrid>
        <w:gridCol w:w="2880"/>
        <w:gridCol w:w="2880"/>
        <w:gridCol w:w="4518"/>
      </w:tblGrid>
      <w:tr w:rsidR="00537F76" w14:paraId="35C08906" w14:textId="77777777" w:rsidTr="0006386B">
        <w:tc>
          <w:tcPr>
            <w:tcW w:w="2880" w:type="dxa"/>
          </w:tcPr>
          <w:p w14:paraId="5D065D78" w14:textId="77777777" w:rsidR="00537F76" w:rsidRDefault="00000000">
            <w:r>
              <w:rPr>
                <w:b/>
              </w:rPr>
              <w:t>Day / Date</w:t>
            </w:r>
          </w:p>
        </w:tc>
        <w:tc>
          <w:tcPr>
            <w:tcW w:w="2880" w:type="dxa"/>
          </w:tcPr>
          <w:p w14:paraId="583CB5BC" w14:textId="77777777" w:rsidR="00537F76" w:rsidRDefault="00000000">
            <w:r>
              <w:rPr>
                <w:b/>
              </w:rPr>
              <w:t>Focus</w:t>
            </w:r>
          </w:p>
        </w:tc>
        <w:tc>
          <w:tcPr>
            <w:tcW w:w="4518" w:type="dxa"/>
          </w:tcPr>
          <w:p w14:paraId="2C14D1C7" w14:textId="77777777" w:rsidR="00537F76" w:rsidRDefault="00000000">
            <w:r>
              <w:rPr>
                <w:b/>
              </w:rPr>
              <w:t>Activities &amp; Homework</w:t>
            </w:r>
          </w:p>
        </w:tc>
      </w:tr>
      <w:tr w:rsidR="00537F76" w14:paraId="5459211F" w14:textId="77777777" w:rsidTr="0006386B">
        <w:tc>
          <w:tcPr>
            <w:tcW w:w="2880" w:type="dxa"/>
          </w:tcPr>
          <w:p w14:paraId="36557AD4" w14:textId="0701966B" w:rsidR="00537F76" w:rsidRDefault="00000000">
            <w:r>
              <w:t>Day 1 / Mon, Sep 14</w:t>
            </w:r>
          </w:p>
        </w:tc>
        <w:tc>
          <w:tcPr>
            <w:tcW w:w="2880" w:type="dxa"/>
          </w:tcPr>
          <w:p w14:paraId="0855F415" w14:textId="77777777" w:rsidR="00537F76" w:rsidRDefault="00000000">
            <w:r>
              <w:t>Assessment</w:t>
            </w:r>
          </w:p>
        </w:tc>
        <w:tc>
          <w:tcPr>
            <w:tcW w:w="4518" w:type="dxa"/>
          </w:tcPr>
          <w:p w14:paraId="64816DAB" w14:textId="607AD6C0" w:rsidR="00537F76" w:rsidRDefault="0006386B">
            <w:r>
              <w:t>Lab Introduction.</w:t>
            </w:r>
          </w:p>
        </w:tc>
      </w:tr>
      <w:tr w:rsidR="0006386B" w14:paraId="2C52F567" w14:textId="77777777" w:rsidTr="0006386B">
        <w:tc>
          <w:tcPr>
            <w:tcW w:w="2880" w:type="dxa"/>
          </w:tcPr>
          <w:p w14:paraId="57F99CAC" w14:textId="6CC44D23" w:rsidR="0006386B" w:rsidRDefault="0006386B">
            <w:r>
              <w:t>Day 2 / Tue, Sep 15</w:t>
            </w:r>
          </w:p>
        </w:tc>
        <w:tc>
          <w:tcPr>
            <w:tcW w:w="2880" w:type="dxa"/>
          </w:tcPr>
          <w:p w14:paraId="7CEFA45A" w14:textId="77777777" w:rsidR="0006386B" w:rsidRDefault="0006386B">
            <w:r>
              <w:t>Lab</w:t>
            </w:r>
          </w:p>
          <w:p w14:paraId="1DFC4D73" w14:textId="0C352F4B" w:rsidR="0006386B" w:rsidRDefault="0006386B">
            <w:r>
              <w:t>Lab Report Due: September 2</w:t>
            </w:r>
            <w:r w:rsidR="00250A0D">
              <w:t>8</w:t>
            </w:r>
          </w:p>
        </w:tc>
        <w:tc>
          <w:tcPr>
            <w:tcW w:w="4518" w:type="dxa"/>
          </w:tcPr>
          <w:p w14:paraId="7333FBE2" w14:textId="74B9E181" w:rsidR="0006386B" w:rsidRDefault="0006386B">
            <w:r>
              <w:t>Unit 3 Lab. Students receive their Choice Board and Unit 3 Reading Guide. Homework: Read Lessons 1-2.</w:t>
            </w:r>
          </w:p>
        </w:tc>
      </w:tr>
      <w:tr w:rsidR="00537F76" w14:paraId="22328404" w14:textId="77777777" w:rsidTr="0006386B">
        <w:tc>
          <w:tcPr>
            <w:tcW w:w="2880" w:type="dxa"/>
          </w:tcPr>
          <w:p w14:paraId="7A588098" w14:textId="337F2D48" w:rsidR="00537F76" w:rsidRDefault="00000000">
            <w:r>
              <w:t xml:space="preserve">Day </w:t>
            </w:r>
            <w:r w:rsidR="00447CE1">
              <w:t>3</w:t>
            </w:r>
            <w:r>
              <w:t xml:space="preserve"> / </w:t>
            </w:r>
            <w:r w:rsidR="00447CE1">
              <w:t>Wed</w:t>
            </w:r>
            <w:r>
              <w:t>, Sep 1</w:t>
            </w:r>
            <w:r w:rsidR="00447CE1">
              <w:t>6</w:t>
            </w:r>
          </w:p>
        </w:tc>
        <w:tc>
          <w:tcPr>
            <w:tcW w:w="2880" w:type="dxa"/>
          </w:tcPr>
          <w:p w14:paraId="304A3B5C" w14:textId="3CE0C700" w:rsidR="00537F76" w:rsidRDefault="0006386B">
            <w:r>
              <w:t>Instruction</w:t>
            </w:r>
          </w:p>
        </w:tc>
        <w:tc>
          <w:tcPr>
            <w:tcW w:w="4518" w:type="dxa"/>
          </w:tcPr>
          <w:p w14:paraId="4D3774B3" w14:textId="77777777" w:rsidR="00537F76" w:rsidRDefault="00560EBF">
            <w:r>
              <w:t>Unit 3 Pre-Test</w:t>
            </w:r>
            <w:r>
              <w:t xml:space="preserve"> </w:t>
            </w:r>
          </w:p>
          <w:p w14:paraId="2AD400E1" w14:textId="62097669" w:rsidR="00560EBF" w:rsidRDefault="00560EBF">
            <w:r>
              <w:t xml:space="preserve">Begin reading lessons 1-2 in reading guide. </w:t>
            </w:r>
          </w:p>
        </w:tc>
      </w:tr>
      <w:tr w:rsidR="00537F76" w14:paraId="10F76EBE" w14:textId="77777777" w:rsidTr="0006386B">
        <w:tc>
          <w:tcPr>
            <w:tcW w:w="2880" w:type="dxa"/>
          </w:tcPr>
          <w:p w14:paraId="06FF63D9" w14:textId="613EE831" w:rsidR="00537F76" w:rsidRDefault="00000000">
            <w:r>
              <w:t xml:space="preserve">Day </w:t>
            </w:r>
            <w:r w:rsidR="00447CE1">
              <w:t>4</w:t>
            </w:r>
            <w:r>
              <w:t xml:space="preserve"> / </w:t>
            </w:r>
            <w:r w:rsidR="00447CE1">
              <w:t>Thu</w:t>
            </w:r>
            <w:r>
              <w:t>, Sep 1</w:t>
            </w:r>
            <w:r w:rsidR="00447CE1">
              <w:t>7</w:t>
            </w:r>
          </w:p>
        </w:tc>
        <w:tc>
          <w:tcPr>
            <w:tcW w:w="2880" w:type="dxa"/>
          </w:tcPr>
          <w:p w14:paraId="0EA63FDF" w14:textId="199A2566" w:rsidR="00537F76" w:rsidRDefault="00000000">
            <w:r>
              <w:t>Instruction</w:t>
            </w:r>
            <w:r w:rsidR="0006386B">
              <w:t>/Independent Work</w:t>
            </w:r>
          </w:p>
        </w:tc>
        <w:tc>
          <w:tcPr>
            <w:tcW w:w="4518" w:type="dxa"/>
          </w:tcPr>
          <w:p w14:paraId="6DEE7675" w14:textId="3BFAA8E4" w:rsidR="0006386B" w:rsidRDefault="0006386B">
            <w:r>
              <w:t>Reading Quiz 1: Lessons 1-2</w:t>
            </w:r>
          </w:p>
          <w:p w14:paraId="1AECFECB" w14:textId="693803FB" w:rsidR="00537F76" w:rsidRDefault="0006386B">
            <w:r>
              <w:t>Instruction on Lesson</w:t>
            </w:r>
            <w:r w:rsidR="00560EBF">
              <w:t>s</w:t>
            </w:r>
            <w:r>
              <w:t xml:space="preserve"> </w:t>
            </w:r>
            <w:r w:rsidR="00560EBF">
              <w:t>1</w:t>
            </w:r>
            <w:r>
              <w:t>/</w:t>
            </w:r>
            <w:r w:rsidR="00560EBF">
              <w:t>2</w:t>
            </w:r>
            <w:r>
              <w:t xml:space="preserve"> </w:t>
            </w:r>
            <w:r w:rsidR="00560EBF">
              <w:t>(Why Classify Matter?</w:t>
            </w:r>
            <w:r w:rsidR="00560EBF">
              <w:t xml:space="preserve"> </w:t>
            </w:r>
            <w:r w:rsidR="00560EBF">
              <w:t>Mixtures &amp; How to Separate Them</w:t>
            </w:r>
            <w:r w:rsidR="00560EBF">
              <w:t xml:space="preserve">) </w:t>
            </w:r>
            <w:r>
              <w:t xml:space="preserve">Begin Choice Board work: Area 1 &amp; 2 </w:t>
            </w:r>
          </w:p>
        </w:tc>
      </w:tr>
      <w:tr w:rsidR="00537F76" w14:paraId="6972B918" w14:textId="77777777" w:rsidTr="0006386B">
        <w:tc>
          <w:tcPr>
            <w:tcW w:w="2880" w:type="dxa"/>
          </w:tcPr>
          <w:p w14:paraId="7F601CF3" w14:textId="0AE8DBE8" w:rsidR="00537F76" w:rsidRDefault="00000000">
            <w:r>
              <w:t xml:space="preserve">Day </w:t>
            </w:r>
            <w:r w:rsidR="00447CE1">
              <w:t>5</w:t>
            </w:r>
            <w:r>
              <w:t xml:space="preserve"> / </w:t>
            </w:r>
            <w:r w:rsidR="00447CE1">
              <w:t>Fri</w:t>
            </w:r>
            <w:r>
              <w:t>, Sep 1</w:t>
            </w:r>
            <w:r w:rsidR="00447CE1">
              <w:t>8</w:t>
            </w:r>
          </w:p>
        </w:tc>
        <w:tc>
          <w:tcPr>
            <w:tcW w:w="2880" w:type="dxa"/>
          </w:tcPr>
          <w:p w14:paraId="2543A3BE" w14:textId="130BC5AD" w:rsidR="00537F76" w:rsidRDefault="0006386B">
            <w:r>
              <w:t>Instruction/Independent Work</w:t>
            </w:r>
          </w:p>
        </w:tc>
        <w:tc>
          <w:tcPr>
            <w:tcW w:w="4518" w:type="dxa"/>
          </w:tcPr>
          <w:p w14:paraId="3CB81889" w14:textId="77777777" w:rsidR="00537F76" w:rsidRDefault="0006386B">
            <w:r>
              <w:t xml:space="preserve">Instruction: </w:t>
            </w:r>
            <w:r w:rsidR="00560EBF">
              <w:t>Lessons 3-4 (</w:t>
            </w:r>
            <w:r w:rsidR="00560EBF">
              <w:t xml:space="preserve">Atoms, Elements, States of Matter &amp; the Periodic Table - KMT, ions, diatomic elements). </w:t>
            </w:r>
            <w:r>
              <w:t>Continue Choice Board work: Areas 1 &amp; 2</w:t>
            </w:r>
          </w:p>
          <w:p w14:paraId="2EED8777" w14:textId="7D921B8E" w:rsidR="00560EBF" w:rsidRDefault="00560EBF">
            <w:r>
              <w:t>Homework: Read Lessons 3-5.</w:t>
            </w:r>
          </w:p>
        </w:tc>
      </w:tr>
      <w:tr w:rsidR="00537F76" w14:paraId="04F0859A" w14:textId="77777777" w:rsidTr="0006386B">
        <w:tc>
          <w:tcPr>
            <w:tcW w:w="2880" w:type="dxa"/>
          </w:tcPr>
          <w:p w14:paraId="7133B7E4" w14:textId="12E9F724" w:rsidR="00537F76" w:rsidRDefault="00000000">
            <w:r>
              <w:t xml:space="preserve">Day </w:t>
            </w:r>
            <w:r w:rsidR="00447CE1">
              <w:t>6</w:t>
            </w:r>
            <w:r>
              <w:t xml:space="preserve"> / </w:t>
            </w:r>
            <w:r w:rsidR="00447CE1">
              <w:t>Mon</w:t>
            </w:r>
            <w:r>
              <w:t xml:space="preserve">, Sep </w:t>
            </w:r>
            <w:r w:rsidR="00447CE1">
              <w:t>21</w:t>
            </w:r>
          </w:p>
        </w:tc>
        <w:tc>
          <w:tcPr>
            <w:tcW w:w="2880" w:type="dxa"/>
          </w:tcPr>
          <w:p w14:paraId="68228E6D" w14:textId="78213B16" w:rsidR="00537F76" w:rsidRDefault="00000000">
            <w:r>
              <w:t>In</w:t>
            </w:r>
            <w:r w:rsidR="007905F5">
              <w:t>dependent Work</w:t>
            </w:r>
          </w:p>
        </w:tc>
        <w:tc>
          <w:tcPr>
            <w:tcW w:w="4518" w:type="dxa"/>
          </w:tcPr>
          <w:p w14:paraId="55704C19" w14:textId="77777777" w:rsidR="00560EBF" w:rsidRDefault="0006386B">
            <w:r>
              <w:t xml:space="preserve">Reading Quiz 2: Lessons 3-5 (Atoms, Elements, </w:t>
            </w:r>
            <w:r w:rsidR="007905F5">
              <w:t xml:space="preserve">States of Matter &amp; the Periodic Table, </w:t>
            </w:r>
            <w:r>
              <w:t>Molecules &amp; Compounds</w:t>
            </w:r>
            <w:r w:rsidR="007905F5">
              <w:t xml:space="preserve">. </w:t>
            </w:r>
          </w:p>
          <w:p w14:paraId="1852A068" w14:textId="34E07E8A" w:rsidR="00560EBF" w:rsidRDefault="00560EBF">
            <w:r>
              <w:t>Lesson 5 (Molecules &amp; Compounds) including binary compound naming.</w:t>
            </w:r>
          </w:p>
          <w:p w14:paraId="10BEDB52" w14:textId="502436AE" w:rsidR="00537F76" w:rsidRDefault="0006386B">
            <w:r>
              <w:t>Choice Board work: Area 2 activities. Homework: Read Lesson</w:t>
            </w:r>
            <w:r w:rsidR="007905F5">
              <w:t>s</w:t>
            </w:r>
            <w:r>
              <w:t xml:space="preserve"> 6</w:t>
            </w:r>
            <w:r w:rsidR="007905F5">
              <w:t xml:space="preserve"> and 7</w:t>
            </w:r>
            <w:r>
              <w:t>.</w:t>
            </w:r>
          </w:p>
        </w:tc>
      </w:tr>
      <w:tr w:rsidR="00537F76" w14:paraId="2DBB4E73" w14:textId="77777777" w:rsidTr="0006386B">
        <w:tc>
          <w:tcPr>
            <w:tcW w:w="2880" w:type="dxa"/>
          </w:tcPr>
          <w:p w14:paraId="1A4209E3" w14:textId="791DCAA7" w:rsidR="00537F76" w:rsidRDefault="00000000">
            <w:r>
              <w:t xml:space="preserve">Day </w:t>
            </w:r>
            <w:r w:rsidR="00447CE1">
              <w:t>7</w:t>
            </w:r>
            <w:r>
              <w:t xml:space="preserve"> / </w:t>
            </w:r>
            <w:r w:rsidR="00447CE1">
              <w:t>Tue</w:t>
            </w:r>
            <w:r>
              <w:t>, Sep 2</w:t>
            </w:r>
            <w:r w:rsidR="00447CE1">
              <w:t>2</w:t>
            </w:r>
          </w:p>
        </w:tc>
        <w:tc>
          <w:tcPr>
            <w:tcW w:w="2880" w:type="dxa"/>
          </w:tcPr>
          <w:p w14:paraId="728211FE" w14:textId="77777777" w:rsidR="00537F76" w:rsidRDefault="00000000">
            <w:r>
              <w:t>Assessment</w:t>
            </w:r>
          </w:p>
        </w:tc>
        <w:tc>
          <w:tcPr>
            <w:tcW w:w="4518" w:type="dxa"/>
          </w:tcPr>
          <w:p w14:paraId="4E2D0C8D" w14:textId="77777777" w:rsidR="00537F76" w:rsidRDefault="00000000">
            <w:r>
              <w:t xml:space="preserve">Mastery Check 1: Areas 1-2. </w:t>
            </w:r>
          </w:p>
          <w:p w14:paraId="02F936E3" w14:textId="4CEE2319" w:rsidR="007905F5" w:rsidRDefault="007905F5">
            <w:r>
              <w:t>Begin Instruction: Lessons 6, 7 (Chemical Equations &amp; Stoichiometric Coefficients - atom counting, Conservation of Mass).</w:t>
            </w:r>
          </w:p>
        </w:tc>
      </w:tr>
      <w:tr w:rsidR="00537F76" w14:paraId="4C164AFC" w14:textId="77777777" w:rsidTr="0006386B">
        <w:tc>
          <w:tcPr>
            <w:tcW w:w="2880" w:type="dxa"/>
          </w:tcPr>
          <w:p w14:paraId="05BD5D29" w14:textId="68B71EDE" w:rsidR="00537F76" w:rsidRDefault="00000000">
            <w:r>
              <w:t xml:space="preserve">Day </w:t>
            </w:r>
            <w:r w:rsidR="00447CE1">
              <w:t>8</w:t>
            </w:r>
            <w:r>
              <w:t xml:space="preserve"> / </w:t>
            </w:r>
            <w:r w:rsidR="00447CE1">
              <w:t>Wed</w:t>
            </w:r>
            <w:r>
              <w:t>, Sep 2</w:t>
            </w:r>
            <w:r w:rsidR="00447CE1">
              <w:t>3</w:t>
            </w:r>
          </w:p>
        </w:tc>
        <w:tc>
          <w:tcPr>
            <w:tcW w:w="2880" w:type="dxa"/>
          </w:tcPr>
          <w:p w14:paraId="4CABAE08" w14:textId="40BCA633" w:rsidR="00537F76" w:rsidRDefault="007905F5">
            <w:r>
              <w:t>Instruction/Independent Work</w:t>
            </w:r>
          </w:p>
        </w:tc>
        <w:tc>
          <w:tcPr>
            <w:tcW w:w="4518" w:type="dxa"/>
          </w:tcPr>
          <w:p w14:paraId="71405553" w14:textId="0A58BB2A" w:rsidR="00537F76" w:rsidRDefault="007905F5">
            <w:r>
              <w:t xml:space="preserve">Reading Quiz 3: Lessons 6, 7 (Chemical Equations &amp; Stoichiometric Coefficients). Continue Instruction: Lessons 6, 7 (Chemical Equations &amp; Stoichiometric Coefficients - atom counting, Conservation of Mass). </w:t>
            </w:r>
          </w:p>
        </w:tc>
      </w:tr>
      <w:tr w:rsidR="00537F76" w14:paraId="6D597507" w14:textId="77777777" w:rsidTr="0006386B">
        <w:tc>
          <w:tcPr>
            <w:tcW w:w="2880" w:type="dxa"/>
          </w:tcPr>
          <w:p w14:paraId="4F7F2D33" w14:textId="5479C397" w:rsidR="00537F76" w:rsidRDefault="00000000">
            <w:r>
              <w:t xml:space="preserve">Day </w:t>
            </w:r>
            <w:r w:rsidR="00447CE1">
              <w:t>9</w:t>
            </w:r>
            <w:r>
              <w:t xml:space="preserve"> / </w:t>
            </w:r>
            <w:r w:rsidR="00447CE1">
              <w:t>Thu</w:t>
            </w:r>
            <w:r>
              <w:t>, Sep 2</w:t>
            </w:r>
            <w:r w:rsidR="00447CE1">
              <w:t>4</w:t>
            </w:r>
          </w:p>
          <w:p w14:paraId="0E478CE0" w14:textId="6F63FD93" w:rsidR="007905F5" w:rsidRDefault="007905F5"/>
        </w:tc>
        <w:tc>
          <w:tcPr>
            <w:tcW w:w="2880" w:type="dxa"/>
          </w:tcPr>
          <w:p w14:paraId="69F4335B" w14:textId="77777777" w:rsidR="00537F76" w:rsidRDefault="00000000">
            <w:r>
              <w:t>Assessment &amp; Instruction</w:t>
            </w:r>
          </w:p>
        </w:tc>
        <w:tc>
          <w:tcPr>
            <w:tcW w:w="4518" w:type="dxa"/>
          </w:tcPr>
          <w:p w14:paraId="58631CEC" w14:textId="2B1F08EE" w:rsidR="00537F76" w:rsidRDefault="00000000">
            <w:r>
              <w:t xml:space="preserve">Mastery Check 2: Area 3 (The Mole &amp; Chemical Equations). </w:t>
            </w:r>
            <w:r w:rsidR="007905F5">
              <w:t xml:space="preserve">Continue Choice Board Assignments. </w:t>
            </w:r>
          </w:p>
        </w:tc>
      </w:tr>
      <w:tr w:rsidR="00537F76" w14:paraId="57E92D93" w14:textId="77777777" w:rsidTr="0006386B">
        <w:tc>
          <w:tcPr>
            <w:tcW w:w="2880" w:type="dxa"/>
          </w:tcPr>
          <w:p w14:paraId="1BEB91F2" w14:textId="138D0176" w:rsidR="00537F76" w:rsidRDefault="00000000">
            <w:r>
              <w:t xml:space="preserve">Day </w:t>
            </w:r>
            <w:r w:rsidR="00447CE1">
              <w:t>10</w:t>
            </w:r>
            <w:r>
              <w:t xml:space="preserve"> / </w:t>
            </w:r>
            <w:r w:rsidR="00447CE1">
              <w:t>Fri</w:t>
            </w:r>
            <w:r>
              <w:t>, Sep 2</w:t>
            </w:r>
            <w:r w:rsidR="00447CE1">
              <w:t>5</w:t>
            </w:r>
          </w:p>
        </w:tc>
        <w:tc>
          <w:tcPr>
            <w:tcW w:w="2880" w:type="dxa"/>
          </w:tcPr>
          <w:p w14:paraId="374AA2E4" w14:textId="77777777" w:rsidR="00537F76" w:rsidRDefault="00000000">
            <w:r>
              <w:t>Assessment &amp; Review</w:t>
            </w:r>
          </w:p>
        </w:tc>
        <w:tc>
          <w:tcPr>
            <w:tcW w:w="4518" w:type="dxa"/>
          </w:tcPr>
          <w:p w14:paraId="4557E496" w14:textId="60A6621C" w:rsidR="00537F76" w:rsidRDefault="00000000">
            <w:r>
              <w:t>Unit Review Day; Choice Board final submissions.</w:t>
            </w:r>
          </w:p>
        </w:tc>
      </w:tr>
      <w:tr w:rsidR="00537F76" w14:paraId="320352EC" w14:textId="77777777" w:rsidTr="0006386B">
        <w:tc>
          <w:tcPr>
            <w:tcW w:w="2880" w:type="dxa"/>
          </w:tcPr>
          <w:p w14:paraId="27864D80" w14:textId="52F94350" w:rsidR="00537F76" w:rsidRDefault="00000000">
            <w:r>
              <w:t>Day 1</w:t>
            </w:r>
            <w:r w:rsidR="00447CE1">
              <w:t>1</w:t>
            </w:r>
            <w:r>
              <w:t xml:space="preserve"> / </w:t>
            </w:r>
            <w:r w:rsidR="00447CE1">
              <w:t>Mon</w:t>
            </w:r>
            <w:r>
              <w:t>, Sep 2</w:t>
            </w:r>
            <w:r w:rsidR="00447CE1">
              <w:t>8</w:t>
            </w:r>
          </w:p>
        </w:tc>
        <w:tc>
          <w:tcPr>
            <w:tcW w:w="2880" w:type="dxa"/>
          </w:tcPr>
          <w:p w14:paraId="6657ECF5" w14:textId="77777777" w:rsidR="00537F76" w:rsidRDefault="00000000">
            <w:r>
              <w:t>Assessment</w:t>
            </w:r>
          </w:p>
        </w:tc>
        <w:tc>
          <w:tcPr>
            <w:tcW w:w="4518" w:type="dxa"/>
          </w:tcPr>
          <w:p w14:paraId="562A5B74" w14:textId="77777777" w:rsidR="00537F76" w:rsidRDefault="00000000">
            <w:r>
              <w:t>Unit 3 Test</w:t>
            </w:r>
          </w:p>
        </w:tc>
      </w:tr>
    </w:tbl>
    <w:p w14:paraId="0A32935D" w14:textId="3BC37E09" w:rsidR="00537F76" w:rsidRPr="007905F5" w:rsidRDefault="00000000" w:rsidP="007905F5">
      <w:pPr>
        <w:rPr>
          <w:b/>
          <w:bCs/>
        </w:rPr>
      </w:pPr>
      <w:r>
        <w:br w:type="page"/>
      </w:r>
      <w:r w:rsidRPr="007905F5">
        <w:rPr>
          <w:b/>
          <w:bCs/>
          <w:color w:val="365F91" w:themeColor="accent1" w:themeShade="BF"/>
        </w:rPr>
        <w:lastRenderedPageBreak/>
        <w:t>Choice Board Progress Tracking</w:t>
      </w:r>
    </w:p>
    <w:p w14:paraId="514BFFFF" w14:textId="77777777" w:rsidR="00537F76" w:rsidRDefault="00000000">
      <w:r>
        <w:t>Check off the assignments as you complete them based on your pre-test results.</w:t>
      </w:r>
    </w:p>
    <w:p w14:paraId="6BA8AFBA" w14:textId="77777777" w:rsidR="00537F76" w:rsidRDefault="00000000">
      <w:pPr>
        <w:pStyle w:val="Heading3"/>
      </w:pPr>
      <w:r>
        <w:t>Area 1: Classification, Properties &amp; Mixtures</w:t>
      </w:r>
    </w:p>
    <w:p w14:paraId="416A6775" w14:textId="77777777" w:rsidR="00537F76" w:rsidRDefault="00000000">
      <w:r>
        <w:t>[  ] Must Do / Aspire to Do Assignment: ___________________________</w:t>
      </w:r>
    </w:p>
    <w:p w14:paraId="2A0FDB22" w14:textId="77777777" w:rsidR="00537F76" w:rsidRDefault="00000000">
      <w:r>
        <w:t>[  ] Should Do Assignment (if applicable): ________________________</w:t>
      </w:r>
    </w:p>
    <w:p w14:paraId="3D5662D8" w14:textId="77777777" w:rsidR="00537F76" w:rsidRDefault="00000000">
      <w:pPr>
        <w:pStyle w:val="Heading3"/>
      </w:pPr>
      <w:r>
        <w:t>Area 2: Atoms, States of Matter &amp; the Periodic Table</w:t>
      </w:r>
    </w:p>
    <w:p w14:paraId="361ADADA" w14:textId="77777777" w:rsidR="00537F76" w:rsidRDefault="00000000">
      <w:r>
        <w:t>[  ] Must Do / Aspire to Do Assignment: ___________________________</w:t>
      </w:r>
    </w:p>
    <w:p w14:paraId="3F4AA3A1" w14:textId="77777777" w:rsidR="00537F76" w:rsidRDefault="00000000">
      <w:r>
        <w:t>[  ] Should Do Assignment (if applicable): ________________________</w:t>
      </w:r>
    </w:p>
    <w:p w14:paraId="2D742770" w14:textId="77777777" w:rsidR="00537F76" w:rsidRDefault="00000000">
      <w:pPr>
        <w:pStyle w:val="Heading3"/>
      </w:pPr>
      <w:r>
        <w:t>Area 3: The Mole &amp; Chemical Equations</w:t>
      </w:r>
    </w:p>
    <w:p w14:paraId="5C19C642" w14:textId="77777777" w:rsidR="00537F76" w:rsidRDefault="00000000">
      <w:r>
        <w:t>[  ] Must Do / Aspire to Do Assignment: ___________________________</w:t>
      </w:r>
    </w:p>
    <w:p w14:paraId="63D7B242" w14:textId="77777777" w:rsidR="00537F76" w:rsidRDefault="00000000">
      <w:r>
        <w:t>[  ] Should Do Assignment (if applicable): ________________________</w:t>
      </w:r>
    </w:p>
    <w:p w14:paraId="1E310510" w14:textId="77777777" w:rsidR="00537F76" w:rsidRDefault="00000000">
      <w:pPr>
        <w:pStyle w:val="Heading2"/>
      </w:pPr>
      <w:r>
        <w:t>Daily Goal Setting</w:t>
      </w:r>
    </w:p>
    <w:p w14:paraId="599BFB72" w14:textId="77777777" w:rsidR="00537F76" w:rsidRDefault="00000000">
      <w:r>
        <w:t>Write down one specific goal for each class period (e.g., "Finish Area 1 Must Do").</w:t>
      </w:r>
    </w:p>
    <w:p w14:paraId="500A2CF0" w14:textId="77777777" w:rsidR="00537F76" w:rsidRDefault="00000000">
      <w:r>
        <w:t>Day 1 Goal: ___________________________________________________________________</w:t>
      </w:r>
    </w:p>
    <w:p w14:paraId="316ADBF0" w14:textId="77777777" w:rsidR="00537F76" w:rsidRDefault="00000000">
      <w:r>
        <w:t>Day 2 Goal: ___________________________________________________________________</w:t>
      </w:r>
    </w:p>
    <w:p w14:paraId="6B845D7A" w14:textId="77777777" w:rsidR="00537F76" w:rsidRDefault="00000000">
      <w:r>
        <w:t>Day 3 Goal: ___________________________________________________________________</w:t>
      </w:r>
    </w:p>
    <w:p w14:paraId="5003029C" w14:textId="77777777" w:rsidR="00537F76" w:rsidRDefault="00000000">
      <w:r>
        <w:t>Day 4 Goal: ___________________________________________________________________</w:t>
      </w:r>
    </w:p>
    <w:p w14:paraId="1E880D17" w14:textId="77777777" w:rsidR="00537F76" w:rsidRDefault="00000000">
      <w:r>
        <w:t>Day 5 Goal: ___________________________________________________________________</w:t>
      </w:r>
    </w:p>
    <w:p w14:paraId="646AECD7" w14:textId="77777777" w:rsidR="00537F76" w:rsidRDefault="00000000">
      <w:r>
        <w:t>Day 6 Goal: ___________________________________________________________________</w:t>
      </w:r>
    </w:p>
    <w:p w14:paraId="750CEADD" w14:textId="77777777" w:rsidR="00537F76" w:rsidRDefault="00000000">
      <w:r>
        <w:t>Day 7 Goal: ___________________________________________________________________</w:t>
      </w:r>
    </w:p>
    <w:p w14:paraId="0B9B1CAB" w14:textId="77777777" w:rsidR="00537F76" w:rsidRDefault="00000000">
      <w:r>
        <w:t>Day 8 Goal: ___________________________________________________________________</w:t>
      </w:r>
    </w:p>
    <w:p w14:paraId="58A793AD" w14:textId="77777777" w:rsidR="00537F76" w:rsidRDefault="00000000">
      <w:r>
        <w:t>Day 9 Goal: ___________________________________________________________________</w:t>
      </w:r>
    </w:p>
    <w:p w14:paraId="12E10EF4" w14:textId="5C3989CD" w:rsidR="00537F76" w:rsidRDefault="00537F76"/>
    <w:sectPr w:rsidR="00537F76" w:rsidSect="00034616">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69595686">
    <w:abstractNumId w:val="8"/>
  </w:num>
  <w:num w:numId="2" w16cid:durableId="1664580569">
    <w:abstractNumId w:val="6"/>
  </w:num>
  <w:num w:numId="3" w16cid:durableId="1266770234">
    <w:abstractNumId w:val="5"/>
  </w:num>
  <w:num w:numId="4" w16cid:durableId="1904291207">
    <w:abstractNumId w:val="4"/>
  </w:num>
  <w:num w:numId="5" w16cid:durableId="2090077103">
    <w:abstractNumId w:val="7"/>
  </w:num>
  <w:num w:numId="6" w16cid:durableId="877931719">
    <w:abstractNumId w:val="3"/>
  </w:num>
  <w:num w:numId="7" w16cid:durableId="1575748355">
    <w:abstractNumId w:val="2"/>
  </w:num>
  <w:num w:numId="8" w16cid:durableId="1188520988">
    <w:abstractNumId w:val="1"/>
  </w:num>
  <w:num w:numId="9" w16cid:durableId="644512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386B"/>
    <w:rsid w:val="00096F3A"/>
    <w:rsid w:val="0015074B"/>
    <w:rsid w:val="001C5353"/>
    <w:rsid w:val="00250A0D"/>
    <w:rsid w:val="00294C57"/>
    <w:rsid w:val="0029639D"/>
    <w:rsid w:val="00326F90"/>
    <w:rsid w:val="00447CE1"/>
    <w:rsid w:val="00537F76"/>
    <w:rsid w:val="00560EBF"/>
    <w:rsid w:val="007905F5"/>
    <w:rsid w:val="00A27B0E"/>
    <w:rsid w:val="00A539B4"/>
    <w:rsid w:val="00AA1D8D"/>
    <w:rsid w:val="00B47730"/>
    <w:rsid w:val="00BF785A"/>
    <w:rsid w:val="00CB0664"/>
    <w:rsid w:val="00EE66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6B807F"/>
  <w14:defaultImageDpi w14:val="300"/>
  <w15:docId w15:val="{4AC6806F-5AD5-4675-9FD5-49F1E316D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2</Pages>
  <Words>552</Words>
  <Characters>3149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7</cp:revision>
  <cp:lastPrinted>2026-09-14T17:30:00Z</cp:lastPrinted>
  <dcterms:created xsi:type="dcterms:W3CDTF">2026-08-27T13:50:00Z</dcterms:created>
  <dcterms:modified xsi:type="dcterms:W3CDTF">2026-09-16T14:53:00Z</dcterms:modified>
  <cp:category/>
</cp:coreProperties>
</file>